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B5BF2" w14:textId="77777777" w:rsidR="0004411F" w:rsidRDefault="008E1302">
      <w:pPr>
        <w:pStyle w:val="Title"/>
      </w:pPr>
      <w:r>
        <w:t>Kirklees College 16-18 Course Guide 2027-28 - Accessible Draft Version</w:t>
      </w:r>
    </w:p>
    <w:p w14:paraId="2DE3A5F4" w14:textId="77777777" w:rsidR="00B902BC" w:rsidRDefault="008E1302" w:rsidP="003D4738">
      <w:pPr>
        <w:pStyle w:val="NoSpacing"/>
      </w:pPr>
      <w:r>
        <w:t>Kirklees College 16-18 Course Guide 2027-28</w:t>
      </w:r>
      <w:r>
        <w:br/>
        <w:t>Accessible Draft Version</w:t>
      </w:r>
      <w:r>
        <w:br/>
      </w:r>
      <w:r>
        <w:br/>
      </w:r>
      <w:r w:rsidRPr="003D4738">
        <w:rPr>
          <w:rStyle w:val="Heading1Char"/>
        </w:rPr>
        <w:t>Welcome</w:t>
      </w:r>
      <w:r>
        <w:br/>
      </w:r>
      <w:r>
        <w:br/>
      </w:r>
      <w:r w:rsidRPr="003D4738">
        <w:rPr>
          <w:rStyle w:val="Heading2Char"/>
        </w:rPr>
        <w:t>Mission</w:t>
      </w:r>
      <w:r>
        <w:br/>
      </w:r>
      <w:r>
        <w:br/>
        <w:t>Kirklees College aims to create opportunities and change lives through high-quality teaching, support and facilities, enabling students to progress to further training, employment or higher education. The college values are Kindness, Unity and Excellence.</w:t>
      </w:r>
      <w:r>
        <w:br/>
      </w:r>
      <w:r>
        <w:br/>
      </w:r>
      <w:r w:rsidRPr="003D4738">
        <w:rPr>
          <w:rStyle w:val="Heading2Char"/>
        </w:rPr>
        <w:t>ABC Pledge</w:t>
      </w:r>
      <w:r>
        <w:br/>
      </w:r>
      <w:r>
        <w:br/>
        <w:t>All students commit to:</w:t>
      </w:r>
      <w:r>
        <w:br/>
      </w:r>
      <w:r>
        <w:br/>
        <w:t>• Attend all timetabled learning activities on time.</w:t>
      </w:r>
      <w:r>
        <w:br/>
        <w:t>• Behave in line with college values.</w:t>
      </w:r>
      <w:r>
        <w:br/>
        <w:t>• Commit fully to learning.</w:t>
      </w:r>
      <w:r>
        <w:br/>
      </w:r>
      <w:r w:rsidRPr="00B902BC">
        <w:rPr>
          <w:rStyle w:val="Heading2Char"/>
        </w:rPr>
        <w:br/>
      </w:r>
      <w:r w:rsidRPr="003D4738">
        <w:rPr>
          <w:rStyle w:val="Heading1Char"/>
        </w:rPr>
        <w:t xml:space="preserve">College </w:t>
      </w:r>
      <w:proofErr w:type="spellStart"/>
      <w:r w:rsidRPr="003D4738">
        <w:rPr>
          <w:rStyle w:val="Heading1Char"/>
        </w:rPr>
        <w:t>Centres</w:t>
      </w:r>
      <w:proofErr w:type="spellEnd"/>
      <w:r>
        <w:br/>
      </w:r>
      <w:r>
        <w:br/>
      </w:r>
      <w:r w:rsidRPr="00B902BC">
        <w:rPr>
          <w:rStyle w:val="Heading2Char"/>
        </w:rPr>
        <w:t>Huddersfield Centre</w:t>
      </w:r>
      <w:r>
        <w:br/>
        <w:t>Address: Waterfront Quarter, Manchester Road, Huddersfield, HD1 3LD.</w:t>
      </w:r>
    </w:p>
    <w:p w14:paraId="14E0607B" w14:textId="77777777" w:rsidR="00B902BC" w:rsidRDefault="00B902BC" w:rsidP="00B902BC">
      <w:r w:rsidRPr="00B902BC">
        <w:rPr>
          <w:lang w:val="en-GB"/>
        </w:rPr>
        <w:t>This £70 million modern centre is our biggest and offers worldclass</w:t>
      </w:r>
      <w:r>
        <w:rPr>
          <w:lang w:val="en-GB"/>
        </w:rPr>
        <w:t xml:space="preserve"> </w:t>
      </w:r>
      <w:r w:rsidRPr="00B902BC">
        <w:rPr>
          <w:lang w:val="en-GB"/>
        </w:rPr>
        <w:t>facilities for vocational learning in the heart of Kirklees. This</w:t>
      </w:r>
      <w:r>
        <w:rPr>
          <w:lang w:val="en-GB"/>
        </w:rPr>
        <w:t xml:space="preserve"> </w:t>
      </w:r>
      <w:r w:rsidRPr="00B902BC">
        <w:rPr>
          <w:lang w:val="en-GB"/>
        </w:rPr>
        <w:t>site boasts music and media studios, industry standard training</w:t>
      </w:r>
      <w:r>
        <w:rPr>
          <w:lang w:val="en-GB"/>
        </w:rPr>
        <w:t xml:space="preserve"> </w:t>
      </w:r>
      <w:r w:rsidRPr="00B902BC">
        <w:rPr>
          <w:lang w:val="en-GB"/>
        </w:rPr>
        <w:t>kitchens, high-spec salons, advanced science labs, mock air cabin,</w:t>
      </w:r>
      <w:r>
        <w:rPr>
          <w:lang w:val="en-GB"/>
        </w:rPr>
        <w:t xml:space="preserve"> </w:t>
      </w:r>
      <w:r w:rsidRPr="00B902BC">
        <w:rPr>
          <w:lang w:val="en-GB"/>
        </w:rPr>
        <w:t>innovation hub and mock nursing ward, providing the chance to</w:t>
      </w:r>
      <w:r>
        <w:rPr>
          <w:lang w:val="en-GB"/>
        </w:rPr>
        <w:t xml:space="preserve"> </w:t>
      </w:r>
      <w:r w:rsidRPr="00B902BC">
        <w:rPr>
          <w:lang w:val="en-GB"/>
        </w:rPr>
        <w:t>train in a real-life environment. Outside of study areas, there is a</w:t>
      </w:r>
      <w:r>
        <w:rPr>
          <w:lang w:val="en-GB"/>
        </w:rPr>
        <w:t xml:space="preserve"> </w:t>
      </w:r>
      <w:r w:rsidRPr="00B902BC">
        <w:rPr>
          <w:lang w:val="en-GB"/>
        </w:rPr>
        <w:t>well-equipped gym and student-led restaurant and coffee shop,</w:t>
      </w:r>
      <w:r>
        <w:rPr>
          <w:lang w:val="en-GB"/>
        </w:rPr>
        <w:t xml:space="preserve"> </w:t>
      </w:r>
      <w:r w:rsidRPr="00B902BC">
        <w:rPr>
          <w:lang w:val="en-GB"/>
        </w:rPr>
        <w:t>Landings 72.</w:t>
      </w:r>
      <w:r w:rsidR="008E1302">
        <w:br/>
      </w:r>
      <w:r w:rsidR="008E1302">
        <w:br/>
      </w:r>
      <w:r w:rsidR="008E1302" w:rsidRPr="00B902BC">
        <w:rPr>
          <w:rStyle w:val="Heading3Char"/>
        </w:rPr>
        <w:t>Facilities</w:t>
      </w:r>
      <w:r w:rsidR="008E1302">
        <w:br/>
        <w:t>• Music and media studios</w:t>
      </w:r>
      <w:r w:rsidR="008E1302">
        <w:br/>
        <w:t>• Industry-standard kitchens</w:t>
      </w:r>
      <w:r w:rsidR="008E1302">
        <w:br/>
        <w:t>• Hair and beauty salons</w:t>
      </w:r>
      <w:r w:rsidR="008E1302">
        <w:br/>
        <w:t>• Science laboratories</w:t>
      </w:r>
      <w:r w:rsidR="008E1302">
        <w:br/>
        <w:t>• Mock aircraft cabin</w:t>
      </w:r>
      <w:r w:rsidR="008E1302">
        <w:br/>
        <w:t>• Innovation Hub</w:t>
      </w:r>
      <w:r w:rsidR="008E1302">
        <w:br/>
        <w:t>• Mock nursing ward</w:t>
      </w:r>
      <w:r w:rsidR="008E1302">
        <w:br/>
        <w:t>• Student gym</w:t>
      </w:r>
      <w:r w:rsidR="008E1302">
        <w:br/>
      </w:r>
      <w:r w:rsidR="008E1302">
        <w:lastRenderedPageBreak/>
        <w:t>• Landings 72 restaurant and coffee shop</w:t>
      </w:r>
      <w:r w:rsidR="008E1302">
        <w:br/>
      </w:r>
      <w:r w:rsidR="008E1302">
        <w:br/>
      </w:r>
      <w:r w:rsidR="008E1302" w:rsidRPr="00B902BC">
        <w:rPr>
          <w:rStyle w:val="Heading3Char"/>
        </w:rPr>
        <w:t>Subjects</w:t>
      </w:r>
      <w:r w:rsidR="008E1302">
        <w:br/>
        <w:t>• Access to HE</w:t>
      </w:r>
      <w:r w:rsidR="008E1302">
        <w:br/>
        <w:t>• Art and Design</w:t>
      </w:r>
      <w:r w:rsidR="008E1302">
        <w:br/>
        <w:t>• Business</w:t>
      </w:r>
      <w:r w:rsidR="008E1302">
        <w:br/>
        <w:t>• Education and Early Years</w:t>
      </w:r>
      <w:r w:rsidR="008E1302">
        <w:br/>
        <w:t>• Digital Computing</w:t>
      </w:r>
      <w:r w:rsidR="008E1302">
        <w:br/>
        <w:t>• ESOL</w:t>
      </w:r>
      <w:r w:rsidR="008E1302">
        <w:br/>
        <w:t xml:space="preserve">• English and </w:t>
      </w:r>
      <w:proofErr w:type="spellStart"/>
      <w:r w:rsidR="008E1302">
        <w:t>Maths</w:t>
      </w:r>
      <w:proofErr w:type="spellEnd"/>
      <w:r w:rsidR="008E1302">
        <w:br/>
        <w:t>• Hair and Beauty</w:t>
      </w:r>
      <w:r w:rsidR="008E1302">
        <w:br/>
        <w:t>• Health and Social Care</w:t>
      </w:r>
      <w:r w:rsidR="008E1302">
        <w:br/>
        <w:t>• Hospitality</w:t>
      </w:r>
      <w:r w:rsidR="008E1302">
        <w:br/>
        <w:t>• Media</w:t>
      </w:r>
      <w:r w:rsidR="008E1302">
        <w:br/>
        <w:t>• Music</w:t>
      </w:r>
      <w:r w:rsidR="008E1302">
        <w:br/>
        <w:t>• Science</w:t>
      </w:r>
      <w:r w:rsidR="008E1302">
        <w:br/>
        <w:t>• Uniformed Protective Services</w:t>
      </w:r>
      <w:r w:rsidR="008E1302">
        <w:br/>
        <w:t>• Sport</w:t>
      </w:r>
      <w:r w:rsidR="008E1302">
        <w:br/>
        <w:t>• Travel and Tourism</w:t>
      </w:r>
      <w:r w:rsidR="008E1302">
        <w:br/>
      </w:r>
      <w:r w:rsidR="008E1302">
        <w:br/>
      </w:r>
      <w:r w:rsidR="008E1302" w:rsidRPr="00B902BC">
        <w:rPr>
          <w:rStyle w:val="Heading2Char"/>
        </w:rPr>
        <w:t>Springfield Sixth Form Centre</w:t>
      </w:r>
      <w:r w:rsidR="008E1302">
        <w:br/>
        <w:t>Address: Bradford Road, Dewsbury, WF13 2NP.</w:t>
      </w:r>
      <w:r w:rsidR="008E1302">
        <w:br/>
      </w:r>
      <w:r w:rsidR="008E1302">
        <w:br/>
      </w:r>
      <w:r w:rsidR="008E1302" w:rsidRPr="00B902BC">
        <w:rPr>
          <w:rStyle w:val="Heading3Char"/>
        </w:rPr>
        <w:t>Subjects</w:t>
      </w:r>
      <w:r w:rsidR="008E1302">
        <w:br/>
        <w:t>• Business</w:t>
      </w:r>
      <w:r w:rsidR="008E1302">
        <w:br/>
        <w:t>• Digital</w:t>
      </w:r>
      <w:r w:rsidR="008E1302">
        <w:br/>
        <w:t>• Construction</w:t>
      </w:r>
      <w:r w:rsidR="008E1302">
        <w:br/>
        <w:t>• Education</w:t>
      </w:r>
      <w:r w:rsidR="008E1302">
        <w:br/>
        <w:t>• Electrical</w:t>
      </w:r>
      <w:r w:rsidR="008E1302">
        <w:br/>
        <w:t>• ESOL</w:t>
      </w:r>
      <w:r w:rsidR="008E1302">
        <w:br/>
        <w:t>• Skills for Work and Life</w:t>
      </w:r>
      <w:r w:rsidR="008E1302">
        <w:br/>
        <w:t>• Joinery</w:t>
      </w:r>
      <w:r w:rsidR="008E1302">
        <w:br/>
        <w:t>• Plumbing</w:t>
      </w:r>
      <w:r w:rsidR="008E1302">
        <w:br/>
        <w:t>• Health and Social Care</w:t>
      </w:r>
      <w:r w:rsidR="008E1302">
        <w:br/>
        <w:t>• Motor Vehicle</w:t>
      </w:r>
    </w:p>
    <w:p w14:paraId="53F0086C" w14:textId="7911DFB7" w:rsidR="00B902BC" w:rsidRPr="00B902BC" w:rsidRDefault="00B902BC" w:rsidP="00B902BC">
      <w:pPr>
        <w:rPr>
          <w:lang w:val="en-GB"/>
        </w:rPr>
      </w:pPr>
      <w:r>
        <w:br/>
      </w:r>
      <w:r w:rsidRPr="00B902BC">
        <w:rPr>
          <w:lang w:val="en-GB"/>
        </w:rPr>
        <w:t>Opened in September 2018, this award-winning centre offers</w:t>
      </w:r>
      <w:r>
        <w:rPr>
          <w:lang w:val="en-GB"/>
        </w:rPr>
        <w:t xml:space="preserve"> </w:t>
      </w:r>
      <w:r w:rsidRPr="00B902BC">
        <w:rPr>
          <w:lang w:val="en-GB"/>
        </w:rPr>
        <w:t>modern facilities including a fully equipped Motor Vehicle</w:t>
      </w:r>
      <w:r>
        <w:rPr>
          <w:lang w:val="en-GB"/>
        </w:rPr>
        <w:t xml:space="preserve"> </w:t>
      </w:r>
      <w:r w:rsidRPr="00B902BC">
        <w:rPr>
          <w:lang w:val="en-GB"/>
        </w:rPr>
        <w:t>workshop and Learning Resource Centre dedicated to the late</w:t>
      </w:r>
    </w:p>
    <w:p w14:paraId="402BE88C" w14:textId="1ABFFBF1" w:rsidR="00B902BC" w:rsidRDefault="00B902BC" w:rsidP="00B902BC">
      <w:pPr>
        <w:rPr>
          <w:lang w:val="en-GB"/>
        </w:rPr>
      </w:pPr>
      <w:r w:rsidRPr="00B902BC">
        <w:rPr>
          <w:lang w:val="en-GB"/>
        </w:rPr>
        <w:t>Jo Cox MP stocked with the latest IT, digital media equipment</w:t>
      </w:r>
      <w:r>
        <w:rPr>
          <w:lang w:val="en-GB"/>
        </w:rPr>
        <w:t xml:space="preserve"> </w:t>
      </w:r>
      <w:r w:rsidRPr="00B902BC">
        <w:rPr>
          <w:lang w:val="en-GB"/>
        </w:rPr>
        <w:t>and resources to support your studies.</w:t>
      </w:r>
    </w:p>
    <w:p w14:paraId="3EA3E9A7" w14:textId="77777777" w:rsidR="00B902BC" w:rsidRDefault="00B902BC" w:rsidP="00B902BC">
      <w:pPr>
        <w:rPr>
          <w:lang w:val="en-GB"/>
        </w:rPr>
      </w:pPr>
    </w:p>
    <w:p w14:paraId="500766B3" w14:textId="5FA73E6E" w:rsidR="00B902BC" w:rsidRPr="00B902BC" w:rsidRDefault="00B902BC" w:rsidP="00B902BC">
      <w:pPr>
        <w:pStyle w:val="Heading2"/>
        <w:rPr>
          <w:lang w:val="en-GB"/>
        </w:rPr>
      </w:pPr>
      <w:r w:rsidRPr="00B902BC">
        <w:rPr>
          <w:lang w:val="en-GB"/>
        </w:rPr>
        <w:lastRenderedPageBreak/>
        <w:t>Pioneer Higher</w:t>
      </w:r>
      <w:r>
        <w:rPr>
          <w:lang w:val="en-GB"/>
        </w:rPr>
        <w:t xml:space="preserve"> </w:t>
      </w:r>
      <w:r w:rsidRPr="00B902BC">
        <w:rPr>
          <w:lang w:val="en-GB"/>
        </w:rPr>
        <w:t>Skills Centre</w:t>
      </w:r>
    </w:p>
    <w:p w14:paraId="1F5283FB" w14:textId="4BD9CC44" w:rsidR="00B902BC" w:rsidRDefault="00B902BC" w:rsidP="00B902BC">
      <w:pPr>
        <w:tabs>
          <w:tab w:val="left" w:pos="3690"/>
        </w:tabs>
        <w:rPr>
          <w:i/>
          <w:iCs/>
          <w:lang w:val="en-GB"/>
        </w:rPr>
      </w:pPr>
      <w:r w:rsidRPr="00B902BC">
        <w:rPr>
          <w:i/>
          <w:iCs/>
          <w:lang w:val="en-GB"/>
        </w:rPr>
        <w:t>Halifax Road, Dewsbury, WF13 1BD</w:t>
      </w:r>
      <w:r>
        <w:rPr>
          <w:i/>
          <w:iCs/>
          <w:lang w:val="en-GB"/>
        </w:rPr>
        <w:tab/>
      </w:r>
    </w:p>
    <w:p w14:paraId="6DE6B9A7" w14:textId="559A4E6B" w:rsidR="00B902BC" w:rsidRDefault="00B902BC" w:rsidP="00B902BC">
      <w:pPr>
        <w:pStyle w:val="Heading3"/>
        <w:rPr>
          <w:lang w:val="en-GB"/>
        </w:rPr>
      </w:pPr>
      <w:r>
        <w:rPr>
          <w:lang w:val="en-GB"/>
        </w:rPr>
        <w:t>Subjects</w:t>
      </w:r>
    </w:p>
    <w:p w14:paraId="4DE52AF3" w14:textId="77777777" w:rsidR="00B902BC" w:rsidRPr="00B902BC" w:rsidRDefault="00B902BC" w:rsidP="009741BE">
      <w:pPr>
        <w:pStyle w:val="ListParagraph"/>
        <w:numPr>
          <w:ilvl w:val="0"/>
          <w:numId w:val="7"/>
        </w:numPr>
        <w:rPr>
          <w:lang w:val="en-GB"/>
        </w:rPr>
      </w:pPr>
      <w:r w:rsidRPr="00B902BC">
        <w:rPr>
          <w:lang w:val="en-GB"/>
        </w:rPr>
        <w:t xml:space="preserve">Access to HE, </w:t>
      </w:r>
    </w:p>
    <w:p w14:paraId="709E46E6" w14:textId="6B9BAA67" w:rsidR="00B902BC" w:rsidRPr="00B902BC" w:rsidRDefault="00B902BC" w:rsidP="009741BE">
      <w:pPr>
        <w:pStyle w:val="ListParagraph"/>
        <w:numPr>
          <w:ilvl w:val="0"/>
          <w:numId w:val="7"/>
        </w:numPr>
        <w:rPr>
          <w:lang w:val="en-GB"/>
        </w:rPr>
      </w:pPr>
      <w:r w:rsidRPr="00B902BC">
        <w:rPr>
          <w:lang w:val="en-GB"/>
        </w:rPr>
        <w:t>Art and Design,</w:t>
      </w:r>
    </w:p>
    <w:p w14:paraId="7E96D52F" w14:textId="77777777" w:rsidR="00B902BC" w:rsidRPr="00B902BC" w:rsidRDefault="00B902BC" w:rsidP="009741BE">
      <w:pPr>
        <w:pStyle w:val="ListParagraph"/>
        <w:numPr>
          <w:ilvl w:val="0"/>
          <w:numId w:val="7"/>
        </w:numPr>
        <w:rPr>
          <w:lang w:val="en-GB"/>
        </w:rPr>
      </w:pPr>
      <w:r w:rsidRPr="00B902BC">
        <w:rPr>
          <w:lang w:val="en-GB"/>
        </w:rPr>
        <w:t xml:space="preserve">Barbering, </w:t>
      </w:r>
    </w:p>
    <w:p w14:paraId="137C4AE4" w14:textId="77777777" w:rsidR="00B902BC" w:rsidRPr="00B902BC" w:rsidRDefault="00B902BC" w:rsidP="009741BE">
      <w:pPr>
        <w:pStyle w:val="ListParagraph"/>
        <w:numPr>
          <w:ilvl w:val="0"/>
          <w:numId w:val="7"/>
        </w:numPr>
        <w:rPr>
          <w:lang w:val="en-GB"/>
        </w:rPr>
      </w:pPr>
      <w:r w:rsidRPr="00B902BC">
        <w:rPr>
          <w:lang w:val="en-GB"/>
        </w:rPr>
        <w:t xml:space="preserve">Beauty Therapy, </w:t>
      </w:r>
    </w:p>
    <w:p w14:paraId="0312D6DA" w14:textId="7B7D5D96" w:rsidR="00B902BC" w:rsidRPr="00B902BC" w:rsidRDefault="00B902BC" w:rsidP="009741BE">
      <w:pPr>
        <w:pStyle w:val="ListParagraph"/>
        <w:numPr>
          <w:ilvl w:val="0"/>
          <w:numId w:val="7"/>
        </w:numPr>
        <w:rPr>
          <w:lang w:val="en-GB"/>
        </w:rPr>
      </w:pPr>
      <w:r w:rsidRPr="00B902BC">
        <w:rPr>
          <w:lang w:val="en-GB"/>
        </w:rPr>
        <w:t>Business and Enterprise,</w:t>
      </w:r>
    </w:p>
    <w:p w14:paraId="3698B302" w14:textId="77777777" w:rsidR="00B902BC" w:rsidRPr="00B902BC" w:rsidRDefault="00B902BC" w:rsidP="009741BE">
      <w:pPr>
        <w:pStyle w:val="ListParagraph"/>
        <w:numPr>
          <w:ilvl w:val="0"/>
          <w:numId w:val="7"/>
        </w:numPr>
        <w:rPr>
          <w:lang w:val="en-GB"/>
        </w:rPr>
      </w:pPr>
      <w:r w:rsidRPr="00B902BC">
        <w:rPr>
          <w:lang w:val="en-GB"/>
        </w:rPr>
        <w:t xml:space="preserve">Education and Early Years, </w:t>
      </w:r>
    </w:p>
    <w:p w14:paraId="47FB41C8" w14:textId="77777777" w:rsidR="00B902BC" w:rsidRPr="00B902BC" w:rsidRDefault="00B902BC" w:rsidP="009741BE">
      <w:pPr>
        <w:pStyle w:val="ListParagraph"/>
        <w:numPr>
          <w:ilvl w:val="0"/>
          <w:numId w:val="7"/>
        </w:numPr>
        <w:rPr>
          <w:lang w:val="en-GB"/>
        </w:rPr>
      </w:pPr>
      <w:r w:rsidRPr="00B902BC">
        <w:rPr>
          <w:lang w:val="en-GB"/>
        </w:rPr>
        <w:t>Digital Development and Computing,</w:t>
      </w:r>
    </w:p>
    <w:p w14:paraId="54EF85E6" w14:textId="77777777" w:rsidR="00B902BC" w:rsidRPr="00B902BC" w:rsidRDefault="00B902BC" w:rsidP="009741BE">
      <w:pPr>
        <w:pStyle w:val="ListParagraph"/>
        <w:numPr>
          <w:ilvl w:val="0"/>
          <w:numId w:val="7"/>
        </w:numPr>
        <w:rPr>
          <w:lang w:val="en-GB"/>
        </w:rPr>
      </w:pPr>
      <w:r w:rsidRPr="00B902BC">
        <w:rPr>
          <w:lang w:val="en-GB"/>
        </w:rPr>
        <w:t xml:space="preserve">ESOL, </w:t>
      </w:r>
    </w:p>
    <w:p w14:paraId="5CE378BE" w14:textId="77777777" w:rsidR="00B902BC" w:rsidRPr="00B902BC" w:rsidRDefault="00B902BC" w:rsidP="009741BE">
      <w:pPr>
        <w:pStyle w:val="ListParagraph"/>
        <w:numPr>
          <w:ilvl w:val="0"/>
          <w:numId w:val="7"/>
        </w:numPr>
        <w:rPr>
          <w:lang w:val="en-GB"/>
        </w:rPr>
      </w:pPr>
      <w:r w:rsidRPr="00B902BC">
        <w:rPr>
          <w:lang w:val="en-GB"/>
        </w:rPr>
        <w:t xml:space="preserve">Hairdressing, </w:t>
      </w:r>
    </w:p>
    <w:p w14:paraId="138A7D4C" w14:textId="00E73976" w:rsidR="00B902BC" w:rsidRPr="00B902BC" w:rsidRDefault="00B902BC" w:rsidP="009741BE">
      <w:pPr>
        <w:pStyle w:val="ListParagraph"/>
        <w:numPr>
          <w:ilvl w:val="0"/>
          <w:numId w:val="7"/>
        </w:numPr>
        <w:rPr>
          <w:lang w:val="en-GB"/>
        </w:rPr>
      </w:pPr>
      <w:r w:rsidRPr="00B902BC">
        <w:rPr>
          <w:lang w:val="en-GB"/>
        </w:rPr>
        <w:t>Health and Social Care</w:t>
      </w:r>
    </w:p>
    <w:p w14:paraId="5E8A472F" w14:textId="4C346D65" w:rsidR="00B902BC" w:rsidRPr="00B902BC" w:rsidRDefault="00B902BC" w:rsidP="00B902BC">
      <w:pPr>
        <w:tabs>
          <w:tab w:val="left" w:pos="3690"/>
        </w:tabs>
        <w:rPr>
          <w:lang w:val="en-GB"/>
        </w:rPr>
      </w:pPr>
      <w:r w:rsidRPr="00B902BC">
        <w:rPr>
          <w:lang w:val="en-GB"/>
        </w:rPr>
        <w:t>Pioneer Higher Skills Centre is over 100 years old and</w:t>
      </w:r>
      <w:r>
        <w:rPr>
          <w:lang w:val="en-GB"/>
        </w:rPr>
        <w:t xml:space="preserve"> </w:t>
      </w:r>
      <w:r w:rsidRPr="00B902BC">
        <w:rPr>
          <w:lang w:val="en-GB"/>
        </w:rPr>
        <w:t>has a rich history which reflects the changing demands</w:t>
      </w:r>
      <w:r>
        <w:rPr>
          <w:lang w:val="en-GB"/>
        </w:rPr>
        <w:t xml:space="preserve"> </w:t>
      </w:r>
      <w:r w:rsidRPr="00B902BC">
        <w:rPr>
          <w:lang w:val="en-GB"/>
        </w:rPr>
        <w:t>of the Dewsbury community over time.</w:t>
      </w:r>
    </w:p>
    <w:p w14:paraId="78F5C98F" w14:textId="42967462" w:rsidR="00B902BC" w:rsidRPr="00B902BC" w:rsidRDefault="00B902BC" w:rsidP="00B902BC">
      <w:pPr>
        <w:tabs>
          <w:tab w:val="left" w:pos="3690"/>
        </w:tabs>
        <w:rPr>
          <w:lang w:val="en-GB"/>
        </w:rPr>
      </w:pPr>
      <w:r w:rsidRPr="00B902BC">
        <w:rPr>
          <w:lang w:val="en-GB"/>
        </w:rPr>
        <w:t>This beautiful building retains many of its original</w:t>
      </w:r>
      <w:r>
        <w:rPr>
          <w:lang w:val="en-GB"/>
        </w:rPr>
        <w:t xml:space="preserve"> </w:t>
      </w:r>
      <w:r w:rsidRPr="00B902BC">
        <w:rPr>
          <w:lang w:val="en-GB"/>
        </w:rPr>
        <w:t>architectural features, making it a truly unique place</w:t>
      </w:r>
      <w:r>
        <w:rPr>
          <w:lang w:val="en-GB"/>
        </w:rPr>
        <w:t xml:space="preserve"> </w:t>
      </w:r>
      <w:r w:rsidRPr="00B902BC">
        <w:rPr>
          <w:lang w:val="en-GB"/>
        </w:rPr>
        <w:t>to learn. Its facilities include classrooms, science labs,</w:t>
      </w:r>
      <w:r>
        <w:rPr>
          <w:lang w:val="en-GB"/>
        </w:rPr>
        <w:t xml:space="preserve"> </w:t>
      </w:r>
      <w:r w:rsidRPr="00B902BC">
        <w:rPr>
          <w:lang w:val="en-GB"/>
        </w:rPr>
        <w:t>IT suites, creative workshops, a gallery, photography</w:t>
      </w:r>
      <w:r>
        <w:rPr>
          <w:lang w:val="en-GB"/>
        </w:rPr>
        <w:t xml:space="preserve"> </w:t>
      </w:r>
      <w:r w:rsidRPr="00B902BC">
        <w:rPr>
          <w:lang w:val="en-GB"/>
        </w:rPr>
        <w:t>studio, hair and beauty therapy salons, recreation areas</w:t>
      </w:r>
      <w:r>
        <w:rPr>
          <w:lang w:val="en-GB"/>
        </w:rPr>
        <w:t xml:space="preserve"> </w:t>
      </w:r>
      <w:r w:rsidRPr="00B902BC">
        <w:rPr>
          <w:lang w:val="en-GB"/>
        </w:rPr>
        <w:t>and a coffee shop.</w:t>
      </w:r>
    </w:p>
    <w:p w14:paraId="2BF47C0E" w14:textId="77777777" w:rsidR="00B902BC" w:rsidRDefault="008E1302" w:rsidP="00B902BC">
      <w:pPr>
        <w:rPr>
          <w:rStyle w:val="Heading2Char"/>
        </w:rPr>
      </w:pPr>
      <w:r>
        <w:br/>
      </w:r>
      <w:r>
        <w:br/>
      </w:r>
      <w:r w:rsidRPr="00B902BC">
        <w:rPr>
          <w:rStyle w:val="Heading2Char"/>
        </w:rPr>
        <w:t>Taylor Hill Animal Centre</w:t>
      </w:r>
    </w:p>
    <w:p w14:paraId="0368CF92" w14:textId="77777777" w:rsidR="00B902BC" w:rsidRDefault="00B902BC" w:rsidP="00B902BC">
      <w:pPr>
        <w:rPr>
          <w:i/>
          <w:iCs/>
          <w:lang w:val="en-GB"/>
        </w:rPr>
      </w:pPr>
      <w:r w:rsidRPr="00B902BC">
        <w:rPr>
          <w:i/>
          <w:iCs/>
          <w:lang w:val="en-GB"/>
        </w:rPr>
        <w:t>Close Hill Lane, Taylor Hill, Huddersfield, HD4 6LE</w:t>
      </w:r>
    </w:p>
    <w:p w14:paraId="745BC126" w14:textId="5ED451B1" w:rsidR="00B902BC" w:rsidRDefault="00B902BC" w:rsidP="00B902BC">
      <w:r w:rsidRPr="00B902BC">
        <w:rPr>
          <w:rStyle w:val="Heading3Char"/>
        </w:rPr>
        <w:t>Subjects</w:t>
      </w:r>
      <w:r w:rsidR="008E1302">
        <w:br/>
        <w:t>• Animal Care</w:t>
      </w:r>
      <w:r w:rsidR="008E1302">
        <w:br/>
        <w:t>• Agriculture</w:t>
      </w:r>
      <w:r w:rsidR="008E1302">
        <w:br/>
        <w:t>• Landscaping</w:t>
      </w:r>
      <w:r w:rsidR="008E1302">
        <w:br/>
      </w:r>
      <w:r w:rsidR="008E1302">
        <w:br/>
      </w:r>
      <w:r>
        <w:t xml:space="preserve">This is a specialist eco-friendly </w:t>
      </w:r>
      <w:proofErr w:type="spellStart"/>
      <w:r>
        <w:t>centre</w:t>
      </w:r>
      <w:proofErr w:type="spellEnd"/>
      <w:r>
        <w:t xml:space="preserve"> housing a wide range of animals with a new reptile house and aquatics </w:t>
      </w:r>
      <w:proofErr w:type="spellStart"/>
      <w:r>
        <w:t>centre</w:t>
      </w:r>
      <w:proofErr w:type="spellEnd"/>
      <w:r>
        <w:t>, as well as an aviary, small mammal house and dog grooming studio.</w:t>
      </w:r>
    </w:p>
    <w:p w14:paraId="4D5E6D68" w14:textId="77777777" w:rsidR="00B902BC" w:rsidRDefault="00B902BC" w:rsidP="00B902BC"/>
    <w:p w14:paraId="77B7749A" w14:textId="77777777" w:rsidR="00B902BC" w:rsidRDefault="00B902BC" w:rsidP="00B902BC"/>
    <w:p w14:paraId="4A2AC5B6" w14:textId="77777777" w:rsidR="00B902BC" w:rsidRDefault="00B902BC" w:rsidP="00B902BC"/>
    <w:p w14:paraId="391EC043" w14:textId="77777777" w:rsidR="00B902BC" w:rsidRDefault="00B902BC" w:rsidP="003D4738">
      <w:pPr>
        <w:pStyle w:val="Heading2"/>
      </w:pPr>
      <w:r>
        <w:lastRenderedPageBreak/>
        <w:t>Brunel Construction Centre</w:t>
      </w:r>
    </w:p>
    <w:p w14:paraId="099ED7B4" w14:textId="187A36D9" w:rsidR="00551AEB" w:rsidRDefault="00B902BC" w:rsidP="00B902BC">
      <w:r>
        <w:t>Old Fieldhouse Lane, Off Leeds Road, Huddersfield, HD2 1AG</w:t>
      </w:r>
    </w:p>
    <w:p w14:paraId="6E4EF35C" w14:textId="3CDF4B23" w:rsidR="00551AEB" w:rsidRDefault="00551AEB" w:rsidP="00551AEB">
      <w:pPr>
        <w:pStyle w:val="Heading3"/>
      </w:pPr>
      <w:r>
        <w:t>Subjects</w:t>
      </w:r>
    </w:p>
    <w:p w14:paraId="38F32B68" w14:textId="4240D627" w:rsidR="00551AEB" w:rsidRPr="00551AEB" w:rsidRDefault="00551AEB" w:rsidP="009741BE">
      <w:pPr>
        <w:pStyle w:val="ListParagraph"/>
        <w:numPr>
          <w:ilvl w:val="0"/>
          <w:numId w:val="8"/>
        </w:numPr>
        <w:rPr>
          <w:lang w:val="en-GB"/>
        </w:rPr>
      </w:pPr>
      <w:r w:rsidRPr="00551AEB">
        <w:rPr>
          <w:lang w:val="en-GB"/>
        </w:rPr>
        <w:t>Brickwork</w:t>
      </w:r>
    </w:p>
    <w:p w14:paraId="00DDCD15" w14:textId="43E2D5D3" w:rsidR="00551AEB" w:rsidRPr="00551AEB" w:rsidRDefault="00551AEB" w:rsidP="009741BE">
      <w:pPr>
        <w:pStyle w:val="ListParagraph"/>
        <w:numPr>
          <w:ilvl w:val="0"/>
          <w:numId w:val="8"/>
        </w:numPr>
        <w:rPr>
          <w:lang w:val="en-GB"/>
        </w:rPr>
      </w:pPr>
      <w:r w:rsidRPr="00551AEB">
        <w:rPr>
          <w:lang w:val="en-GB"/>
        </w:rPr>
        <w:t>Joinery</w:t>
      </w:r>
    </w:p>
    <w:p w14:paraId="7A246485" w14:textId="63D516EF" w:rsidR="00551AEB" w:rsidRPr="00551AEB" w:rsidRDefault="00551AEB" w:rsidP="009741BE">
      <w:pPr>
        <w:pStyle w:val="ListParagraph"/>
        <w:numPr>
          <w:ilvl w:val="0"/>
          <w:numId w:val="8"/>
        </w:numPr>
        <w:rPr>
          <w:lang w:val="en-GB"/>
        </w:rPr>
      </w:pPr>
      <w:r w:rsidRPr="00551AEB">
        <w:rPr>
          <w:lang w:val="en-GB"/>
        </w:rPr>
        <w:t>Plumbing,</w:t>
      </w:r>
    </w:p>
    <w:p w14:paraId="1A324031" w14:textId="77777777" w:rsidR="00551AEB" w:rsidRPr="00551AEB" w:rsidRDefault="00551AEB" w:rsidP="009741BE">
      <w:pPr>
        <w:pStyle w:val="ListParagraph"/>
        <w:numPr>
          <w:ilvl w:val="0"/>
          <w:numId w:val="8"/>
        </w:numPr>
        <w:rPr>
          <w:lang w:val="en-GB"/>
        </w:rPr>
      </w:pPr>
      <w:r w:rsidRPr="00551AEB">
        <w:rPr>
          <w:lang w:val="en-GB"/>
        </w:rPr>
        <w:t xml:space="preserve">Electrical, </w:t>
      </w:r>
    </w:p>
    <w:p w14:paraId="5811594E" w14:textId="77777777" w:rsidR="00551AEB" w:rsidRPr="00551AEB" w:rsidRDefault="00551AEB" w:rsidP="009741BE">
      <w:pPr>
        <w:pStyle w:val="ListParagraph"/>
        <w:numPr>
          <w:ilvl w:val="0"/>
          <w:numId w:val="8"/>
        </w:numPr>
        <w:rPr>
          <w:lang w:val="en-GB"/>
        </w:rPr>
      </w:pPr>
      <w:r w:rsidRPr="00551AEB">
        <w:rPr>
          <w:lang w:val="en-GB"/>
        </w:rPr>
        <w:t xml:space="preserve">Plastering, </w:t>
      </w:r>
    </w:p>
    <w:p w14:paraId="7545F691" w14:textId="77777777" w:rsidR="00551AEB" w:rsidRPr="00551AEB" w:rsidRDefault="00551AEB" w:rsidP="009741BE">
      <w:pPr>
        <w:pStyle w:val="ListParagraph"/>
        <w:numPr>
          <w:ilvl w:val="0"/>
          <w:numId w:val="8"/>
        </w:numPr>
        <w:rPr>
          <w:lang w:val="en-GB"/>
        </w:rPr>
      </w:pPr>
      <w:r w:rsidRPr="00551AEB">
        <w:rPr>
          <w:lang w:val="en-GB"/>
        </w:rPr>
        <w:t xml:space="preserve">Multi Skills, </w:t>
      </w:r>
    </w:p>
    <w:p w14:paraId="61312B84" w14:textId="28BC927D" w:rsidR="00551AEB" w:rsidRPr="00551AEB" w:rsidRDefault="00551AEB" w:rsidP="009741BE">
      <w:pPr>
        <w:pStyle w:val="ListParagraph"/>
        <w:numPr>
          <w:ilvl w:val="0"/>
          <w:numId w:val="8"/>
        </w:numPr>
        <w:rPr>
          <w:lang w:val="en-GB"/>
        </w:rPr>
      </w:pPr>
      <w:r w:rsidRPr="00551AEB">
        <w:rPr>
          <w:lang w:val="en-GB"/>
        </w:rPr>
        <w:t>Groundworks</w:t>
      </w:r>
    </w:p>
    <w:p w14:paraId="54AB6BE8" w14:textId="365F41B1" w:rsidR="00551AEB" w:rsidRDefault="00551AEB" w:rsidP="009741BE">
      <w:pPr>
        <w:pStyle w:val="ListParagraph"/>
        <w:numPr>
          <w:ilvl w:val="0"/>
          <w:numId w:val="8"/>
        </w:numPr>
      </w:pPr>
      <w:r w:rsidRPr="00551AEB">
        <w:rPr>
          <w:lang w:val="en-GB"/>
        </w:rPr>
        <w:t>Painting and Decorating</w:t>
      </w:r>
    </w:p>
    <w:p w14:paraId="441CD3AE" w14:textId="42BCA13A" w:rsidR="00551AEB" w:rsidRDefault="00551AEB" w:rsidP="00551AEB">
      <w:r>
        <w:t xml:space="preserve">This dedicated </w:t>
      </w:r>
      <w:proofErr w:type="spellStart"/>
      <w:r>
        <w:t>centre</w:t>
      </w:r>
      <w:proofErr w:type="spellEnd"/>
      <w:r>
        <w:t xml:space="preserve"> for skilled construction trades has industry standard workshops equipped with the right tools for the practical and hands-on learning required in the construction sector. The </w:t>
      </w:r>
      <w:proofErr w:type="spellStart"/>
      <w:r>
        <w:t>centre</w:t>
      </w:r>
      <w:proofErr w:type="spellEnd"/>
      <w:r>
        <w:t xml:space="preserve"> has received multiple accolades for its excellent apprenticeship delivery and has expanded greatly over the last couple of years.</w:t>
      </w:r>
    </w:p>
    <w:p w14:paraId="6E1190AB" w14:textId="77777777" w:rsidR="00551AEB" w:rsidRDefault="00551AEB" w:rsidP="00B902BC"/>
    <w:p w14:paraId="4387D4C9" w14:textId="77777777" w:rsidR="00551AEB" w:rsidRPr="00551AEB" w:rsidRDefault="00551AEB" w:rsidP="00551AEB">
      <w:pPr>
        <w:pStyle w:val="Heading2"/>
        <w:rPr>
          <w:lang w:val="en-GB"/>
        </w:rPr>
      </w:pPr>
      <w:r w:rsidRPr="00551AEB">
        <w:rPr>
          <w:lang w:val="en-GB"/>
        </w:rPr>
        <w:t>Engineering Centre</w:t>
      </w:r>
    </w:p>
    <w:p w14:paraId="6ECF0C49" w14:textId="4CFAF344" w:rsidR="00551AEB" w:rsidRDefault="00551AEB" w:rsidP="00551AEB">
      <w:pPr>
        <w:rPr>
          <w:i/>
          <w:iCs/>
          <w:lang w:val="en-GB"/>
        </w:rPr>
      </w:pPr>
      <w:r w:rsidRPr="00551AEB">
        <w:rPr>
          <w:i/>
          <w:iCs/>
          <w:lang w:val="en-GB"/>
        </w:rPr>
        <w:t>Turnbridge Road, Off St Andrew’s Road, Huddersfield, HD1 6AG</w:t>
      </w:r>
    </w:p>
    <w:p w14:paraId="3EB7B4D7" w14:textId="53D8C21C" w:rsidR="00551AEB" w:rsidRDefault="00551AEB" w:rsidP="00551AEB">
      <w:pPr>
        <w:pStyle w:val="Heading3"/>
      </w:pPr>
      <w:r>
        <w:t>Subjects</w:t>
      </w:r>
    </w:p>
    <w:p w14:paraId="12C44F04" w14:textId="701731B8" w:rsidR="00551AEB" w:rsidRDefault="00551AEB" w:rsidP="009741BE">
      <w:pPr>
        <w:pStyle w:val="ListParagraph"/>
        <w:numPr>
          <w:ilvl w:val="0"/>
          <w:numId w:val="9"/>
        </w:numPr>
      </w:pPr>
      <w:r>
        <w:t>Engineering</w:t>
      </w:r>
    </w:p>
    <w:p w14:paraId="4CAB28D7" w14:textId="090F1D41" w:rsidR="00551AEB" w:rsidRDefault="00551AEB" w:rsidP="009741BE">
      <w:pPr>
        <w:pStyle w:val="ListParagraph"/>
        <w:numPr>
          <w:ilvl w:val="0"/>
          <w:numId w:val="9"/>
        </w:numPr>
      </w:pPr>
      <w:r>
        <w:t>Fabrication and Welding</w:t>
      </w:r>
    </w:p>
    <w:p w14:paraId="31E797A3" w14:textId="2DCE4620" w:rsidR="00551AEB" w:rsidRPr="00551AEB" w:rsidRDefault="00551AEB" w:rsidP="009741BE">
      <w:pPr>
        <w:pStyle w:val="ListParagraph"/>
        <w:numPr>
          <w:ilvl w:val="0"/>
          <w:numId w:val="9"/>
        </w:numPr>
      </w:pPr>
      <w:r>
        <w:t>Motor Vehicle</w:t>
      </w:r>
    </w:p>
    <w:p w14:paraId="60A5317A" w14:textId="13436E86" w:rsidR="00551AEB" w:rsidRDefault="00551AEB" w:rsidP="00551AEB">
      <w:r>
        <w:t xml:space="preserve">This £7.5m specialist </w:t>
      </w:r>
      <w:proofErr w:type="spellStart"/>
      <w:r>
        <w:t>centre</w:t>
      </w:r>
      <w:proofErr w:type="spellEnd"/>
      <w:r>
        <w:t xml:space="preserve"> boasts state-of-the-art equipment and workshops for CNC, manufacturing, maintenance, mechanics, fabrication and welding, as well as student recreation and breakout areas.</w:t>
      </w:r>
    </w:p>
    <w:p w14:paraId="42243E89" w14:textId="77777777" w:rsidR="00551AEB" w:rsidRDefault="00551AEB" w:rsidP="00551AEB">
      <w:r>
        <w:t>There is also a dedicated automotive workshop designed to replicate a real-life Motor Vehicle workshop. Within the Motor Vehicle workshop is a state-of-the-art Hybrid Electric Vehicle Centre, which has a range of Hybrid and EV cars, rigs and technologies to bring student’s learning up-to-date with the latest sustainable innovations in the motor vehicle industry.</w:t>
      </w:r>
      <w:r w:rsidR="008E1302">
        <w:br/>
      </w:r>
    </w:p>
    <w:p w14:paraId="0A0AAA3F" w14:textId="77777777" w:rsidR="00551AEB" w:rsidRDefault="00551AEB" w:rsidP="00551AEB"/>
    <w:p w14:paraId="5530FA81" w14:textId="77777777" w:rsidR="00551AEB" w:rsidRDefault="00551AEB" w:rsidP="00551AEB"/>
    <w:p w14:paraId="5C9A60B4" w14:textId="3821317C" w:rsidR="00551AEB" w:rsidRDefault="00551AEB" w:rsidP="00551AEB">
      <w:pPr>
        <w:pStyle w:val="Heading2"/>
      </w:pPr>
      <w:r>
        <w:t>The National Process Manufacturing Centre</w:t>
      </w:r>
    </w:p>
    <w:p w14:paraId="331AA6D8" w14:textId="77777777" w:rsidR="00551AEB" w:rsidRDefault="00551AEB" w:rsidP="00551AEB">
      <w:pPr>
        <w:rPr>
          <w:i/>
          <w:iCs/>
          <w:lang w:val="en-GB"/>
        </w:rPr>
      </w:pPr>
      <w:r w:rsidRPr="00551AEB">
        <w:rPr>
          <w:i/>
          <w:iCs/>
          <w:lang w:val="en-GB"/>
        </w:rPr>
        <w:t>Turnbridge Road, Off St Andrew’s Road, Huddersfield, HD1 6AG</w:t>
      </w:r>
    </w:p>
    <w:p w14:paraId="1CE218FA" w14:textId="39152761" w:rsidR="00551AEB" w:rsidRDefault="00551AEB" w:rsidP="00551AEB">
      <w:pPr>
        <w:pStyle w:val="Heading3"/>
        <w:rPr>
          <w:lang w:val="en-GB"/>
        </w:rPr>
      </w:pPr>
      <w:r>
        <w:rPr>
          <w:lang w:val="en-GB"/>
        </w:rPr>
        <w:lastRenderedPageBreak/>
        <w:t xml:space="preserve">Subjects </w:t>
      </w:r>
    </w:p>
    <w:p w14:paraId="52112444" w14:textId="520B833F" w:rsidR="00551AEB" w:rsidRPr="008E1302" w:rsidRDefault="00551AEB" w:rsidP="009741BE">
      <w:pPr>
        <w:pStyle w:val="ListParagraph"/>
        <w:numPr>
          <w:ilvl w:val="0"/>
          <w:numId w:val="10"/>
        </w:numPr>
        <w:rPr>
          <w:lang w:val="en-GB"/>
        </w:rPr>
      </w:pPr>
      <w:r w:rsidRPr="008E1302">
        <w:rPr>
          <w:lang w:val="en-GB"/>
        </w:rPr>
        <w:t>Apprenticeships in Process Manufacturing</w:t>
      </w:r>
    </w:p>
    <w:p w14:paraId="69A8069C" w14:textId="1D3077D4" w:rsidR="00551AEB" w:rsidRPr="008E1302" w:rsidRDefault="00551AEB" w:rsidP="009741BE">
      <w:pPr>
        <w:pStyle w:val="ListParagraph"/>
        <w:numPr>
          <w:ilvl w:val="0"/>
          <w:numId w:val="10"/>
        </w:numPr>
        <w:rPr>
          <w:lang w:val="en-GB"/>
        </w:rPr>
      </w:pPr>
      <w:r w:rsidRPr="008E1302">
        <w:rPr>
          <w:lang w:val="en-GB"/>
        </w:rPr>
        <w:t>Supply Chain</w:t>
      </w:r>
    </w:p>
    <w:p w14:paraId="099BD589" w14:textId="73C0BAE4" w:rsidR="008E1302" w:rsidRPr="008E1302" w:rsidRDefault="008E1302" w:rsidP="009741BE">
      <w:pPr>
        <w:pStyle w:val="ListParagraph"/>
        <w:numPr>
          <w:ilvl w:val="0"/>
          <w:numId w:val="10"/>
        </w:numPr>
        <w:rPr>
          <w:lang w:val="en-GB"/>
        </w:rPr>
      </w:pPr>
      <w:r w:rsidRPr="008E1302">
        <w:rPr>
          <w:lang w:val="en-GB"/>
        </w:rPr>
        <w:t xml:space="preserve">Warehousing and Logistics </w:t>
      </w:r>
    </w:p>
    <w:p w14:paraId="4FA6DBF2" w14:textId="77777777" w:rsidR="00551AEB" w:rsidRPr="00551AEB" w:rsidRDefault="00551AEB" w:rsidP="00551AEB">
      <w:pPr>
        <w:rPr>
          <w:lang w:val="en-GB"/>
        </w:rPr>
      </w:pPr>
    </w:p>
    <w:p w14:paraId="34727C60" w14:textId="00344FB6" w:rsidR="00551AEB" w:rsidRDefault="00551AEB" w:rsidP="00551AEB">
      <w:r>
        <w:t xml:space="preserve">This £5 million employer-led </w:t>
      </w:r>
      <w:proofErr w:type="spellStart"/>
      <w:r>
        <w:t>centre</w:t>
      </w:r>
      <w:proofErr w:type="spellEnd"/>
      <w:r>
        <w:t xml:space="preserve"> offers £12m equipment invested from industry, including a processing plant with automated production line and chemistry lab. Combined with expert tuition, this flagship </w:t>
      </w:r>
      <w:proofErr w:type="spellStart"/>
      <w:r>
        <w:t>centre</w:t>
      </w:r>
      <w:proofErr w:type="spellEnd"/>
      <w:r>
        <w:t xml:space="preserve"> provides the perfect platform to develop the practical skills required to work in the manufacturing sector. This </w:t>
      </w:r>
      <w:proofErr w:type="spellStart"/>
      <w:r>
        <w:t>centre</w:t>
      </w:r>
      <w:proofErr w:type="spellEnd"/>
      <w:r>
        <w:t xml:space="preserve"> delivers a range of specialist training to the process industries, offering sector specific apprenticeships in engineering, supply chain, operations and food and drink.</w:t>
      </w:r>
    </w:p>
    <w:p w14:paraId="54763738" w14:textId="77777777" w:rsidR="00551AEB" w:rsidRDefault="00551AEB" w:rsidP="00551AEB"/>
    <w:p w14:paraId="368124DC" w14:textId="77777777" w:rsidR="00551AEB" w:rsidRDefault="00551AEB" w:rsidP="00551AEB"/>
    <w:p w14:paraId="72D46AEB" w14:textId="4C08401D" w:rsidR="008E1302" w:rsidRDefault="008E1302" w:rsidP="008E1302">
      <w:r>
        <w:br/>
      </w:r>
      <w:r w:rsidRPr="00946C93">
        <w:rPr>
          <w:rStyle w:val="Heading1Char"/>
        </w:rPr>
        <w:t xml:space="preserve">Your Study </w:t>
      </w:r>
      <w:proofErr w:type="spellStart"/>
      <w:r w:rsidRPr="00946C93">
        <w:rPr>
          <w:rStyle w:val="Heading1Char"/>
        </w:rPr>
        <w:t>Programme</w:t>
      </w:r>
      <w:proofErr w:type="spellEnd"/>
      <w:r>
        <w:br/>
        <w:t>As a fully vocational college, all our courses are practical and hands-on, and students only study one core subject.</w:t>
      </w:r>
    </w:p>
    <w:p w14:paraId="43610CE4" w14:textId="60EE2B6A" w:rsidR="008E1302" w:rsidRDefault="008E1302" w:rsidP="008E1302">
      <w:r>
        <w:t xml:space="preserve">This is different to A-levels, or combined A-level and BTEC </w:t>
      </w:r>
      <w:proofErr w:type="spellStart"/>
      <w:r>
        <w:t>programmes</w:t>
      </w:r>
      <w:proofErr w:type="spellEnd"/>
      <w:r>
        <w:t>, but does not mean that you will be in any way disadvantaged when it comes to applying for your next steps, whether that be university, an apprenticeship, or full-time work.</w:t>
      </w:r>
    </w:p>
    <w:p w14:paraId="0253239E" w14:textId="50E4BE6A" w:rsidR="0004411F" w:rsidRDefault="008E1302" w:rsidP="008E1302">
      <w:r>
        <w:t>At Kirklees College, you will study one core subject at either Entry Level, Level 1, Level 2, or Level 3. One Level 3 Extended Diploma and T Levels are equivalent to 3 A-levels, and carry the same amount of UCAS points for university.</w:t>
      </w:r>
      <w:r>
        <w:br/>
      </w:r>
      <w:r>
        <w:br/>
      </w:r>
      <w:r>
        <w:br/>
      </w:r>
      <w:r w:rsidRPr="00946C93">
        <w:rPr>
          <w:rStyle w:val="Heading1Char"/>
        </w:rPr>
        <w:t>Introducing V Levels</w:t>
      </w:r>
    </w:p>
    <w:p w14:paraId="01A92CC1" w14:textId="5F1F40CF" w:rsidR="008E1302" w:rsidRDefault="008E1302" w:rsidP="008E1302">
      <w:r>
        <w:t xml:space="preserve">To be introduced steadily from 2027, V levels are going to be new Level 3 qualifications that offer a vocational pathway for students who want to explore different sectors before deciding where to </w:t>
      </w:r>
      <w:proofErr w:type="spellStart"/>
      <w:r>
        <w:t>specialise</w:t>
      </w:r>
      <w:proofErr w:type="spellEnd"/>
      <w:r>
        <w:t>. This new pathway will replace the wide range of qualifications that are not A or T levels.</w:t>
      </w:r>
    </w:p>
    <w:p w14:paraId="6D1B9673" w14:textId="0B781372" w:rsidR="008E1302" w:rsidRDefault="008E1302" w:rsidP="008E1302">
      <w:r>
        <w:t xml:space="preserve">Unlike T Levels or vocational </w:t>
      </w:r>
      <w:proofErr w:type="spellStart"/>
      <w:r>
        <w:t>programmes</w:t>
      </w:r>
      <w:proofErr w:type="spellEnd"/>
      <w:r>
        <w:t>, V Levels will enable students to study a range of areas.</w:t>
      </w:r>
    </w:p>
    <w:p w14:paraId="5FE13007" w14:textId="10FB7A7B" w:rsidR="008E1302" w:rsidRDefault="008E1302" w:rsidP="008E1302">
      <w:r>
        <w:t>Although we can’t give specifics about our V Level offer in this course guide, we will be updating our website throughout the year with more information on V Levels, and how to apply.</w:t>
      </w:r>
    </w:p>
    <w:p w14:paraId="4CA12537" w14:textId="77777777" w:rsidR="00946C93" w:rsidRDefault="00946C93" w:rsidP="008E1302"/>
    <w:p w14:paraId="51810D2D" w14:textId="720DD94D" w:rsidR="00946C93" w:rsidRDefault="00946C93" w:rsidP="00946C93">
      <w:pPr>
        <w:pStyle w:val="Heading1"/>
      </w:pPr>
      <w:r>
        <w:t xml:space="preserve">Careers </w:t>
      </w:r>
    </w:p>
    <w:p w14:paraId="426ECB9D" w14:textId="67CD95BB" w:rsidR="00946C93" w:rsidRDefault="00946C93" w:rsidP="00946C93">
      <w:r>
        <w:t xml:space="preserve">Preparing you for your future career is the core purpose of your college education, and our impartial Careers Coaches are here to help you every step of the way. The team are based in the Atrium at Huddersfield Centre, but travel around to our other </w:t>
      </w:r>
      <w:proofErr w:type="spellStart"/>
      <w:r>
        <w:t>centres</w:t>
      </w:r>
      <w:proofErr w:type="spellEnd"/>
      <w:r>
        <w:t xml:space="preserve"> and are available for online meetings whenever you need them!</w:t>
      </w:r>
    </w:p>
    <w:p w14:paraId="5B8AD8A0" w14:textId="1B6E0C71" w:rsidR="00946C93" w:rsidRDefault="00946C93" w:rsidP="00946C93">
      <w:pPr>
        <w:pStyle w:val="Heading2"/>
        <w:rPr>
          <w:lang w:val="en-GB"/>
        </w:rPr>
      </w:pPr>
      <w:r>
        <w:rPr>
          <w:lang w:val="en-GB"/>
        </w:rPr>
        <w:t>CITIZENSHIP</w:t>
      </w:r>
    </w:p>
    <w:p w14:paraId="2C38419E" w14:textId="4F6B1ED6" w:rsidR="00946C93" w:rsidRPr="00946C93" w:rsidRDefault="00946C93" w:rsidP="00946C93">
      <w:pPr>
        <w:rPr>
          <w:lang w:val="en-GB"/>
        </w:rPr>
      </w:pPr>
      <w:r w:rsidRPr="00946C93">
        <w:rPr>
          <w:lang w:val="en-GB"/>
        </w:rPr>
        <w:t>• Student Voice reps</w:t>
      </w:r>
    </w:p>
    <w:p w14:paraId="20E67CD8" w14:textId="05BCA525" w:rsidR="00946C93" w:rsidRPr="00946C93" w:rsidRDefault="00946C93" w:rsidP="00946C93">
      <w:pPr>
        <w:rPr>
          <w:lang w:val="en-GB"/>
        </w:rPr>
      </w:pPr>
      <w:r w:rsidRPr="00946C93">
        <w:rPr>
          <w:lang w:val="en-GB"/>
        </w:rPr>
        <w:t>• Students’ Union</w:t>
      </w:r>
      <w:r>
        <w:rPr>
          <w:lang w:val="en-GB"/>
        </w:rPr>
        <w:t xml:space="preserve"> </w:t>
      </w:r>
      <w:r w:rsidRPr="00946C93">
        <w:rPr>
          <w:lang w:val="en-GB"/>
        </w:rPr>
        <w:t>membership</w:t>
      </w:r>
    </w:p>
    <w:p w14:paraId="45503BD7" w14:textId="77777777" w:rsidR="00946C93" w:rsidRPr="00946C93" w:rsidRDefault="00946C93" w:rsidP="00946C93">
      <w:pPr>
        <w:rPr>
          <w:lang w:val="en-GB"/>
        </w:rPr>
      </w:pPr>
      <w:r w:rsidRPr="00946C93">
        <w:rPr>
          <w:lang w:val="en-GB"/>
        </w:rPr>
        <w:t>• Social action</w:t>
      </w:r>
    </w:p>
    <w:p w14:paraId="32148AFC" w14:textId="77777777" w:rsidR="00946C93" w:rsidRPr="00946C93" w:rsidRDefault="00946C93" w:rsidP="00946C93">
      <w:pPr>
        <w:rPr>
          <w:lang w:val="en-GB"/>
        </w:rPr>
      </w:pPr>
      <w:r w:rsidRPr="00946C93">
        <w:rPr>
          <w:lang w:val="en-GB"/>
        </w:rPr>
        <w:t>• British values</w:t>
      </w:r>
    </w:p>
    <w:p w14:paraId="5C966D22" w14:textId="69C09123" w:rsidR="00946C93" w:rsidRDefault="00946C93" w:rsidP="00946C93">
      <w:pPr>
        <w:rPr>
          <w:lang w:val="en-GB"/>
        </w:rPr>
      </w:pPr>
      <w:r w:rsidRPr="00946C93">
        <w:rPr>
          <w:lang w:val="en-GB"/>
        </w:rPr>
        <w:t>• Equality, Diversity</w:t>
      </w:r>
      <w:r>
        <w:rPr>
          <w:lang w:val="en-GB"/>
        </w:rPr>
        <w:t xml:space="preserve"> </w:t>
      </w:r>
      <w:r w:rsidRPr="00946C93">
        <w:rPr>
          <w:lang w:val="en-GB"/>
        </w:rPr>
        <w:t>and Inclusion</w:t>
      </w:r>
    </w:p>
    <w:p w14:paraId="3D070232" w14:textId="74931508" w:rsidR="00946C93" w:rsidRPr="00946C93" w:rsidRDefault="00946C93" w:rsidP="00946C93">
      <w:pPr>
        <w:pStyle w:val="Heading2"/>
        <w:rPr>
          <w:lang w:val="en-GB"/>
        </w:rPr>
      </w:pPr>
      <w:r>
        <w:rPr>
          <w:lang w:val="en-GB"/>
        </w:rPr>
        <w:t>CAREERS GUIDANCE</w:t>
      </w:r>
    </w:p>
    <w:p w14:paraId="50EC0FFB" w14:textId="77777777" w:rsidR="00946C93" w:rsidRPr="00946C93" w:rsidRDefault="00946C93" w:rsidP="00946C93">
      <w:pPr>
        <w:rPr>
          <w:lang w:val="en-GB"/>
        </w:rPr>
      </w:pPr>
      <w:r w:rsidRPr="00946C93">
        <w:rPr>
          <w:lang w:val="en-GB"/>
        </w:rPr>
        <w:t>• 1:1 career guidance</w:t>
      </w:r>
    </w:p>
    <w:p w14:paraId="0B2DE588" w14:textId="77777777" w:rsidR="00946C93" w:rsidRPr="00946C93" w:rsidRDefault="00946C93" w:rsidP="00946C93">
      <w:pPr>
        <w:rPr>
          <w:lang w:val="en-GB"/>
        </w:rPr>
      </w:pPr>
      <w:r w:rsidRPr="00946C93">
        <w:rPr>
          <w:lang w:val="en-GB"/>
        </w:rPr>
        <w:t>• Job search skills</w:t>
      </w:r>
    </w:p>
    <w:p w14:paraId="7ACB419C" w14:textId="77777777" w:rsidR="00946C93" w:rsidRPr="00946C93" w:rsidRDefault="00946C93" w:rsidP="00946C93">
      <w:pPr>
        <w:rPr>
          <w:lang w:val="en-GB"/>
        </w:rPr>
      </w:pPr>
      <w:r w:rsidRPr="00946C93">
        <w:rPr>
          <w:lang w:val="en-GB"/>
        </w:rPr>
        <w:t>• Job shop</w:t>
      </w:r>
    </w:p>
    <w:p w14:paraId="62A0E825" w14:textId="77777777" w:rsidR="00946C93" w:rsidRPr="00946C93" w:rsidRDefault="00946C93" w:rsidP="00946C93">
      <w:pPr>
        <w:rPr>
          <w:lang w:val="en-GB"/>
        </w:rPr>
      </w:pPr>
      <w:r w:rsidRPr="00946C93">
        <w:rPr>
          <w:lang w:val="en-GB"/>
        </w:rPr>
        <w:t>• Interview skills</w:t>
      </w:r>
    </w:p>
    <w:p w14:paraId="3EEC239D" w14:textId="51F6B1A0" w:rsidR="00946C93" w:rsidRDefault="00946C93" w:rsidP="00946C93">
      <w:pPr>
        <w:rPr>
          <w:lang w:val="en-GB"/>
        </w:rPr>
      </w:pPr>
      <w:r w:rsidRPr="00946C93">
        <w:rPr>
          <w:lang w:val="en-GB"/>
        </w:rPr>
        <w:t>• CV development</w:t>
      </w:r>
    </w:p>
    <w:p w14:paraId="4FE680E6" w14:textId="6B2EE8DA" w:rsidR="00946C93" w:rsidRPr="00946C93" w:rsidRDefault="00946C93" w:rsidP="00946C93">
      <w:pPr>
        <w:pStyle w:val="Heading2"/>
        <w:rPr>
          <w:lang w:val="en-GB"/>
        </w:rPr>
      </w:pPr>
      <w:r w:rsidRPr="00946C93">
        <w:rPr>
          <w:lang w:val="en-GB"/>
        </w:rPr>
        <w:t xml:space="preserve">PREPARATION </w:t>
      </w:r>
      <w:r>
        <w:rPr>
          <w:lang w:val="en-GB"/>
        </w:rPr>
        <w:t>F</w:t>
      </w:r>
      <w:r w:rsidRPr="00946C93">
        <w:rPr>
          <w:lang w:val="en-GB"/>
        </w:rPr>
        <w:t>OR</w:t>
      </w:r>
      <w:r>
        <w:rPr>
          <w:lang w:val="en-GB"/>
        </w:rPr>
        <w:t xml:space="preserve"> </w:t>
      </w:r>
      <w:r w:rsidRPr="00946C93">
        <w:rPr>
          <w:lang w:val="en-GB"/>
        </w:rPr>
        <w:t>NEXT STEPS</w:t>
      </w:r>
    </w:p>
    <w:p w14:paraId="58EBC70D" w14:textId="77777777" w:rsidR="00946C93" w:rsidRPr="00946C93" w:rsidRDefault="00946C93" w:rsidP="00946C93">
      <w:pPr>
        <w:rPr>
          <w:lang w:val="en-GB"/>
        </w:rPr>
      </w:pPr>
      <w:r w:rsidRPr="00946C93">
        <w:rPr>
          <w:lang w:val="en-GB"/>
        </w:rPr>
        <w:t>• Work experience in industry</w:t>
      </w:r>
    </w:p>
    <w:p w14:paraId="01F97144" w14:textId="7B57D7E1" w:rsidR="00946C93" w:rsidRPr="00946C93" w:rsidRDefault="00946C93" w:rsidP="00946C93">
      <w:pPr>
        <w:rPr>
          <w:lang w:val="en-GB"/>
        </w:rPr>
      </w:pPr>
      <w:r w:rsidRPr="00946C93">
        <w:rPr>
          <w:lang w:val="en-GB"/>
        </w:rPr>
        <w:t>• Meet employers and visit</w:t>
      </w:r>
      <w:r>
        <w:rPr>
          <w:lang w:val="en-GB"/>
        </w:rPr>
        <w:t xml:space="preserve"> </w:t>
      </w:r>
      <w:r w:rsidRPr="00946C93">
        <w:rPr>
          <w:lang w:val="en-GB"/>
        </w:rPr>
        <w:t>companies</w:t>
      </w:r>
    </w:p>
    <w:p w14:paraId="597AFE97" w14:textId="77777777" w:rsidR="00946C93" w:rsidRPr="00946C93" w:rsidRDefault="00946C93" w:rsidP="00946C93">
      <w:pPr>
        <w:rPr>
          <w:lang w:val="en-GB"/>
        </w:rPr>
      </w:pPr>
      <w:r w:rsidRPr="00946C93">
        <w:rPr>
          <w:lang w:val="en-GB"/>
        </w:rPr>
        <w:t>• Taster days</w:t>
      </w:r>
    </w:p>
    <w:p w14:paraId="4DF9016C" w14:textId="0345CD7A" w:rsidR="00946C93" w:rsidRPr="00946C93" w:rsidRDefault="00946C93" w:rsidP="00946C93">
      <w:pPr>
        <w:rPr>
          <w:lang w:val="en-GB"/>
        </w:rPr>
      </w:pPr>
      <w:r w:rsidRPr="00946C93">
        <w:rPr>
          <w:lang w:val="en-GB"/>
        </w:rPr>
        <w:t>• Progression fairs and career</w:t>
      </w:r>
      <w:r>
        <w:rPr>
          <w:lang w:val="en-GB"/>
        </w:rPr>
        <w:t xml:space="preserve"> </w:t>
      </w:r>
      <w:r w:rsidRPr="00946C93">
        <w:rPr>
          <w:lang w:val="en-GB"/>
        </w:rPr>
        <w:t>events</w:t>
      </w:r>
    </w:p>
    <w:p w14:paraId="64B86E17" w14:textId="77777777" w:rsidR="00946C93" w:rsidRPr="00946C93" w:rsidRDefault="00946C93" w:rsidP="00946C93">
      <w:pPr>
        <w:rPr>
          <w:lang w:val="en-GB"/>
        </w:rPr>
      </w:pPr>
      <w:r w:rsidRPr="00946C93">
        <w:rPr>
          <w:lang w:val="en-GB"/>
        </w:rPr>
        <w:t>• UCAS application support</w:t>
      </w:r>
    </w:p>
    <w:p w14:paraId="12644ABD" w14:textId="77777777" w:rsidR="00946C93" w:rsidRPr="00946C93" w:rsidRDefault="00946C93" w:rsidP="00946C93">
      <w:pPr>
        <w:rPr>
          <w:lang w:val="en-GB"/>
        </w:rPr>
      </w:pPr>
      <w:r w:rsidRPr="00946C93">
        <w:rPr>
          <w:lang w:val="en-GB"/>
        </w:rPr>
        <w:t>• Higher Education week</w:t>
      </w:r>
    </w:p>
    <w:p w14:paraId="2C93FB18" w14:textId="77777777" w:rsidR="00946C93" w:rsidRPr="00946C93" w:rsidRDefault="00946C93" w:rsidP="00946C93">
      <w:pPr>
        <w:rPr>
          <w:lang w:val="en-GB"/>
        </w:rPr>
      </w:pPr>
      <w:r w:rsidRPr="00946C93">
        <w:rPr>
          <w:lang w:val="en-GB"/>
        </w:rPr>
        <w:t>• Apprenticeship week</w:t>
      </w:r>
    </w:p>
    <w:p w14:paraId="47F32A74" w14:textId="441497AB" w:rsidR="00946C93" w:rsidRDefault="00946C93" w:rsidP="00946C93">
      <w:pPr>
        <w:rPr>
          <w:lang w:val="en-GB"/>
        </w:rPr>
      </w:pPr>
      <w:r w:rsidRPr="00946C93">
        <w:rPr>
          <w:lang w:val="en-GB"/>
        </w:rPr>
        <w:t>• Employability week</w:t>
      </w:r>
    </w:p>
    <w:p w14:paraId="4A9998EB" w14:textId="77777777" w:rsidR="00946C93" w:rsidRPr="00946C93" w:rsidRDefault="00946C93" w:rsidP="00946C93">
      <w:pPr>
        <w:pStyle w:val="Heading2"/>
        <w:rPr>
          <w:lang w:val="en-GB"/>
        </w:rPr>
      </w:pPr>
      <w:r w:rsidRPr="00946C93">
        <w:rPr>
          <w:lang w:val="en-GB"/>
        </w:rPr>
        <w:lastRenderedPageBreak/>
        <w:t>HEALTH AND WELLBEING</w:t>
      </w:r>
    </w:p>
    <w:p w14:paraId="018C4A6A" w14:textId="77777777" w:rsidR="00946C93" w:rsidRPr="00946C93" w:rsidRDefault="00946C93" w:rsidP="00946C93">
      <w:pPr>
        <w:rPr>
          <w:lang w:val="en-GB"/>
        </w:rPr>
      </w:pPr>
      <w:r w:rsidRPr="00946C93">
        <w:rPr>
          <w:lang w:val="en-GB"/>
        </w:rPr>
        <w:t>• Peer support groups</w:t>
      </w:r>
    </w:p>
    <w:p w14:paraId="30B78486" w14:textId="26BA4C50" w:rsidR="00946C93" w:rsidRPr="00946C93" w:rsidRDefault="00946C93" w:rsidP="00946C93">
      <w:pPr>
        <w:rPr>
          <w:lang w:val="en-GB"/>
        </w:rPr>
      </w:pPr>
      <w:r w:rsidRPr="00946C93">
        <w:rPr>
          <w:lang w:val="en-GB"/>
        </w:rPr>
        <w:t>• Confidential counselling</w:t>
      </w:r>
      <w:r>
        <w:rPr>
          <w:lang w:val="en-GB"/>
        </w:rPr>
        <w:t xml:space="preserve"> </w:t>
      </w:r>
      <w:r w:rsidRPr="00946C93">
        <w:rPr>
          <w:lang w:val="en-GB"/>
        </w:rPr>
        <w:t>service</w:t>
      </w:r>
    </w:p>
    <w:p w14:paraId="0B63E884" w14:textId="77777777" w:rsidR="00946C93" w:rsidRPr="00946C93" w:rsidRDefault="00946C93" w:rsidP="00946C93">
      <w:pPr>
        <w:rPr>
          <w:lang w:val="en-GB"/>
        </w:rPr>
      </w:pPr>
      <w:r w:rsidRPr="00946C93">
        <w:rPr>
          <w:lang w:val="en-GB"/>
        </w:rPr>
        <w:t>• National awareness events</w:t>
      </w:r>
    </w:p>
    <w:p w14:paraId="12DBCFA5" w14:textId="77777777" w:rsidR="00946C93" w:rsidRPr="00946C93" w:rsidRDefault="00946C93" w:rsidP="00946C93">
      <w:pPr>
        <w:rPr>
          <w:lang w:val="en-GB"/>
        </w:rPr>
      </w:pPr>
      <w:r w:rsidRPr="00946C93">
        <w:rPr>
          <w:lang w:val="en-GB"/>
        </w:rPr>
        <w:t>• Guest speakers</w:t>
      </w:r>
    </w:p>
    <w:p w14:paraId="15B9AF8E" w14:textId="77777777" w:rsidR="00946C93" w:rsidRPr="00946C93" w:rsidRDefault="00946C93" w:rsidP="00946C93">
      <w:pPr>
        <w:rPr>
          <w:lang w:val="en-GB"/>
        </w:rPr>
      </w:pPr>
      <w:r w:rsidRPr="00946C93">
        <w:rPr>
          <w:lang w:val="en-GB"/>
        </w:rPr>
        <w:t>• Local risk awareness</w:t>
      </w:r>
    </w:p>
    <w:p w14:paraId="0F90A06C" w14:textId="77777777" w:rsidR="00946C93" w:rsidRPr="00946C93" w:rsidRDefault="00946C93" w:rsidP="00946C93">
      <w:pPr>
        <w:rPr>
          <w:lang w:val="en-GB"/>
        </w:rPr>
      </w:pPr>
      <w:r w:rsidRPr="00946C93">
        <w:rPr>
          <w:lang w:val="en-GB"/>
        </w:rPr>
        <w:t>• Pastoral support</w:t>
      </w:r>
    </w:p>
    <w:p w14:paraId="3A670DCD" w14:textId="77777777" w:rsidR="00946C93" w:rsidRPr="00946C93" w:rsidRDefault="00946C93" w:rsidP="00946C93">
      <w:pPr>
        <w:rPr>
          <w:lang w:val="en-GB"/>
        </w:rPr>
      </w:pPr>
      <w:r w:rsidRPr="00946C93">
        <w:rPr>
          <w:lang w:val="en-GB"/>
        </w:rPr>
        <w:t>• Sexual health signposting</w:t>
      </w:r>
    </w:p>
    <w:p w14:paraId="1E893EA7" w14:textId="77777777" w:rsidR="00946C93" w:rsidRPr="00946C93" w:rsidRDefault="00946C93" w:rsidP="00946C93">
      <w:pPr>
        <w:pStyle w:val="Heading2"/>
        <w:rPr>
          <w:lang w:val="en-GB"/>
        </w:rPr>
      </w:pPr>
      <w:r w:rsidRPr="00946C93">
        <w:rPr>
          <w:lang w:val="en-GB"/>
        </w:rPr>
        <w:t>ENRICHMENT</w:t>
      </w:r>
    </w:p>
    <w:p w14:paraId="12354398" w14:textId="77777777" w:rsidR="00946C93" w:rsidRPr="00946C93" w:rsidRDefault="00946C93" w:rsidP="00946C93">
      <w:pPr>
        <w:rPr>
          <w:lang w:val="en-GB"/>
        </w:rPr>
      </w:pPr>
      <w:r w:rsidRPr="00946C93">
        <w:rPr>
          <w:lang w:val="en-GB"/>
        </w:rPr>
        <w:t>• Student led clubs</w:t>
      </w:r>
    </w:p>
    <w:p w14:paraId="206ED72B" w14:textId="77777777" w:rsidR="00946C93" w:rsidRPr="00946C93" w:rsidRDefault="00946C93" w:rsidP="00946C93">
      <w:pPr>
        <w:rPr>
          <w:lang w:val="en-GB"/>
        </w:rPr>
      </w:pPr>
      <w:r w:rsidRPr="00946C93">
        <w:rPr>
          <w:lang w:val="en-GB"/>
        </w:rPr>
        <w:t>• Trips</w:t>
      </w:r>
    </w:p>
    <w:p w14:paraId="574141E5" w14:textId="77777777" w:rsidR="00946C93" w:rsidRPr="00946C93" w:rsidRDefault="00946C93" w:rsidP="00946C93">
      <w:pPr>
        <w:rPr>
          <w:lang w:val="en-GB"/>
        </w:rPr>
      </w:pPr>
      <w:r w:rsidRPr="00946C93">
        <w:rPr>
          <w:lang w:val="en-GB"/>
        </w:rPr>
        <w:t>• Healthy lifestyle activities</w:t>
      </w:r>
    </w:p>
    <w:p w14:paraId="7D89CDA6" w14:textId="77777777" w:rsidR="00946C93" w:rsidRPr="00946C93" w:rsidRDefault="00946C93" w:rsidP="00946C93">
      <w:pPr>
        <w:rPr>
          <w:lang w:val="en-GB"/>
        </w:rPr>
      </w:pPr>
      <w:r w:rsidRPr="00946C93">
        <w:rPr>
          <w:lang w:val="en-GB"/>
        </w:rPr>
        <w:t>• Sport academies</w:t>
      </w:r>
    </w:p>
    <w:p w14:paraId="2AA342E1" w14:textId="77777777" w:rsidR="00946C93" w:rsidRPr="00946C93" w:rsidRDefault="00946C93" w:rsidP="00946C93">
      <w:pPr>
        <w:rPr>
          <w:lang w:val="en-GB"/>
        </w:rPr>
      </w:pPr>
      <w:r w:rsidRPr="00946C93">
        <w:rPr>
          <w:lang w:val="en-GB"/>
        </w:rPr>
        <w:t>• Guest speakers</w:t>
      </w:r>
    </w:p>
    <w:p w14:paraId="241AC2D6" w14:textId="0BDF2A60" w:rsidR="00946C93" w:rsidRPr="00946C93" w:rsidRDefault="00946C93" w:rsidP="00946C93">
      <w:pPr>
        <w:rPr>
          <w:lang w:val="en-GB"/>
        </w:rPr>
      </w:pPr>
      <w:r w:rsidRPr="00946C93">
        <w:rPr>
          <w:lang w:val="en-GB"/>
        </w:rPr>
        <w:t>• Free access to a college</w:t>
      </w:r>
      <w:r>
        <w:rPr>
          <w:lang w:val="en-GB"/>
        </w:rPr>
        <w:t xml:space="preserve"> </w:t>
      </w:r>
      <w:r w:rsidRPr="00946C93">
        <w:rPr>
          <w:lang w:val="en-GB"/>
        </w:rPr>
        <w:t>gym</w:t>
      </w:r>
    </w:p>
    <w:p w14:paraId="31B157CC" w14:textId="77777777" w:rsidR="00946C93" w:rsidRPr="00946C93" w:rsidRDefault="00946C93" w:rsidP="00946C93">
      <w:pPr>
        <w:rPr>
          <w:lang w:val="en-GB"/>
        </w:rPr>
      </w:pPr>
      <w:r w:rsidRPr="00946C93">
        <w:rPr>
          <w:lang w:val="en-GB"/>
        </w:rPr>
        <w:t>• Cross college events</w:t>
      </w:r>
    </w:p>
    <w:p w14:paraId="7B81EE98" w14:textId="77777777" w:rsidR="00946C93" w:rsidRPr="00946C93" w:rsidRDefault="00946C93" w:rsidP="00946C93">
      <w:pPr>
        <w:pStyle w:val="Heading2"/>
        <w:rPr>
          <w:lang w:val="en-GB"/>
        </w:rPr>
      </w:pPr>
      <w:r w:rsidRPr="00946C93">
        <w:rPr>
          <w:lang w:val="en-GB"/>
        </w:rPr>
        <w:t>SKILLS DEVELOPMENT</w:t>
      </w:r>
    </w:p>
    <w:p w14:paraId="3CF5FA47" w14:textId="77AEA550" w:rsidR="00946C93" w:rsidRPr="00946C93" w:rsidRDefault="00946C93" w:rsidP="00946C93">
      <w:pPr>
        <w:rPr>
          <w:lang w:val="en-GB"/>
        </w:rPr>
      </w:pPr>
      <w:r w:rsidRPr="00946C93">
        <w:rPr>
          <w:lang w:val="en-GB"/>
        </w:rPr>
        <w:t>• Skills competitions and live</w:t>
      </w:r>
      <w:r>
        <w:rPr>
          <w:lang w:val="en-GB"/>
        </w:rPr>
        <w:t xml:space="preserve"> </w:t>
      </w:r>
      <w:r w:rsidRPr="00946C93">
        <w:rPr>
          <w:lang w:val="en-GB"/>
        </w:rPr>
        <w:t>briefs</w:t>
      </w:r>
    </w:p>
    <w:p w14:paraId="6A3CBF0D" w14:textId="28621E37" w:rsidR="00946C93" w:rsidRPr="00946C93" w:rsidRDefault="00946C93" w:rsidP="00946C93">
      <w:pPr>
        <w:rPr>
          <w:lang w:val="en-GB"/>
        </w:rPr>
      </w:pPr>
      <w:r w:rsidRPr="00946C93">
        <w:rPr>
          <w:lang w:val="en-GB"/>
        </w:rPr>
        <w:t>• Employer workshops and</w:t>
      </w:r>
      <w:r>
        <w:rPr>
          <w:lang w:val="en-GB"/>
        </w:rPr>
        <w:t xml:space="preserve"> </w:t>
      </w:r>
      <w:r w:rsidRPr="00946C93">
        <w:rPr>
          <w:lang w:val="en-GB"/>
        </w:rPr>
        <w:t>masterclasses</w:t>
      </w:r>
    </w:p>
    <w:p w14:paraId="66B30B25" w14:textId="17C6089E" w:rsidR="00946C93" w:rsidRPr="00946C93" w:rsidRDefault="00946C93" w:rsidP="00946C93">
      <w:pPr>
        <w:rPr>
          <w:lang w:val="en-GB"/>
        </w:rPr>
      </w:pPr>
      <w:r w:rsidRPr="00946C93">
        <w:rPr>
          <w:lang w:val="en-GB"/>
        </w:rPr>
        <w:t>• Skills and standards for</w:t>
      </w:r>
      <w:r>
        <w:rPr>
          <w:lang w:val="en-GB"/>
        </w:rPr>
        <w:t xml:space="preserve"> </w:t>
      </w:r>
      <w:r w:rsidRPr="00946C93">
        <w:rPr>
          <w:lang w:val="en-GB"/>
        </w:rPr>
        <w:t>industry</w:t>
      </w:r>
    </w:p>
    <w:p w14:paraId="354E2F1C" w14:textId="353FFD15" w:rsidR="00946C93" w:rsidRPr="00946C93" w:rsidRDefault="00946C93" w:rsidP="00946C93">
      <w:pPr>
        <w:rPr>
          <w:lang w:val="en-GB"/>
        </w:rPr>
      </w:pPr>
      <w:r w:rsidRPr="00946C93">
        <w:rPr>
          <w:lang w:val="en-GB"/>
        </w:rPr>
        <w:t>• Work ready behaviours and</w:t>
      </w:r>
      <w:r>
        <w:rPr>
          <w:lang w:val="en-GB"/>
        </w:rPr>
        <w:t xml:space="preserve"> </w:t>
      </w:r>
      <w:r w:rsidRPr="00946C93">
        <w:rPr>
          <w:lang w:val="en-GB"/>
        </w:rPr>
        <w:t>skills assessments</w:t>
      </w:r>
    </w:p>
    <w:p w14:paraId="19D21496" w14:textId="137217D2" w:rsidR="00946C93" w:rsidRDefault="00946C93" w:rsidP="00946C93">
      <w:pPr>
        <w:rPr>
          <w:lang w:val="en-GB"/>
        </w:rPr>
      </w:pPr>
      <w:r w:rsidRPr="00946C93">
        <w:rPr>
          <w:lang w:val="en-GB"/>
        </w:rPr>
        <w:t>• Technology upskilling</w:t>
      </w:r>
    </w:p>
    <w:p w14:paraId="1C487DE0" w14:textId="77777777" w:rsidR="00946C93" w:rsidRDefault="00946C93" w:rsidP="00946C93">
      <w:pPr>
        <w:rPr>
          <w:lang w:val="en-GB"/>
        </w:rPr>
      </w:pPr>
    </w:p>
    <w:p w14:paraId="7CD80C4B" w14:textId="77777777" w:rsidR="00946C93" w:rsidRDefault="00946C93" w:rsidP="00946C93">
      <w:pPr>
        <w:pStyle w:val="Heading1"/>
        <w:rPr>
          <w:lang w:val="en-GB"/>
        </w:rPr>
      </w:pPr>
    </w:p>
    <w:p w14:paraId="59692646" w14:textId="57DE0E51" w:rsidR="00946C93" w:rsidRDefault="00946C93" w:rsidP="00946C93">
      <w:pPr>
        <w:pStyle w:val="Heading1"/>
        <w:rPr>
          <w:lang w:val="en-GB"/>
        </w:rPr>
      </w:pPr>
      <w:r>
        <w:rPr>
          <w:lang w:val="en-GB"/>
        </w:rPr>
        <w:t>Maths and English</w:t>
      </w:r>
    </w:p>
    <w:p w14:paraId="182A0FDC" w14:textId="6F0212D5" w:rsidR="00946C93" w:rsidRPr="00946C93" w:rsidRDefault="00946C93" w:rsidP="00946C93">
      <w:pPr>
        <w:rPr>
          <w:lang w:val="en-GB"/>
        </w:rPr>
      </w:pPr>
      <w:r w:rsidRPr="00946C93">
        <w:rPr>
          <w:lang w:val="en-GB"/>
        </w:rPr>
        <w:t>At Kirklees College, all our students are encouraged to</w:t>
      </w:r>
      <w:r>
        <w:rPr>
          <w:lang w:val="en-GB"/>
        </w:rPr>
        <w:t xml:space="preserve"> </w:t>
      </w:r>
      <w:r w:rsidRPr="00946C93">
        <w:rPr>
          <w:lang w:val="en-GB"/>
        </w:rPr>
        <w:t>improve their current maths and English skills. We ask</w:t>
      </w:r>
      <w:r>
        <w:rPr>
          <w:lang w:val="en-GB"/>
        </w:rPr>
        <w:t xml:space="preserve"> </w:t>
      </w:r>
      <w:r w:rsidRPr="00946C93">
        <w:rPr>
          <w:lang w:val="en-GB"/>
        </w:rPr>
        <w:t>all students to complete 30 hours of online English and</w:t>
      </w:r>
      <w:r>
        <w:rPr>
          <w:lang w:val="en-GB"/>
        </w:rPr>
        <w:t xml:space="preserve"> M</w:t>
      </w:r>
      <w:r w:rsidRPr="00946C93">
        <w:rPr>
          <w:lang w:val="en-GB"/>
        </w:rPr>
        <w:t>aths, this is regardless of your incoming grades.</w:t>
      </w:r>
    </w:p>
    <w:p w14:paraId="152F21CF" w14:textId="00AC3A6B" w:rsidR="00946C93" w:rsidRPr="00946C93" w:rsidRDefault="00946C93" w:rsidP="00946C93">
      <w:pPr>
        <w:rPr>
          <w:lang w:val="en-GB"/>
        </w:rPr>
      </w:pPr>
      <w:r w:rsidRPr="00946C93">
        <w:rPr>
          <w:lang w:val="en-GB"/>
        </w:rPr>
        <w:t>If you are joining us without a grade 4 or above in</w:t>
      </w:r>
      <w:r>
        <w:rPr>
          <w:lang w:val="en-GB"/>
        </w:rPr>
        <w:t xml:space="preserve"> </w:t>
      </w:r>
      <w:r w:rsidRPr="00946C93">
        <w:rPr>
          <w:lang w:val="en-GB"/>
        </w:rPr>
        <w:t xml:space="preserve">GCSE </w:t>
      </w:r>
      <w:r>
        <w:rPr>
          <w:lang w:val="en-GB"/>
        </w:rPr>
        <w:t>M</w:t>
      </w:r>
      <w:r w:rsidRPr="00946C93">
        <w:rPr>
          <w:lang w:val="en-GB"/>
        </w:rPr>
        <w:t>aths and / or English, you will continue to study</w:t>
      </w:r>
      <w:r>
        <w:rPr>
          <w:lang w:val="en-GB"/>
        </w:rPr>
        <w:t xml:space="preserve"> </w:t>
      </w:r>
      <w:r w:rsidRPr="00946C93">
        <w:rPr>
          <w:lang w:val="en-GB"/>
        </w:rPr>
        <w:t>for these qualifications alongside your main college</w:t>
      </w:r>
      <w:r>
        <w:rPr>
          <w:lang w:val="en-GB"/>
        </w:rPr>
        <w:t xml:space="preserve"> </w:t>
      </w:r>
      <w:r w:rsidRPr="00946C93">
        <w:rPr>
          <w:lang w:val="en-GB"/>
        </w:rPr>
        <w:t>course.</w:t>
      </w:r>
    </w:p>
    <w:p w14:paraId="5BA3E5DA" w14:textId="70F62751" w:rsidR="00946C93" w:rsidRDefault="00946C93" w:rsidP="00946C93">
      <w:pPr>
        <w:rPr>
          <w:lang w:val="en-GB"/>
        </w:rPr>
      </w:pPr>
      <w:r w:rsidRPr="00946C93">
        <w:rPr>
          <w:lang w:val="en-GB"/>
        </w:rPr>
        <w:t>You will use Century, an online portal and support tool</w:t>
      </w:r>
      <w:r>
        <w:rPr>
          <w:lang w:val="en-GB"/>
        </w:rPr>
        <w:t xml:space="preserve"> </w:t>
      </w:r>
      <w:r w:rsidRPr="00946C93">
        <w:rPr>
          <w:lang w:val="en-GB"/>
        </w:rPr>
        <w:t>with tailored lessons and tasks in class to help you</w:t>
      </w:r>
      <w:r>
        <w:rPr>
          <w:lang w:val="en-GB"/>
        </w:rPr>
        <w:t xml:space="preserve"> </w:t>
      </w:r>
      <w:r w:rsidRPr="00946C93">
        <w:rPr>
          <w:lang w:val="en-GB"/>
        </w:rPr>
        <w:t>improve your grades. When you start at college, your</w:t>
      </w:r>
      <w:r>
        <w:rPr>
          <w:lang w:val="en-GB"/>
        </w:rPr>
        <w:t xml:space="preserve"> M</w:t>
      </w:r>
      <w:r w:rsidRPr="00946C93">
        <w:rPr>
          <w:lang w:val="en-GB"/>
        </w:rPr>
        <w:t>aths / English tutors will explain Century to you fully</w:t>
      </w:r>
      <w:r>
        <w:rPr>
          <w:lang w:val="en-GB"/>
        </w:rPr>
        <w:t xml:space="preserve"> </w:t>
      </w:r>
      <w:r w:rsidRPr="00946C93">
        <w:rPr>
          <w:lang w:val="en-GB"/>
        </w:rPr>
        <w:t>and you will be set up with an online account.</w:t>
      </w:r>
    </w:p>
    <w:p w14:paraId="30BF7F3D" w14:textId="77777777" w:rsidR="00946C93" w:rsidRDefault="00946C93" w:rsidP="00946C93">
      <w:pPr>
        <w:rPr>
          <w:lang w:val="en-GB"/>
        </w:rPr>
      </w:pPr>
    </w:p>
    <w:p w14:paraId="1A5DD6E5" w14:textId="30566B57" w:rsidR="00946C93" w:rsidRDefault="00946C93" w:rsidP="00946C93">
      <w:pPr>
        <w:pStyle w:val="Heading1"/>
        <w:rPr>
          <w:lang w:val="en-GB"/>
        </w:rPr>
      </w:pPr>
      <w:r>
        <w:rPr>
          <w:lang w:val="en-GB"/>
        </w:rPr>
        <w:t xml:space="preserve">T Levels </w:t>
      </w:r>
      <w:proofErr w:type="gramStart"/>
      <w:r>
        <w:rPr>
          <w:lang w:val="en-GB"/>
        </w:rPr>
        <w:t>The</w:t>
      </w:r>
      <w:proofErr w:type="gramEnd"/>
      <w:r>
        <w:rPr>
          <w:lang w:val="en-GB"/>
        </w:rPr>
        <w:t xml:space="preserve"> Next Level qualification with Kirklees College</w:t>
      </w:r>
    </w:p>
    <w:p w14:paraId="5DD76633" w14:textId="0BC28125" w:rsidR="00946C93" w:rsidRDefault="00946C93" w:rsidP="00946C93">
      <w:pPr>
        <w:pStyle w:val="Heading2"/>
        <w:rPr>
          <w:lang w:val="en-GB"/>
        </w:rPr>
      </w:pPr>
      <w:r>
        <w:rPr>
          <w:lang w:val="en-GB"/>
        </w:rPr>
        <w:t>What are T Levels</w:t>
      </w:r>
    </w:p>
    <w:p w14:paraId="287E2513" w14:textId="0BB64F6B" w:rsidR="00556196" w:rsidRPr="00556196" w:rsidRDefault="00556196" w:rsidP="00556196">
      <w:pPr>
        <w:rPr>
          <w:lang w:val="en-GB"/>
        </w:rPr>
      </w:pPr>
      <w:r w:rsidRPr="00556196">
        <w:rPr>
          <w:lang w:val="en-GB"/>
        </w:rPr>
        <w:t>T Levels are two-year technical qualifications</w:t>
      </w:r>
      <w:r>
        <w:rPr>
          <w:lang w:val="en-GB"/>
        </w:rPr>
        <w:t xml:space="preserve"> </w:t>
      </w:r>
      <w:r w:rsidRPr="00556196">
        <w:rPr>
          <w:lang w:val="en-GB"/>
        </w:rPr>
        <w:t>for 16–19-year-olds, equivalent to three A</w:t>
      </w:r>
    </w:p>
    <w:p w14:paraId="0C056BF9" w14:textId="3C48621D" w:rsidR="00556196" w:rsidRPr="00556196" w:rsidRDefault="00556196" w:rsidP="00556196">
      <w:pPr>
        <w:rPr>
          <w:lang w:val="en-GB"/>
        </w:rPr>
      </w:pPr>
      <w:r w:rsidRPr="00556196">
        <w:rPr>
          <w:lang w:val="en-GB"/>
        </w:rPr>
        <w:t>Levels. They combine classroom learning</w:t>
      </w:r>
      <w:r>
        <w:rPr>
          <w:lang w:val="en-GB"/>
        </w:rPr>
        <w:t xml:space="preserve"> </w:t>
      </w:r>
      <w:r w:rsidRPr="00556196">
        <w:rPr>
          <w:lang w:val="en-GB"/>
        </w:rPr>
        <w:t>with practical industry experience, helping</w:t>
      </w:r>
      <w:r>
        <w:rPr>
          <w:lang w:val="en-GB"/>
        </w:rPr>
        <w:t xml:space="preserve"> </w:t>
      </w:r>
      <w:r w:rsidRPr="00556196">
        <w:rPr>
          <w:lang w:val="en-GB"/>
        </w:rPr>
        <w:t>students develop the knowledge, skills and</w:t>
      </w:r>
      <w:r>
        <w:rPr>
          <w:lang w:val="en-GB"/>
        </w:rPr>
        <w:t xml:space="preserve"> </w:t>
      </w:r>
      <w:r w:rsidRPr="00556196">
        <w:rPr>
          <w:lang w:val="en-GB"/>
        </w:rPr>
        <w:t>behaviours needed for their chosen career.</w:t>
      </w:r>
    </w:p>
    <w:p w14:paraId="2EF0D248" w14:textId="5E630E29" w:rsidR="00556196" w:rsidRPr="00556196" w:rsidRDefault="00556196" w:rsidP="00556196">
      <w:pPr>
        <w:rPr>
          <w:lang w:val="en-GB"/>
        </w:rPr>
      </w:pPr>
      <w:r w:rsidRPr="00556196">
        <w:rPr>
          <w:lang w:val="en-GB"/>
        </w:rPr>
        <w:t>A key part of every T Level is an industry</w:t>
      </w:r>
      <w:r>
        <w:rPr>
          <w:lang w:val="en-GB"/>
        </w:rPr>
        <w:t xml:space="preserve"> </w:t>
      </w:r>
      <w:r w:rsidRPr="00556196">
        <w:rPr>
          <w:lang w:val="en-GB"/>
        </w:rPr>
        <w:t>placement. Students complete a minimum of</w:t>
      </w:r>
    </w:p>
    <w:p w14:paraId="230535E1" w14:textId="36A1B5AC" w:rsidR="00556196" w:rsidRPr="00556196" w:rsidRDefault="00556196" w:rsidP="00556196">
      <w:pPr>
        <w:rPr>
          <w:lang w:val="en-GB"/>
        </w:rPr>
      </w:pPr>
      <w:r w:rsidRPr="00556196">
        <w:rPr>
          <w:lang w:val="en-GB"/>
        </w:rPr>
        <w:t>315 hours (45 days) with an employer, giving</w:t>
      </w:r>
      <w:r>
        <w:rPr>
          <w:lang w:val="en-GB"/>
        </w:rPr>
        <w:t xml:space="preserve"> </w:t>
      </w:r>
      <w:r w:rsidRPr="00556196">
        <w:rPr>
          <w:lang w:val="en-GB"/>
        </w:rPr>
        <w:t>them the opportunity to apply their learning</w:t>
      </w:r>
      <w:r>
        <w:rPr>
          <w:lang w:val="en-GB"/>
        </w:rPr>
        <w:t xml:space="preserve"> </w:t>
      </w:r>
      <w:r w:rsidRPr="00556196">
        <w:rPr>
          <w:lang w:val="en-GB"/>
        </w:rPr>
        <w:t>in a real workplace, develop practical skills</w:t>
      </w:r>
      <w:r>
        <w:rPr>
          <w:lang w:val="en-GB"/>
        </w:rPr>
        <w:t xml:space="preserve"> </w:t>
      </w:r>
      <w:r w:rsidRPr="00556196">
        <w:rPr>
          <w:lang w:val="en-GB"/>
        </w:rPr>
        <w:t>and gain valuable experience.</w:t>
      </w:r>
    </w:p>
    <w:p w14:paraId="3BB943DE" w14:textId="01C6960C" w:rsidR="00946C93" w:rsidRDefault="00556196" w:rsidP="00556196">
      <w:pPr>
        <w:rPr>
          <w:lang w:val="en-GB"/>
        </w:rPr>
      </w:pPr>
      <w:r w:rsidRPr="00556196">
        <w:rPr>
          <w:lang w:val="en-GB"/>
        </w:rPr>
        <w:t>“One of the best parts of</w:t>
      </w:r>
      <w:r>
        <w:rPr>
          <w:lang w:val="en-GB"/>
        </w:rPr>
        <w:t xml:space="preserve"> </w:t>
      </w:r>
      <w:r w:rsidRPr="00556196">
        <w:rPr>
          <w:lang w:val="en-GB"/>
        </w:rPr>
        <w:t>choosing a T Level is the</w:t>
      </w:r>
      <w:r>
        <w:rPr>
          <w:lang w:val="en-GB"/>
        </w:rPr>
        <w:t xml:space="preserve"> </w:t>
      </w:r>
      <w:r w:rsidRPr="00556196">
        <w:rPr>
          <w:lang w:val="en-GB"/>
        </w:rPr>
        <w:t>industry experience you</w:t>
      </w:r>
      <w:r>
        <w:rPr>
          <w:lang w:val="en-GB"/>
        </w:rPr>
        <w:t xml:space="preserve"> </w:t>
      </w:r>
      <w:r w:rsidRPr="00556196">
        <w:rPr>
          <w:lang w:val="en-GB"/>
        </w:rPr>
        <w:t>will gain as part of your</w:t>
      </w:r>
      <w:r>
        <w:rPr>
          <w:lang w:val="en-GB"/>
        </w:rPr>
        <w:t xml:space="preserve"> </w:t>
      </w:r>
      <w:r w:rsidRPr="00556196">
        <w:rPr>
          <w:lang w:val="en-GB"/>
        </w:rPr>
        <w:t>work placement.”</w:t>
      </w:r>
    </w:p>
    <w:p w14:paraId="153A7550" w14:textId="34AA4CCD" w:rsidR="00556196" w:rsidRDefault="00556196" w:rsidP="00556196">
      <w:pPr>
        <w:rPr>
          <w:lang w:val="en-GB"/>
        </w:rPr>
      </w:pPr>
      <w:r>
        <w:rPr>
          <w:lang w:val="en-GB"/>
        </w:rPr>
        <w:t xml:space="preserve">Rubi, T Level Health: Supporting </w:t>
      </w:r>
      <w:proofErr w:type="gramStart"/>
      <w:r>
        <w:rPr>
          <w:lang w:val="en-GB"/>
        </w:rPr>
        <w:t>The</w:t>
      </w:r>
      <w:proofErr w:type="gramEnd"/>
      <w:r>
        <w:rPr>
          <w:lang w:val="en-GB"/>
        </w:rPr>
        <w:t xml:space="preserve"> Adult Nursing Team</w:t>
      </w:r>
    </w:p>
    <w:p w14:paraId="3B1E9134" w14:textId="377AEA20" w:rsidR="00556196" w:rsidRDefault="00556196" w:rsidP="00556196">
      <w:pPr>
        <w:pStyle w:val="Heading1"/>
        <w:rPr>
          <w:lang w:val="en-GB"/>
        </w:rPr>
      </w:pPr>
      <w:r>
        <w:rPr>
          <w:lang w:val="en-GB"/>
        </w:rPr>
        <w:t xml:space="preserve">Apprenticeships </w:t>
      </w:r>
    </w:p>
    <w:p w14:paraId="6E9A627F" w14:textId="77777777" w:rsidR="00556196" w:rsidRPr="00556196" w:rsidRDefault="00556196" w:rsidP="00556196">
      <w:pPr>
        <w:pStyle w:val="Heading2"/>
        <w:rPr>
          <w:lang w:val="en-GB"/>
        </w:rPr>
      </w:pPr>
      <w:r w:rsidRPr="00556196">
        <w:rPr>
          <w:lang w:val="en-GB"/>
        </w:rPr>
        <w:t>What is an apprenticeship?</w:t>
      </w:r>
    </w:p>
    <w:p w14:paraId="62BEC10A" w14:textId="6E1AA659" w:rsidR="00556196" w:rsidRPr="00556196" w:rsidRDefault="00556196" w:rsidP="00556196">
      <w:pPr>
        <w:rPr>
          <w:lang w:val="en-GB"/>
        </w:rPr>
      </w:pPr>
      <w:r w:rsidRPr="00556196">
        <w:rPr>
          <w:lang w:val="en-GB"/>
        </w:rPr>
        <w:t>An apprenticeship is a real job that combines practical</w:t>
      </w:r>
      <w:r>
        <w:rPr>
          <w:lang w:val="en-GB"/>
        </w:rPr>
        <w:t xml:space="preserve"> </w:t>
      </w:r>
      <w:r w:rsidRPr="00556196">
        <w:rPr>
          <w:lang w:val="en-GB"/>
        </w:rPr>
        <w:t>training with study. You will work alongside experienced staff</w:t>
      </w:r>
      <w:r>
        <w:rPr>
          <w:lang w:val="en-GB"/>
        </w:rPr>
        <w:t xml:space="preserve"> </w:t>
      </w:r>
      <w:r w:rsidRPr="00556196">
        <w:rPr>
          <w:lang w:val="en-GB"/>
        </w:rPr>
        <w:t>to gain the right skills and knowledge needed for your chosen</w:t>
      </w:r>
      <w:r>
        <w:rPr>
          <w:lang w:val="en-GB"/>
        </w:rPr>
        <w:t xml:space="preserve"> </w:t>
      </w:r>
      <w:r w:rsidRPr="00556196">
        <w:rPr>
          <w:lang w:val="en-GB"/>
        </w:rPr>
        <w:t>career.</w:t>
      </w:r>
    </w:p>
    <w:p w14:paraId="3531B55D" w14:textId="5AC97487" w:rsidR="00556196" w:rsidRDefault="00556196" w:rsidP="00556196">
      <w:pPr>
        <w:rPr>
          <w:lang w:val="en-GB"/>
        </w:rPr>
      </w:pPr>
      <w:r w:rsidRPr="00556196">
        <w:rPr>
          <w:lang w:val="en-GB"/>
        </w:rPr>
        <w:t>An apprenticeship can take between one and four years to</w:t>
      </w:r>
      <w:r>
        <w:rPr>
          <w:lang w:val="en-GB"/>
        </w:rPr>
        <w:t xml:space="preserve"> </w:t>
      </w:r>
      <w:r w:rsidRPr="00556196">
        <w:rPr>
          <w:lang w:val="en-GB"/>
        </w:rPr>
        <w:t>complete depending on the level, your previous experience</w:t>
      </w:r>
      <w:r>
        <w:rPr>
          <w:lang w:val="en-GB"/>
        </w:rPr>
        <w:t xml:space="preserve"> </w:t>
      </w:r>
      <w:r w:rsidRPr="00556196">
        <w:rPr>
          <w:lang w:val="en-GB"/>
        </w:rPr>
        <w:t>and the area you choose to work in.</w:t>
      </w:r>
      <w:r>
        <w:rPr>
          <w:lang w:val="en-GB"/>
        </w:rPr>
        <w:t xml:space="preserve"> </w:t>
      </w:r>
      <w:r w:rsidRPr="00556196">
        <w:rPr>
          <w:lang w:val="en-GB"/>
        </w:rPr>
        <w:t xml:space="preserve">Apprenticeships are funded </w:t>
      </w:r>
      <w:r w:rsidRPr="00556196">
        <w:rPr>
          <w:lang w:val="en-GB"/>
        </w:rPr>
        <w:lastRenderedPageBreak/>
        <w:t>by contributions made by the</w:t>
      </w:r>
      <w:r>
        <w:rPr>
          <w:lang w:val="en-GB"/>
        </w:rPr>
        <w:t xml:space="preserve"> </w:t>
      </w:r>
      <w:r w:rsidRPr="00556196">
        <w:rPr>
          <w:lang w:val="en-GB"/>
        </w:rPr>
        <w:t>government and your employer and do not have any fees</w:t>
      </w:r>
      <w:r>
        <w:rPr>
          <w:lang w:val="en-GB"/>
        </w:rPr>
        <w:t xml:space="preserve"> </w:t>
      </w:r>
      <w:r w:rsidRPr="00556196">
        <w:rPr>
          <w:lang w:val="en-GB"/>
        </w:rPr>
        <w:t>attached for the apprentice.</w:t>
      </w:r>
    </w:p>
    <w:p w14:paraId="546EC152" w14:textId="1A86E9F1" w:rsidR="00556196" w:rsidRPr="00556196" w:rsidRDefault="00556196" w:rsidP="00556196">
      <w:pPr>
        <w:pStyle w:val="Heading2"/>
        <w:rPr>
          <w:lang w:val="en-GB"/>
        </w:rPr>
      </w:pPr>
      <w:r w:rsidRPr="00556196">
        <w:rPr>
          <w:lang w:val="en-GB"/>
        </w:rPr>
        <w:t>Why choose the</w:t>
      </w:r>
      <w:r>
        <w:rPr>
          <w:lang w:val="en-GB"/>
        </w:rPr>
        <w:t xml:space="preserve"> </w:t>
      </w:r>
      <w:r w:rsidRPr="00556196">
        <w:rPr>
          <w:lang w:val="en-GB"/>
        </w:rPr>
        <w:t>apprenticeship route?</w:t>
      </w:r>
    </w:p>
    <w:p w14:paraId="09AE1CDA" w14:textId="71A61517" w:rsidR="00556196" w:rsidRPr="00556196" w:rsidRDefault="00556196" w:rsidP="00556196">
      <w:pPr>
        <w:rPr>
          <w:lang w:val="en-GB"/>
        </w:rPr>
      </w:pPr>
      <w:r w:rsidRPr="00556196">
        <w:rPr>
          <w:lang w:val="en-GB"/>
        </w:rPr>
        <w:t>An apprenticeship offers you the</w:t>
      </w:r>
      <w:r>
        <w:rPr>
          <w:lang w:val="en-GB"/>
        </w:rPr>
        <w:t xml:space="preserve"> </w:t>
      </w:r>
      <w:r w:rsidRPr="00556196">
        <w:rPr>
          <w:lang w:val="en-GB"/>
        </w:rPr>
        <w:t>opportunity to learn while you earn and</w:t>
      </w:r>
      <w:r>
        <w:rPr>
          <w:lang w:val="en-GB"/>
        </w:rPr>
        <w:t xml:space="preserve"> </w:t>
      </w:r>
      <w:r w:rsidRPr="00556196">
        <w:rPr>
          <w:lang w:val="en-GB"/>
        </w:rPr>
        <w:t>provides you with hands-on experience</w:t>
      </w:r>
      <w:r>
        <w:rPr>
          <w:lang w:val="en-GB"/>
        </w:rPr>
        <w:t xml:space="preserve"> </w:t>
      </w:r>
      <w:r w:rsidRPr="00556196">
        <w:rPr>
          <w:lang w:val="en-GB"/>
        </w:rPr>
        <w:t>in your chosen career. You will be trained</w:t>
      </w:r>
      <w:r>
        <w:rPr>
          <w:lang w:val="en-GB"/>
        </w:rPr>
        <w:t xml:space="preserve"> </w:t>
      </w:r>
      <w:r w:rsidRPr="00556196">
        <w:rPr>
          <w:lang w:val="en-GB"/>
        </w:rPr>
        <w:t>by industry professionals in a specific</w:t>
      </w:r>
      <w:r>
        <w:rPr>
          <w:lang w:val="en-GB"/>
        </w:rPr>
        <w:t xml:space="preserve"> </w:t>
      </w:r>
      <w:r w:rsidRPr="00556196">
        <w:rPr>
          <w:lang w:val="en-GB"/>
        </w:rPr>
        <w:t>job role to gain the skills that employers</w:t>
      </w:r>
      <w:r>
        <w:rPr>
          <w:lang w:val="en-GB"/>
        </w:rPr>
        <w:t xml:space="preserve"> </w:t>
      </w:r>
      <w:r w:rsidRPr="00556196">
        <w:rPr>
          <w:lang w:val="en-GB"/>
        </w:rPr>
        <w:t>look for.</w:t>
      </w:r>
    </w:p>
    <w:p w14:paraId="0A11ADD8" w14:textId="7E21B72C" w:rsidR="00556196" w:rsidRPr="00556196" w:rsidRDefault="00556196" w:rsidP="00556196">
      <w:pPr>
        <w:rPr>
          <w:lang w:val="en-GB"/>
        </w:rPr>
      </w:pPr>
      <w:r w:rsidRPr="00556196">
        <w:rPr>
          <w:lang w:val="en-GB"/>
        </w:rPr>
        <w:t>An apprenticeship will allow you to enter</w:t>
      </w:r>
      <w:r>
        <w:rPr>
          <w:lang w:val="en-GB"/>
        </w:rPr>
        <w:t xml:space="preserve"> </w:t>
      </w:r>
      <w:r w:rsidRPr="00556196">
        <w:rPr>
          <w:lang w:val="en-GB"/>
        </w:rPr>
        <w:t>the world of work and gain valuable on</w:t>
      </w:r>
      <w:r>
        <w:rPr>
          <w:lang w:val="en-GB"/>
        </w:rPr>
        <w:t>-</w:t>
      </w:r>
      <w:r w:rsidRPr="00556196">
        <w:rPr>
          <w:lang w:val="en-GB"/>
        </w:rPr>
        <w:t>the-job experience whilst earning money</w:t>
      </w:r>
      <w:r>
        <w:rPr>
          <w:lang w:val="en-GB"/>
        </w:rPr>
        <w:t xml:space="preserve"> </w:t>
      </w:r>
      <w:r w:rsidRPr="00556196">
        <w:rPr>
          <w:lang w:val="en-GB"/>
        </w:rPr>
        <w:t>as you study. You won’t pay tuition</w:t>
      </w:r>
      <w:r>
        <w:rPr>
          <w:lang w:val="en-GB"/>
        </w:rPr>
        <w:t xml:space="preserve"> </w:t>
      </w:r>
      <w:r w:rsidRPr="00556196">
        <w:rPr>
          <w:lang w:val="en-GB"/>
        </w:rPr>
        <w:t>fees and you will make contacts in your</w:t>
      </w:r>
      <w:r>
        <w:rPr>
          <w:lang w:val="en-GB"/>
        </w:rPr>
        <w:t xml:space="preserve"> </w:t>
      </w:r>
      <w:r w:rsidRPr="00556196">
        <w:rPr>
          <w:lang w:val="en-GB"/>
        </w:rPr>
        <w:t>chosen industry from the start.</w:t>
      </w:r>
    </w:p>
    <w:p w14:paraId="5BEAAA40" w14:textId="7A5C9C2F" w:rsidR="00556196" w:rsidRPr="00556196" w:rsidRDefault="00556196" w:rsidP="00556196">
      <w:pPr>
        <w:rPr>
          <w:lang w:val="en-GB"/>
        </w:rPr>
      </w:pPr>
      <w:r w:rsidRPr="00556196">
        <w:rPr>
          <w:lang w:val="en-GB"/>
        </w:rPr>
        <w:t>We train over 1,000 apprentices each</w:t>
      </w:r>
      <w:r>
        <w:rPr>
          <w:lang w:val="en-GB"/>
        </w:rPr>
        <w:t xml:space="preserve"> </w:t>
      </w:r>
      <w:r w:rsidRPr="00556196">
        <w:rPr>
          <w:lang w:val="en-GB"/>
        </w:rPr>
        <w:t>year, who are employed at both local</w:t>
      </w:r>
      <w:r>
        <w:rPr>
          <w:lang w:val="en-GB"/>
        </w:rPr>
        <w:t xml:space="preserve"> </w:t>
      </w:r>
      <w:r w:rsidRPr="00556196">
        <w:rPr>
          <w:lang w:val="en-GB"/>
        </w:rPr>
        <w:t>and national companies.</w:t>
      </w:r>
    </w:p>
    <w:p w14:paraId="54D73A30" w14:textId="6DBDD120" w:rsidR="00556196" w:rsidRDefault="00556196" w:rsidP="00556196">
      <w:pPr>
        <w:rPr>
          <w:lang w:val="en-GB"/>
        </w:rPr>
      </w:pPr>
      <w:r w:rsidRPr="00556196">
        <w:rPr>
          <w:lang w:val="en-GB"/>
        </w:rPr>
        <w:t>For advice and support in applying</w:t>
      </w:r>
      <w:r>
        <w:rPr>
          <w:lang w:val="en-GB"/>
        </w:rPr>
        <w:t xml:space="preserve"> </w:t>
      </w:r>
      <w:r w:rsidRPr="00556196">
        <w:rPr>
          <w:lang w:val="en-GB"/>
        </w:rPr>
        <w:t>for an apprenticeship and finding</w:t>
      </w:r>
      <w:r>
        <w:rPr>
          <w:lang w:val="en-GB"/>
        </w:rPr>
        <w:t xml:space="preserve"> </w:t>
      </w:r>
      <w:r w:rsidRPr="00556196">
        <w:rPr>
          <w:lang w:val="en-GB"/>
        </w:rPr>
        <w:t>an employer please contact</w:t>
      </w:r>
      <w:r>
        <w:rPr>
          <w:lang w:val="en-GB"/>
        </w:rPr>
        <w:t xml:space="preserve"> </w:t>
      </w:r>
      <w:hyperlink r:id="rId8" w:history="1">
        <w:r w:rsidRPr="009E7088">
          <w:rPr>
            <w:rStyle w:val="Hyperlink"/>
            <w:lang w:val="en-GB"/>
          </w:rPr>
          <w:t>apprenticeships@kirkleescollege.ac.uk</w:t>
        </w:r>
      </w:hyperlink>
      <w:r w:rsidRPr="00556196">
        <w:rPr>
          <w:lang w:val="en-GB"/>
        </w:rPr>
        <w:t>.</w:t>
      </w:r>
    </w:p>
    <w:p w14:paraId="66DFC256" w14:textId="77777777" w:rsidR="00556196" w:rsidRPr="00556196" w:rsidRDefault="00556196" w:rsidP="00556196">
      <w:pPr>
        <w:pStyle w:val="Heading2"/>
        <w:rPr>
          <w:lang w:val="en-GB"/>
        </w:rPr>
      </w:pPr>
      <w:r w:rsidRPr="00556196">
        <w:rPr>
          <w:lang w:val="en-GB"/>
        </w:rPr>
        <w:t>KC Uncut</w:t>
      </w:r>
    </w:p>
    <w:p w14:paraId="3343944D" w14:textId="25D088CA" w:rsidR="00556196" w:rsidRDefault="00556196" w:rsidP="00556196">
      <w:pPr>
        <w:rPr>
          <w:lang w:val="en-GB"/>
        </w:rPr>
      </w:pPr>
      <w:r w:rsidRPr="00556196">
        <w:rPr>
          <w:lang w:val="en-GB"/>
        </w:rPr>
        <w:t>As a college, we have been celebrating the amazing</w:t>
      </w:r>
      <w:r>
        <w:rPr>
          <w:lang w:val="en-GB"/>
        </w:rPr>
        <w:t xml:space="preserve"> </w:t>
      </w:r>
      <w:r w:rsidRPr="00556196">
        <w:rPr>
          <w:lang w:val="en-GB"/>
        </w:rPr>
        <w:t>work of more of our current apprentices. Visit our</w:t>
      </w:r>
      <w:r>
        <w:rPr>
          <w:lang w:val="en-GB"/>
        </w:rPr>
        <w:t xml:space="preserve"> </w:t>
      </w:r>
      <w:r w:rsidRPr="00556196">
        <w:rPr>
          <w:lang w:val="en-GB"/>
        </w:rPr>
        <w:t>YouTube channel for candid interviews with apprentices</w:t>
      </w:r>
      <w:r>
        <w:rPr>
          <w:lang w:val="en-GB"/>
        </w:rPr>
        <w:t xml:space="preserve"> </w:t>
      </w:r>
      <w:r w:rsidRPr="00556196">
        <w:rPr>
          <w:lang w:val="en-GB"/>
        </w:rPr>
        <w:t>and Kirklees College staff in our KC Uncut series.</w:t>
      </w:r>
    </w:p>
    <w:p w14:paraId="7B37CD00" w14:textId="3E0DF63D" w:rsidR="00556196" w:rsidRDefault="002458E8" w:rsidP="00556196">
      <w:pPr>
        <w:rPr>
          <w:b/>
          <w:bCs/>
          <w:lang w:val="en-GB"/>
        </w:rPr>
      </w:pPr>
      <w:hyperlink r:id="rId9" w:history="1">
        <w:r w:rsidR="00556196" w:rsidRPr="00556196">
          <w:rPr>
            <w:rStyle w:val="Hyperlink"/>
            <w:b/>
            <w:bCs/>
            <w:lang w:val="en-GB"/>
          </w:rPr>
          <w:t>Click here to watch KC Uncut</w:t>
        </w:r>
      </w:hyperlink>
    </w:p>
    <w:p w14:paraId="451ED705" w14:textId="77777777" w:rsidR="00556196" w:rsidRDefault="00556196" w:rsidP="00556196">
      <w:pPr>
        <w:rPr>
          <w:b/>
          <w:bCs/>
          <w:lang w:val="en-GB"/>
        </w:rPr>
      </w:pPr>
    </w:p>
    <w:p w14:paraId="66FD9FDB" w14:textId="66FF98A5" w:rsidR="00556196" w:rsidRDefault="00556196" w:rsidP="00556196">
      <w:pPr>
        <w:pStyle w:val="Heading1"/>
        <w:rPr>
          <w:lang w:val="en-GB"/>
        </w:rPr>
      </w:pPr>
      <w:r>
        <w:rPr>
          <w:lang w:val="en-GB"/>
        </w:rPr>
        <w:t>Animal Care and Land-based</w:t>
      </w:r>
    </w:p>
    <w:p w14:paraId="0F5E51F9" w14:textId="7DAF6F19" w:rsidR="00556196" w:rsidRDefault="00556196" w:rsidP="00556196">
      <w:pPr>
        <w:rPr>
          <w:lang w:val="en-GB"/>
        </w:rPr>
      </w:pPr>
      <w:r w:rsidRPr="00556196">
        <w:rPr>
          <w:lang w:val="en-GB"/>
        </w:rPr>
        <w:t>Our Animal Care and</w:t>
      </w:r>
      <w:r>
        <w:rPr>
          <w:lang w:val="en-GB"/>
        </w:rPr>
        <w:t xml:space="preserve"> </w:t>
      </w:r>
      <w:r w:rsidRPr="00556196">
        <w:rPr>
          <w:lang w:val="en-GB"/>
        </w:rPr>
        <w:t>Land-based courses can</w:t>
      </w:r>
      <w:r>
        <w:rPr>
          <w:lang w:val="en-GB"/>
        </w:rPr>
        <w:t xml:space="preserve"> </w:t>
      </w:r>
      <w:r w:rsidRPr="00556196">
        <w:rPr>
          <w:lang w:val="en-GB"/>
        </w:rPr>
        <w:t>open up hundreds of</w:t>
      </w:r>
      <w:r>
        <w:rPr>
          <w:lang w:val="en-GB"/>
        </w:rPr>
        <w:t xml:space="preserve"> </w:t>
      </w:r>
      <w:r w:rsidRPr="00556196">
        <w:rPr>
          <w:lang w:val="en-GB"/>
        </w:rPr>
        <w:t>career opportunities</w:t>
      </w:r>
      <w:r>
        <w:rPr>
          <w:lang w:val="en-GB"/>
        </w:rPr>
        <w:t xml:space="preserve"> </w:t>
      </w:r>
      <w:r w:rsidRPr="00556196">
        <w:rPr>
          <w:lang w:val="en-GB"/>
        </w:rPr>
        <w:t>for you whatever your</w:t>
      </w:r>
      <w:r>
        <w:rPr>
          <w:lang w:val="en-GB"/>
        </w:rPr>
        <w:t xml:space="preserve"> </w:t>
      </w:r>
      <w:r w:rsidRPr="00556196">
        <w:rPr>
          <w:lang w:val="en-GB"/>
        </w:rPr>
        <w:t>dream job is.</w:t>
      </w:r>
    </w:p>
    <w:p w14:paraId="13D6643E" w14:textId="5FF6342B" w:rsidR="00556196" w:rsidRPr="00556196" w:rsidRDefault="00556196" w:rsidP="00556196">
      <w:pPr>
        <w:rPr>
          <w:lang w:val="en-GB"/>
        </w:rPr>
      </w:pPr>
      <w:r w:rsidRPr="00556196">
        <w:rPr>
          <w:lang w:val="en-GB"/>
        </w:rPr>
        <w:t>Our Animal Care and Land</w:t>
      </w:r>
      <w:r>
        <w:rPr>
          <w:lang w:val="en-GB"/>
        </w:rPr>
        <w:t>-</w:t>
      </w:r>
      <w:r w:rsidRPr="00556196">
        <w:rPr>
          <w:lang w:val="en-GB"/>
        </w:rPr>
        <w:t>based</w:t>
      </w:r>
      <w:r>
        <w:rPr>
          <w:lang w:val="en-GB"/>
        </w:rPr>
        <w:t xml:space="preserve"> </w:t>
      </w:r>
      <w:r w:rsidRPr="00556196">
        <w:rPr>
          <w:lang w:val="en-GB"/>
        </w:rPr>
        <w:t>courses are available</w:t>
      </w:r>
      <w:r>
        <w:rPr>
          <w:lang w:val="en-GB"/>
        </w:rPr>
        <w:t xml:space="preserve"> </w:t>
      </w:r>
      <w:r w:rsidRPr="00556196">
        <w:rPr>
          <w:lang w:val="en-GB"/>
        </w:rPr>
        <w:t>across Entry Level, Level 1, 2</w:t>
      </w:r>
    </w:p>
    <w:p w14:paraId="72D91970" w14:textId="20860617" w:rsidR="00556196" w:rsidRDefault="00556196" w:rsidP="00556196">
      <w:pPr>
        <w:rPr>
          <w:lang w:val="en-GB"/>
        </w:rPr>
      </w:pPr>
      <w:r w:rsidRPr="00556196">
        <w:rPr>
          <w:lang w:val="en-GB"/>
        </w:rPr>
        <w:t>and 3. You will study at our</w:t>
      </w:r>
      <w:r>
        <w:rPr>
          <w:lang w:val="en-GB"/>
        </w:rPr>
        <w:t xml:space="preserve"> </w:t>
      </w:r>
      <w:r w:rsidRPr="00556196">
        <w:rPr>
          <w:lang w:val="en-GB"/>
        </w:rPr>
        <w:t>Taylor Hill Animal Centre,</w:t>
      </w:r>
      <w:r>
        <w:rPr>
          <w:lang w:val="en-GB"/>
        </w:rPr>
        <w:t xml:space="preserve"> </w:t>
      </w:r>
      <w:r w:rsidRPr="00556196">
        <w:rPr>
          <w:lang w:val="en-GB"/>
        </w:rPr>
        <w:t>which has state-of-the-art</w:t>
      </w:r>
      <w:r>
        <w:rPr>
          <w:lang w:val="en-GB"/>
        </w:rPr>
        <w:t xml:space="preserve"> </w:t>
      </w:r>
      <w:r w:rsidRPr="00556196">
        <w:rPr>
          <w:lang w:val="en-GB"/>
        </w:rPr>
        <w:t>facilities, including a brand</w:t>
      </w:r>
      <w:r>
        <w:rPr>
          <w:lang w:val="en-GB"/>
        </w:rPr>
        <w:t>-</w:t>
      </w:r>
      <w:r w:rsidRPr="00556196">
        <w:rPr>
          <w:lang w:val="en-GB"/>
        </w:rPr>
        <w:t>new</w:t>
      </w:r>
      <w:r>
        <w:rPr>
          <w:lang w:val="en-GB"/>
        </w:rPr>
        <w:t xml:space="preserve"> </w:t>
      </w:r>
      <w:r w:rsidRPr="00556196">
        <w:rPr>
          <w:lang w:val="en-GB"/>
        </w:rPr>
        <w:t>£1.5m Reptile House and</w:t>
      </w:r>
      <w:r>
        <w:rPr>
          <w:lang w:val="en-GB"/>
        </w:rPr>
        <w:t xml:space="preserve"> </w:t>
      </w:r>
      <w:r w:rsidRPr="00556196">
        <w:rPr>
          <w:lang w:val="en-GB"/>
        </w:rPr>
        <w:t>Aquatic Centre, as well as a</w:t>
      </w:r>
      <w:r>
        <w:rPr>
          <w:lang w:val="en-GB"/>
        </w:rPr>
        <w:t xml:space="preserve"> </w:t>
      </w:r>
      <w:r w:rsidRPr="00556196">
        <w:rPr>
          <w:lang w:val="en-GB"/>
        </w:rPr>
        <w:t>dog grooming studio, and</w:t>
      </w:r>
      <w:r>
        <w:rPr>
          <w:lang w:val="en-GB"/>
        </w:rPr>
        <w:t xml:space="preserve"> </w:t>
      </w:r>
      <w:r w:rsidRPr="00556196">
        <w:rPr>
          <w:lang w:val="en-GB"/>
        </w:rPr>
        <w:t>small farm, allowing you to gain</w:t>
      </w:r>
      <w:r>
        <w:rPr>
          <w:lang w:val="en-GB"/>
        </w:rPr>
        <w:t xml:space="preserve"> </w:t>
      </w:r>
      <w:r w:rsidRPr="00556196">
        <w:rPr>
          <w:lang w:val="en-GB"/>
        </w:rPr>
        <w:t>hands-on exper</w:t>
      </w:r>
      <w:r>
        <w:rPr>
          <w:lang w:val="en-GB"/>
        </w:rPr>
        <w:t>ience in your field of study.</w:t>
      </w:r>
    </w:p>
    <w:p w14:paraId="4CFCCF5C" w14:textId="1A1A61A5" w:rsidR="00556196" w:rsidRDefault="00556196" w:rsidP="00556196">
      <w:pPr>
        <w:pStyle w:val="Heading2"/>
        <w:rPr>
          <w:lang w:val="en-GB"/>
        </w:rPr>
      </w:pPr>
      <w:r>
        <w:rPr>
          <w:lang w:val="en-GB"/>
        </w:rPr>
        <w:t>Average salaries</w:t>
      </w:r>
    </w:p>
    <w:p w14:paraId="51242677" w14:textId="73CF583B" w:rsidR="00556196" w:rsidRPr="00556196" w:rsidRDefault="00556196" w:rsidP="00556196">
      <w:pPr>
        <w:rPr>
          <w:lang w:val="en-GB"/>
        </w:rPr>
      </w:pPr>
      <w:r w:rsidRPr="00556196">
        <w:rPr>
          <w:lang w:val="en-GB"/>
        </w:rPr>
        <w:t>£35,000</w:t>
      </w:r>
      <w:r>
        <w:rPr>
          <w:lang w:val="en-GB"/>
        </w:rPr>
        <w:t xml:space="preserve"> </w:t>
      </w:r>
      <w:r w:rsidRPr="00556196">
        <w:rPr>
          <w:lang w:val="en-GB"/>
        </w:rPr>
        <w:t>Agriculture and</w:t>
      </w:r>
      <w:r w:rsidR="003D4738">
        <w:rPr>
          <w:lang w:val="en-GB"/>
        </w:rPr>
        <w:t xml:space="preserve"> </w:t>
      </w:r>
      <w:r w:rsidRPr="00556196">
        <w:rPr>
          <w:lang w:val="en-GB"/>
        </w:rPr>
        <w:t>Horticulture</w:t>
      </w:r>
      <w:r w:rsidR="003D4738">
        <w:rPr>
          <w:lang w:val="en-GB"/>
        </w:rPr>
        <w:t xml:space="preserve"> </w:t>
      </w:r>
      <w:r w:rsidRPr="00556196">
        <w:rPr>
          <w:lang w:val="en-GB"/>
        </w:rPr>
        <w:t>Proprietors and</w:t>
      </w:r>
      <w:r w:rsidR="003D4738">
        <w:rPr>
          <w:lang w:val="en-GB"/>
        </w:rPr>
        <w:t xml:space="preserve"> </w:t>
      </w:r>
      <w:r w:rsidRPr="00556196">
        <w:rPr>
          <w:lang w:val="en-GB"/>
        </w:rPr>
        <w:t>Managers</w:t>
      </w:r>
    </w:p>
    <w:p w14:paraId="4242F159" w14:textId="59A00A71" w:rsidR="00556196" w:rsidRPr="00556196" w:rsidRDefault="00556196" w:rsidP="00556196">
      <w:pPr>
        <w:rPr>
          <w:lang w:val="en-GB"/>
        </w:rPr>
      </w:pPr>
      <w:r w:rsidRPr="00556196">
        <w:rPr>
          <w:lang w:val="en-GB"/>
        </w:rPr>
        <w:t>£28,890</w:t>
      </w:r>
      <w:r w:rsidR="003D4738">
        <w:rPr>
          <w:lang w:val="en-GB"/>
        </w:rPr>
        <w:t xml:space="preserve"> </w:t>
      </w:r>
      <w:r w:rsidRPr="00556196">
        <w:rPr>
          <w:lang w:val="en-GB"/>
        </w:rPr>
        <w:t>Veterinary Nurses</w:t>
      </w:r>
    </w:p>
    <w:p w14:paraId="5CBDE1F9" w14:textId="7EDD5683" w:rsidR="00556196" w:rsidRPr="00556196" w:rsidRDefault="00556196" w:rsidP="00556196">
      <w:pPr>
        <w:rPr>
          <w:lang w:val="en-GB"/>
        </w:rPr>
      </w:pPr>
      <w:r w:rsidRPr="00556196">
        <w:rPr>
          <w:lang w:val="en-GB"/>
        </w:rPr>
        <w:t>£24,400</w:t>
      </w:r>
      <w:r w:rsidR="003D4738">
        <w:rPr>
          <w:lang w:val="en-GB"/>
        </w:rPr>
        <w:t xml:space="preserve"> </w:t>
      </w:r>
      <w:r w:rsidRPr="00556196">
        <w:rPr>
          <w:lang w:val="en-GB"/>
        </w:rPr>
        <w:t>Animal Care Service</w:t>
      </w:r>
      <w:r w:rsidR="003D4738">
        <w:rPr>
          <w:lang w:val="en-GB"/>
        </w:rPr>
        <w:t xml:space="preserve"> </w:t>
      </w:r>
      <w:r w:rsidRPr="00556196">
        <w:rPr>
          <w:lang w:val="en-GB"/>
        </w:rPr>
        <w:t>Occupations</w:t>
      </w:r>
    </w:p>
    <w:p w14:paraId="05D725D7" w14:textId="77777777" w:rsidR="00556196" w:rsidRDefault="00556196" w:rsidP="00556196">
      <w:pPr>
        <w:rPr>
          <w:b/>
          <w:bCs/>
          <w:lang w:val="en-GB"/>
        </w:rPr>
      </w:pPr>
    </w:p>
    <w:p w14:paraId="255B6E2D" w14:textId="77777777" w:rsidR="003D4738" w:rsidRPr="003D4738" w:rsidRDefault="003D4738" w:rsidP="003D4738">
      <w:pPr>
        <w:pStyle w:val="Heading2"/>
        <w:rPr>
          <w:lang w:val="en-GB"/>
        </w:rPr>
      </w:pPr>
      <w:r w:rsidRPr="003D4738">
        <w:rPr>
          <w:lang w:val="en-GB"/>
        </w:rPr>
        <w:lastRenderedPageBreak/>
        <w:t>Vocational Pathways – Pathway to Animal Care and Land Based Studies Entry 3</w:t>
      </w:r>
    </w:p>
    <w:p w14:paraId="3F9E7DB4" w14:textId="77777777" w:rsidR="003D4738" w:rsidRPr="003D4738" w:rsidRDefault="003D4738" w:rsidP="003D4738">
      <w:pPr>
        <w:rPr>
          <w:lang w:val="en-GB"/>
        </w:rPr>
      </w:pPr>
      <w:r w:rsidRPr="003D4738">
        <w:rPr>
          <w:lang w:val="en-GB"/>
        </w:rPr>
        <w:t>Please see page 129 for full entry requirements for Vocational Pathways courses.</w:t>
      </w:r>
    </w:p>
    <w:p w14:paraId="3E493590" w14:textId="77777777" w:rsidR="003D4738" w:rsidRPr="003D4738" w:rsidRDefault="003D4738" w:rsidP="003D4738">
      <w:pPr>
        <w:rPr>
          <w:lang w:val="en-GB"/>
        </w:rPr>
      </w:pPr>
      <w:r w:rsidRPr="003D4738">
        <w:rPr>
          <w:lang w:val="en-GB"/>
        </w:rPr>
        <w:t>Progression</w:t>
      </w:r>
    </w:p>
    <w:p w14:paraId="0F5695EF" w14:textId="4F3CDAFE" w:rsidR="003D4738" w:rsidRPr="003D4738" w:rsidRDefault="003D4738" w:rsidP="009741BE">
      <w:pPr>
        <w:numPr>
          <w:ilvl w:val="0"/>
          <w:numId w:val="11"/>
        </w:numPr>
        <w:rPr>
          <w:lang w:val="en-GB"/>
        </w:rPr>
      </w:pPr>
      <w:r w:rsidRPr="003D4738">
        <w:rPr>
          <w:lang w:val="en-GB"/>
        </w:rPr>
        <w:t>After this course, you can progress onto an accredited Level 1 course within the college.</w:t>
      </w:r>
    </w:p>
    <w:p w14:paraId="07C29EB6" w14:textId="77777777" w:rsidR="003D4738" w:rsidRPr="003D4738" w:rsidRDefault="003D4738" w:rsidP="003D4738">
      <w:pPr>
        <w:pStyle w:val="Heading2"/>
        <w:rPr>
          <w:lang w:val="en-GB"/>
        </w:rPr>
      </w:pPr>
      <w:r w:rsidRPr="003D4738">
        <w:rPr>
          <w:lang w:val="en-GB"/>
        </w:rPr>
        <w:t>Animal and Land-Based Studies Level 1</w:t>
      </w:r>
    </w:p>
    <w:p w14:paraId="504F5806" w14:textId="77777777" w:rsidR="003D4738" w:rsidRPr="003D4738" w:rsidRDefault="003D4738" w:rsidP="003D4738">
      <w:pPr>
        <w:pStyle w:val="Heading3"/>
        <w:rPr>
          <w:lang w:val="en-GB"/>
        </w:rPr>
      </w:pPr>
      <w:r w:rsidRPr="003D4738">
        <w:rPr>
          <w:lang w:val="en-GB"/>
        </w:rPr>
        <w:t>Entry Requirements</w:t>
      </w:r>
    </w:p>
    <w:p w14:paraId="0EF0C8F5" w14:textId="77777777" w:rsidR="003D4738" w:rsidRPr="003D4738" w:rsidRDefault="003D4738" w:rsidP="003D4738">
      <w:pPr>
        <w:rPr>
          <w:lang w:val="en-GB"/>
        </w:rPr>
      </w:pPr>
      <w:r w:rsidRPr="003D4738">
        <w:rPr>
          <w:lang w:val="en-GB"/>
        </w:rPr>
        <w:t>A minimum of four GCSEs with the following grades:</w:t>
      </w:r>
    </w:p>
    <w:p w14:paraId="465A0C43" w14:textId="77777777" w:rsidR="003D4738" w:rsidRPr="003D4738" w:rsidRDefault="003D4738" w:rsidP="009741BE">
      <w:pPr>
        <w:numPr>
          <w:ilvl w:val="0"/>
          <w:numId w:val="12"/>
        </w:numPr>
        <w:rPr>
          <w:lang w:val="en-GB"/>
        </w:rPr>
      </w:pPr>
      <w:r w:rsidRPr="003D4738">
        <w:rPr>
          <w:lang w:val="en-GB"/>
        </w:rPr>
        <w:t>English at 2 or above</w:t>
      </w:r>
    </w:p>
    <w:p w14:paraId="07953518" w14:textId="77777777" w:rsidR="003D4738" w:rsidRPr="003D4738" w:rsidRDefault="003D4738" w:rsidP="009741BE">
      <w:pPr>
        <w:numPr>
          <w:ilvl w:val="0"/>
          <w:numId w:val="12"/>
        </w:numPr>
        <w:rPr>
          <w:lang w:val="en-GB"/>
        </w:rPr>
      </w:pPr>
      <w:r w:rsidRPr="003D4738">
        <w:rPr>
          <w:lang w:val="en-GB"/>
        </w:rPr>
        <w:t>Maths at 1 or above</w:t>
      </w:r>
    </w:p>
    <w:p w14:paraId="02228987" w14:textId="77777777" w:rsidR="003D4738" w:rsidRPr="003D4738" w:rsidRDefault="003D4738" w:rsidP="009741BE">
      <w:pPr>
        <w:numPr>
          <w:ilvl w:val="0"/>
          <w:numId w:val="12"/>
        </w:numPr>
        <w:rPr>
          <w:lang w:val="en-GB"/>
        </w:rPr>
      </w:pPr>
      <w:r w:rsidRPr="003D4738">
        <w:rPr>
          <w:lang w:val="en-GB"/>
        </w:rPr>
        <w:t>Two other GCSEs at 2 or above</w:t>
      </w:r>
    </w:p>
    <w:p w14:paraId="0202AF2D" w14:textId="77777777" w:rsidR="003D4738" w:rsidRPr="003D4738" w:rsidRDefault="003D4738" w:rsidP="003D4738">
      <w:pPr>
        <w:pStyle w:val="Heading3"/>
        <w:rPr>
          <w:lang w:val="en-GB"/>
        </w:rPr>
      </w:pPr>
      <w:r w:rsidRPr="003D4738">
        <w:rPr>
          <w:lang w:val="en-GB"/>
        </w:rPr>
        <w:t>Progression</w:t>
      </w:r>
    </w:p>
    <w:p w14:paraId="3C070E7E" w14:textId="77777777" w:rsidR="003D4738" w:rsidRPr="003D4738" w:rsidRDefault="003D4738" w:rsidP="009741BE">
      <w:pPr>
        <w:numPr>
          <w:ilvl w:val="0"/>
          <w:numId w:val="13"/>
        </w:numPr>
        <w:rPr>
          <w:lang w:val="en-GB"/>
        </w:rPr>
      </w:pPr>
      <w:r w:rsidRPr="003D4738">
        <w:rPr>
          <w:lang w:val="en-GB"/>
        </w:rPr>
        <w:t>Agriculture Level 2</w:t>
      </w:r>
    </w:p>
    <w:p w14:paraId="75C3CAA3" w14:textId="77777777" w:rsidR="003D4738" w:rsidRPr="003D4738" w:rsidRDefault="003D4738" w:rsidP="009741BE">
      <w:pPr>
        <w:numPr>
          <w:ilvl w:val="0"/>
          <w:numId w:val="13"/>
        </w:numPr>
        <w:rPr>
          <w:lang w:val="en-GB"/>
        </w:rPr>
      </w:pPr>
      <w:r w:rsidRPr="003D4738">
        <w:rPr>
          <w:lang w:val="en-GB"/>
        </w:rPr>
        <w:t>Animal Care Level 2</w:t>
      </w:r>
    </w:p>
    <w:p w14:paraId="7341C3BA" w14:textId="77777777" w:rsidR="003D4738" w:rsidRPr="003D4738" w:rsidRDefault="003D4738" w:rsidP="009741BE">
      <w:pPr>
        <w:numPr>
          <w:ilvl w:val="0"/>
          <w:numId w:val="13"/>
        </w:numPr>
        <w:rPr>
          <w:lang w:val="en-GB"/>
        </w:rPr>
      </w:pPr>
      <w:r w:rsidRPr="003D4738">
        <w:rPr>
          <w:lang w:val="en-GB"/>
        </w:rPr>
        <w:t>Dog Grooming Assistants Level 2</w:t>
      </w:r>
    </w:p>
    <w:p w14:paraId="3CFEA1CB" w14:textId="4A7C8DB7" w:rsidR="003D4738" w:rsidRPr="003D4738" w:rsidRDefault="003D4738" w:rsidP="003D4738">
      <w:pPr>
        <w:rPr>
          <w:b/>
          <w:bCs/>
          <w:lang w:val="en-GB"/>
        </w:rPr>
      </w:pPr>
    </w:p>
    <w:p w14:paraId="0F91BFE4" w14:textId="77777777" w:rsidR="003D4738" w:rsidRPr="003D4738" w:rsidRDefault="003D4738" w:rsidP="003D4738">
      <w:pPr>
        <w:pStyle w:val="Heading2"/>
        <w:rPr>
          <w:lang w:val="en-GB"/>
        </w:rPr>
      </w:pPr>
      <w:r w:rsidRPr="003D4738">
        <w:rPr>
          <w:lang w:val="en-GB"/>
        </w:rPr>
        <w:t>Animal Care Level 2</w:t>
      </w:r>
    </w:p>
    <w:p w14:paraId="657B4AD1" w14:textId="77777777" w:rsidR="003D4738" w:rsidRPr="003D4738" w:rsidRDefault="003D4738" w:rsidP="003D4738">
      <w:pPr>
        <w:pStyle w:val="Heading3"/>
        <w:rPr>
          <w:lang w:val="en-GB"/>
        </w:rPr>
      </w:pPr>
      <w:r w:rsidRPr="003D4738">
        <w:rPr>
          <w:lang w:val="en-GB"/>
        </w:rPr>
        <w:t>Entry Requirements</w:t>
      </w:r>
    </w:p>
    <w:p w14:paraId="45F22E95" w14:textId="77777777" w:rsidR="003D4738" w:rsidRPr="003D4738" w:rsidRDefault="003D4738" w:rsidP="003D4738">
      <w:pPr>
        <w:rPr>
          <w:lang w:val="en-GB"/>
        </w:rPr>
      </w:pPr>
      <w:r w:rsidRPr="003D4738">
        <w:rPr>
          <w:lang w:val="en-GB"/>
        </w:rPr>
        <w:t>A minimum of four GCSEs with the following grades:</w:t>
      </w:r>
    </w:p>
    <w:p w14:paraId="76F1F13A" w14:textId="77777777" w:rsidR="003D4738" w:rsidRPr="003D4738" w:rsidRDefault="003D4738" w:rsidP="009741BE">
      <w:pPr>
        <w:numPr>
          <w:ilvl w:val="0"/>
          <w:numId w:val="14"/>
        </w:numPr>
        <w:rPr>
          <w:lang w:val="en-GB"/>
        </w:rPr>
      </w:pPr>
      <w:r w:rsidRPr="003D4738">
        <w:rPr>
          <w:lang w:val="en-GB"/>
        </w:rPr>
        <w:t>English at 3 or above</w:t>
      </w:r>
    </w:p>
    <w:p w14:paraId="3AC03BE0" w14:textId="77777777" w:rsidR="003D4738" w:rsidRPr="003D4738" w:rsidRDefault="003D4738" w:rsidP="009741BE">
      <w:pPr>
        <w:numPr>
          <w:ilvl w:val="0"/>
          <w:numId w:val="14"/>
        </w:numPr>
        <w:rPr>
          <w:lang w:val="en-GB"/>
        </w:rPr>
      </w:pPr>
      <w:r w:rsidRPr="003D4738">
        <w:rPr>
          <w:lang w:val="en-GB"/>
        </w:rPr>
        <w:t>Maths at 3 or above</w:t>
      </w:r>
    </w:p>
    <w:p w14:paraId="7BC5D950" w14:textId="77777777" w:rsidR="003D4738" w:rsidRPr="003D4738" w:rsidRDefault="003D4738" w:rsidP="009741BE">
      <w:pPr>
        <w:numPr>
          <w:ilvl w:val="0"/>
          <w:numId w:val="14"/>
        </w:numPr>
        <w:rPr>
          <w:lang w:val="en-GB"/>
        </w:rPr>
      </w:pPr>
      <w:r w:rsidRPr="003D4738">
        <w:rPr>
          <w:lang w:val="en-GB"/>
        </w:rPr>
        <w:t>Two other GCSEs at 3 or above</w:t>
      </w:r>
    </w:p>
    <w:p w14:paraId="702EC334" w14:textId="77777777" w:rsidR="003D4738" w:rsidRPr="003D4738" w:rsidRDefault="003D4738" w:rsidP="003D4738">
      <w:pPr>
        <w:pStyle w:val="Heading3"/>
        <w:rPr>
          <w:lang w:val="en-GB"/>
        </w:rPr>
      </w:pPr>
      <w:r w:rsidRPr="003D4738">
        <w:rPr>
          <w:lang w:val="en-GB"/>
        </w:rPr>
        <w:t>Progression</w:t>
      </w:r>
    </w:p>
    <w:p w14:paraId="4D038685" w14:textId="77777777" w:rsidR="003D4738" w:rsidRPr="003D4738" w:rsidRDefault="003D4738" w:rsidP="009741BE">
      <w:pPr>
        <w:numPr>
          <w:ilvl w:val="0"/>
          <w:numId w:val="15"/>
        </w:numPr>
        <w:rPr>
          <w:lang w:val="en-GB"/>
        </w:rPr>
      </w:pPr>
      <w:r w:rsidRPr="003D4738">
        <w:rPr>
          <w:lang w:val="en-GB"/>
        </w:rPr>
        <w:t xml:space="preserve">Animal Care and Management T Level </w:t>
      </w:r>
      <w:proofErr w:type="spellStart"/>
      <w:r w:rsidRPr="003D4738">
        <w:rPr>
          <w:lang w:val="en-GB"/>
        </w:rPr>
        <w:t>Level</w:t>
      </w:r>
      <w:proofErr w:type="spellEnd"/>
      <w:r w:rsidRPr="003D4738">
        <w:rPr>
          <w:lang w:val="en-GB"/>
        </w:rPr>
        <w:t xml:space="preserve"> 3</w:t>
      </w:r>
    </w:p>
    <w:p w14:paraId="1B4C740F" w14:textId="77777777" w:rsidR="003D4738" w:rsidRPr="003D4738" w:rsidRDefault="003D4738" w:rsidP="009741BE">
      <w:pPr>
        <w:numPr>
          <w:ilvl w:val="0"/>
          <w:numId w:val="15"/>
        </w:numPr>
        <w:rPr>
          <w:lang w:val="en-GB"/>
        </w:rPr>
      </w:pPr>
      <w:r w:rsidRPr="003D4738">
        <w:rPr>
          <w:lang w:val="en-GB"/>
        </w:rPr>
        <w:t>Employment</w:t>
      </w:r>
    </w:p>
    <w:p w14:paraId="5F0D31D3" w14:textId="024C76F7" w:rsidR="003D4738" w:rsidRPr="003D4738" w:rsidRDefault="003D4738" w:rsidP="003D4738">
      <w:pPr>
        <w:rPr>
          <w:b/>
          <w:bCs/>
          <w:lang w:val="en-GB"/>
        </w:rPr>
      </w:pPr>
    </w:p>
    <w:p w14:paraId="183D4558" w14:textId="77777777" w:rsidR="003D4738" w:rsidRPr="003D4738" w:rsidRDefault="003D4738" w:rsidP="003D4738">
      <w:pPr>
        <w:pStyle w:val="Heading2"/>
        <w:rPr>
          <w:lang w:val="en-GB"/>
        </w:rPr>
      </w:pPr>
      <w:r w:rsidRPr="003D4738">
        <w:rPr>
          <w:lang w:val="en-GB"/>
        </w:rPr>
        <w:lastRenderedPageBreak/>
        <w:t>Advanced Technical Certificate in Animal Care Level 2</w:t>
      </w:r>
    </w:p>
    <w:p w14:paraId="019A04B5" w14:textId="77777777" w:rsidR="003D4738" w:rsidRPr="003D4738" w:rsidRDefault="003D4738" w:rsidP="003D4738">
      <w:pPr>
        <w:pStyle w:val="Heading3"/>
        <w:rPr>
          <w:lang w:val="en-GB"/>
        </w:rPr>
      </w:pPr>
      <w:r w:rsidRPr="003D4738">
        <w:rPr>
          <w:lang w:val="en-GB"/>
        </w:rPr>
        <w:t>Entry Requirements</w:t>
      </w:r>
    </w:p>
    <w:p w14:paraId="0CB34F07" w14:textId="77777777" w:rsidR="003D4738" w:rsidRPr="003D4738" w:rsidRDefault="003D4738" w:rsidP="003D4738">
      <w:pPr>
        <w:rPr>
          <w:lang w:val="en-GB"/>
        </w:rPr>
      </w:pPr>
      <w:r w:rsidRPr="003D4738">
        <w:rPr>
          <w:lang w:val="en-GB"/>
        </w:rPr>
        <w:t>A minimum of four GCSEs with the following grades:</w:t>
      </w:r>
    </w:p>
    <w:p w14:paraId="55EB66A8" w14:textId="77777777" w:rsidR="003D4738" w:rsidRPr="003D4738" w:rsidRDefault="003D4738" w:rsidP="009741BE">
      <w:pPr>
        <w:numPr>
          <w:ilvl w:val="0"/>
          <w:numId w:val="16"/>
        </w:numPr>
        <w:rPr>
          <w:lang w:val="en-GB"/>
        </w:rPr>
      </w:pPr>
      <w:r w:rsidRPr="003D4738">
        <w:rPr>
          <w:lang w:val="en-GB"/>
        </w:rPr>
        <w:t>English at 3 or above</w:t>
      </w:r>
    </w:p>
    <w:p w14:paraId="42CE1954" w14:textId="77777777" w:rsidR="003D4738" w:rsidRPr="003D4738" w:rsidRDefault="003D4738" w:rsidP="009741BE">
      <w:pPr>
        <w:numPr>
          <w:ilvl w:val="0"/>
          <w:numId w:val="16"/>
        </w:numPr>
        <w:rPr>
          <w:lang w:val="en-GB"/>
        </w:rPr>
      </w:pPr>
      <w:r w:rsidRPr="003D4738">
        <w:rPr>
          <w:lang w:val="en-GB"/>
        </w:rPr>
        <w:t>Maths at 3 or above</w:t>
      </w:r>
    </w:p>
    <w:p w14:paraId="77AE8906" w14:textId="77777777" w:rsidR="003D4738" w:rsidRPr="003D4738" w:rsidRDefault="003D4738" w:rsidP="009741BE">
      <w:pPr>
        <w:numPr>
          <w:ilvl w:val="0"/>
          <w:numId w:val="16"/>
        </w:numPr>
        <w:rPr>
          <w:lang w:val="en-GB"/>
        </w:rPr>
      </w:pPr>
      <w:r w:rsidRPr="003D4738">
        <w:rPr>
          <w:lang w:val="en-GB"/>
        </w:rPr>
        <w:t>Two other GCSEs at 3 or above</w:t>
      </w:r>
    </w:p>
    <w:p w14:paraId="7DCB9F64" w14:textId="77777777" w:rsidR="003D4738" w:rsidRPr="003D4738" w:rsidRDefault="003D4738" w:rsidP="003D4738">
      <w:pPr>
        <w:pStyle w:val="Heading3"/>
        <w:rPr>
          <w:lang w:val="en-GB"/>
        </w:rPr>
      </w:pPr>
      <w:r w:rsidRPr="003D4738">
        <w:rPr>
          <w:lang w:val="en-GB"/>
        </w:rPr>
        <w:t>Progression</w:t>
      </w:r>
    </w:p>
    <w:p w14:paraId="07AEB50B" w14:textId="77777777" w:rsidR="003D4738" w:rsidRPr="003D4738" w:rsidRDefault="003D4738" w:rsidP="009741BE">
      <w:pPr>
        <w:numPr>
          <w:ilvl w:val="0"/>
          <w:numId w:val="17"/>
        </w:numPr>
        <w:rPr>
          <w:lang w:val="en-GB"/>
        </w:rPr>
      </w:pPr>
      <w:r w:rsidRPr="003D4738">
        <w:rPr>
          <w:lang w:val="en-GB"/>
        </w:rPr>
        <w:t xml:space="preserve">Animal Care and Management T Level </w:t>
      </w:r>
      <w:proofErr w:type="spellStart"/>
      <w:r w:rsidRPr="003D4738">
        <w:rPr>
          <w:lang w:val="en-GB"/>
        </w:rPr>
        <w:t>Level</w:t>
      </w:r>
      <w:proofErr w:type="spellEnd"/>
      <w:r w:rsidRPr="003D4738">
        <w:rPr>
          <w:lang w:val="en-GB"/>
        </w:rPr>
        <w:t xml:space="preserve"> 3</w:t>
      </w:r>
    </w:p>
    <w:p w14:paraId="54642842" w14:textId="77777777" w:rsidR="003D4738" w:rsidRPr="003D4738" w:rsidRDefault="003D4738" w:rsidP="009741BE">
      <w:pPr>
        <w:numPr>
          <w:ilvl w:val="0"/>
          <w:numId w:val="17"/>
        </w:numPr>
        <w:rPr>
          <w:lang w:val="en-GB"/>
        </w:rPr>
      </w:pPr>
      <w:r w:rsidRPr="003D4738">
        <w:rPr>
          <w:lang w:val="en-GB"/>
        </w:rPr>
        <w:t>Employment</w:t>
      </w:r>
    </w:p>
    <w:p w14:paraId="21694DD6" w14:textId="7913A922" w:rsidR="003D4738" w:rsidRPr="003D4738" w:rsidRDefault="003D4738" w:rsidP="003D4738">
      <w:pPr>
        <w:rPr>
          <w:b/>
          <w:bCs/>
          <w:lang w:val="en-GB"/>
        </w:rPr>
      </w:pPr>
    </w:p>
    <w:p w14:paraId="5FDBC6C2" w14:textId="77777777" w:rsidR="003D4738" w:rsidRPr="003D4738" w:rsidRDefault="003D4738" w:rsidP="003D4738">
      <w:pPr>
        <w:pStyle w:val="Heading2"/>
        <w:rPr>
          <w:lang w:val="en-GB"/>
        </w:rPr>
      </w:pPr>
      <w:r w:rsidRPr="003D4738">
        <w:rPr>
          <w:lang w:val="en-GB"/>
        </w:rPr>
        <w:t>Agriculture Level 2</w:t>
      </w:r>
    </w:p>
    <w:p w14:paraId="0D64ED47" w14:textId="77777777" w:rsidR="003D4738" w:rsidRPr="003D4738" w:rsidRDefault="003D4738" w:rsidP="003D4738">
      <w:pPr>
        <w:pStyle w:val="Heading3"/>
        <w:rPr>
          <w:lang w:val="en-GB"/>
        </w:rPr>
      </w:pPr>
      <w:r w:rsidRPr="003D4738">
        <w:rPr>
          <w:lang w:val="en-GB"/>
        </w:rPr>
        <w:t>Entry Requirements</w:t>
      </w:r>
    </w:p>
    <w:p w14:paraId="73EF6660" w14:textId="77777777" w:rsidR="003D4738" w:rsidRPr="003D4738" w:rsidRDefault="003D4738" w:rsidP="003D4738">
      <w:pPr>
        <w:rPr>
          <w:lang w:val="en-GB"/>
        </w:rPr>
      </w:pPr>
      <w:r w:rsidRPr="003D4738">
        <w:rPr>
          <w:lang w:val="en-GB"/>
        </w:rPr>
        <w:t>A minimum of four GCSEs with the following grades:</w:t>
      </w:r>
    </w:p>
    <w:p w14:paraId="423769CF" w14:textId="77777777" w:rsidR="003D4738" w:rsidRPr="003D4738" w:rsidRDefault="003D4738" w:rsidP="009741BE">
      <w:pPr>
        <w:numPr>
          <w:ilvl w:val="0"/>
          <w:numId w:val="18"/>
        </w:numPr>
        <w:rPr>
          <w:lang w:val="en-GB"/>
        </w:rPr>
      </w:pPr>
      <w:r w:rsidRPr="003D4738">
        <w:rPr>
          <w:lang w:val="en-GB"/>
        </w:rPr>
        <w:t>English at 3 or above</w:t>
      </w:r>
    </w:p>
    <w:p w14:paraId="62E30AA1" w14:textId="77777777" w:rsidR="003D4738" w:rsidRPr="003D4738" w:rsidRDefault="003D4738" w:rsidP="009741BE">
      <w:pPr>
        <w:numPr>
          <w:ilvl w:val="0"/>
          <w:numId w:val="18"/>
        </w:numPr>
        <w:rPr>
          <w:lang w:val="en-GB"/>
        </w:rPr>
      </w:pPr>
      <w:r w:rsidRPr="003D4738">
        <w:rPr>
          <w:lang w:val="en-GB"/>
        </w:rPr>
        <w:t>Maths at 2 or above</w:t>
      </w:r>
    </w:p>
    <w:p w14:paraId="3B1BB9ED" w14:textId="77777777" w:rsidR="003D4738" w:rsidRPr="003D4738" w:rsidRDefault="003D4738" w:rsidP="009741BE">
      <w:pPr>
        <w:numPr>
          <w:ilvl w:val="0"/>
          <w:numId w:val="18"/>
        </w:numPr>
        <w:rPr>
          <w:lang w:val="en-GB"/>
        </w:rPr>
      </w:pPr>
      <w:r w:rsidRPr="003D4738">
        <w:rPr>
          <w:lang w:val="en-GB"/>
        </w:rPr>
        <w:t>Two other GCSEs at 3 or above</w:t>
      </w:r>
    </w:p>
    <w:p w14:paraId="31B8811B" w14:textId="77777777" w:rsidR="003D4738" w:rsidRPr="003D4738" w:rsidRDefault="003D4738" w:rsidP="003D4738">
      <w:pPr>
        <w:pStyle w:val="Heading3"/>
        <w:rPr>
          <w:lang w:val="en-GB"/>
        </w:rPr>
      </w:pPr>
      <w:r w:rsidRPr="003D4738">
        <w:rPr>
          <w:lang w:val="en-GB"/>
        </w:rPr>
        <w:t>Progression</w:t>
      </w:r>
    </w:p>
    <w:p w14:paraId="0E3DB1A4" w14:textId="77777777" w:rsidR="003D4738" w:rsidRPr="003D4738" w:rsidRDefault="003D4738" w:rsidP="009741BE">
      <w:pPr>
        <w:numPr>
          <w:ilvl w:val="0"/>
          <w:numId w:val="19"/>
        </w:numPr>
        <w:rPr>
          <w:lang w:val="en-GB"/>
        </w:rPr>
      </w:pPr>
      <w:r w:rsidRPr="003D4738">
        <w:rPr>
          <w:lang w:val="en-GB"/>
        </w:rPr>
        <w:t xml:space="preserve">Animal Care and Management T Level </w:t>
      </w:r>
      <w:proofErr w:type="spellStart"/>
      <w:r w:rsidRPr="003D4738">
        <w:rPr>
          <w:lang w:val="en-GB"/>
        </w:rPr>
        <w:t>Level</w:t>
      </w:r>
      <w:proofErr w:type="spellEnd"/>
      <w:r w:rsidRPr="003D4738">
        <w:rPr>
          <w:lang w:val="en-GB"/>
        </w:rPr>
        <w:t xml:space="preserve"> 3</w:t>
      </w:r>
    </w:p>
    <w:p w14:paraId="6FD4A955" w14:textId="6E7AD393" w:rsidR="003D4738" w:rsidRPr="003D4738" w:rsidRDefault="003D4738" w:rsidP="003D4738">
      <w:pPr>
        <w:rPr>
          <w:b/>
          <w:bCs/>
          <w:lang w:val="en-GB"/>
        </w:rPr>
      </w:pPr>
    </w:p>
    <w:p w14:paraId="4C710A07" w14:textId="77777777" w:rsidR="003D4738" w:rsidRPr="003D4738" w:rsidRDefault="003D4738" w:rsidP="003D4738">
      <w:pPr>
        <w:pStyle w:val="Heading2"/>
        <w:rPr>
          <w:lang w:val="en-GB"/>
        </w:rPr>
      </w:pPr>
      <w:r w:rsidRPr="003D4738">
        <w:rPr>
          <w:lang w:val="en-GB"/>
        </w:rPr>
        <w:t>Dog Grooming Assistants Level 2</w:t>
      </w:r>
    </w:p>
    <w:p w14:paraId="279A9AF7" w14:textId="77777777" w:rsidR="003D4738" w:rsidRPr="003D4738" w:rsidRDefault="003D4738" w:rsidP="003D4738">
      <w:pPr>
        <w:pStyle w:val="Heading3"/>
        <w:rPr>
          <w:lang w:val="en-GB"/>
        </w:rPr>
      </w:pPr>
      <w:r w:rsidRPr="003D4738">
        <w:rPr>
          <w:lang w:val="en-GB"/>
        </w:rPr>
        <w:t>Entry Requirements</w:t>
      </w:r>
    </w:p>
    <w:p w14:paraId="7137C933" w14:textId="77777777" w:rsidR="003D4738" w:rsidRPr="003D4738" w:rsidRDefault="003D4738" w:rsidP="003D4738">
      <w:pPr>
        <w:rPr>
          <w:lang w:val="en-GB"/>
        </w:rPr>
      </w:pPr>
      <w:r w:rsidRPr="003D4738">
        <w:rPr>
          <w:lang w:val="en-GB"/>
        </w:rPr>
        <w:t>A minimum of four GCSEs at grade 3 or above including:</w:t>
      </w:r>
    </w:p>
    <w:p w14:paraId="042E90B5" w14:textId="77777777" w:rsidR="003D4738" w:rsidRPr="003D4738" w:rsidRDefault="003D4738" w:rsidP="009741BE">
      <w:pPr>
        <w:numPr>
          <w:ilvl w:val="0"/>
          <w:numId w:val="20"/>
        </w:numPr>
        <w:rPr>
          <w:lang w:val="en-GB"/>
        </w:rPr>
      </w:pPr>
      <w:r w:rsidRPr="003D4738">
        <w:rPr>
          <w:lang w:val="en-GB"/>
        </w:rPr>
        <w:t>English at grade 3</w:t>
      </w:r>
    </w:p>
    <w:p w14:paraId="097227E1" w14:textId="77777777" w:rsidR="003D4738" w:rsidRPr="003D4738" w:rsidRDefault="003D4738" w:rsidP="009741BE">
      <w:pPr>
        <w:numPr>
          <w:ilvl w:val="0"/>
          <w:numId w:val="20"/>
        </w:numPr>
        <w:rPr>
          <w:lang w:val="en-GB"/>
        </w:rPr>
      </w:pPr>
      <w:r w:rsidRPr="003D4738">
        <w:rPr>
          <w:lang w:val="en-GB"/>
        </w:rPr>
        <w:t>Maths grade 3 or above</w:t>
      </w:r>
    </w:p>
    <w:p w14:paraId="7B709815" w14:textId="77777777" w:rsidR="003D4738" w:rsidRPr="003D4738" w:rsidRDefault="003D4738" w:rsidP="009741BE">
      <w:pPr>
        <w:numPr>
          <w:ilvl w:val="0"/>
          <w:numId w:val="20"/>
        </w:numPr>
        <w:rPr>
          <w:lang w:val="en-GB"/>
        </w:rPr>
      </w:pPr>
      <w:r w:rsidRPr="003D4738">
        <w:rPr>
          <w:lang w:val="en-GB"/>
        </w:rPr>
        <w:t>Two other GCSEs at 3 or above</w:t>
      </w:r>
    </w:p>
    <w:p w14:paraId="29876A6C" w14:textId="77777777" w:rsidR="003D4738" w:rsidRPr="003D4738" w:rsidRDefault="003D4738" w:rsidP="003D4738">
      <w:pPr>
        <w:pStyle w:val="Heading3"/>
        <w:rPr>
          <w:lang w:val="en-GB"/>
        </w:rPr>
      </w:pPr>
      <w:r w:rsidRPr="003D4738">
        <w:rPr>
          <w:lang w:val="en-GB"/>
        </w:rPr>
        <w:t>Progression</w:t>
      </w:r>
    </w:p>
    <w:p w14:paraId="4B0A7066" w14:textId="77777777" w:rsidR="003D4738" w:rsidRPr="00E04B9E" w:rsidRDefault="003D4738" w:rsidP="009741BE">
      <w:pPr>
        <w:numPr>
          <w:ilvl w:val="0"/>
          <w:numId w:val="21"/>
        </w:numPr>
        <w:rPr>
          <w:lang w:val="en-GB"/>
        </w:rPr>
      </w:pPr>
      <w:r w:rsidRPr="00E04B9E">
        <w:rPr>
          <w:lang w:val="en-GB"/>
        </w:rPr>
        <w:t>Level 3 Dog Grooming course or other related Level 3 course</w:t>
      </w:r>
    </w:p>
    <w:p w14:paraId="6A86D79D" w14:textId="00DB0C7D" w:rsidR="003D4738" w:rsidRPr="003D4738" w:rsidRDefault="003D4738" w:rsidP="003D4738">
      <w:pPr>
        <w:rPr>
          <w:b/>
          <w:bCs/>
          <w:lang w:val="en-GB"/>
        </w:rPr>
      </w:pPr>
    </w:p>
    <w:p w14:paraId="520A84B7" w14:textId="77777777" w:rsidR="003D4738" w:rsidRPr="003D4738" w:rsidRDefault="003D4738" w:rsidP="003D4738">
      <w:pPr>
        <w:pStyle w:val="Heading2"/>
        <w:rPr>
          <w:lang w:val="en-GB"/>
        </w:rPr>
      </w:pPr>
      <w:r w:rsidRPr="003D4738">
        <w:rPr>
          <w:lang w:val="en-GB"/>
        </w:rPr>
        <w:lastRenderedPageBreak/>
        <w:t>Dog Grooming Level 3</w:t>
      </w:r>
    </w:p>
    <w:p w14:paraId="789242C9" w14:textId="77777777" w:rsidR="003D4738" w:rsidRPr="003D4738" w:rsidRDefault="003D4738" w:rsidP="003D4738">
      <w:pPr>
        <w:pStyle w:val="Heading3"/>
        <w:rPr>
          <w:lang w:val="en-GB"/>
        </w:rPr>
      </w:pPr>
      <w:r w:rsidRPr="003D4738">
        <w:rPr>
          <w:lang w:val="en-GB"/>
        </w:rPr>
        <w:t>Entry Requirements</w:t>
      </w:r>
    </w:p>
    <w:p w14:paraId="1E18FED9" w14:textId="77777777" w:rsidR="003D4738" w:rsidRPr="003D4738" w:rsidRDefault="003D4738" w:rsidP="009741BE">
      <w:pPr>
        <w:numPr>
          <w:ilvl w:val="0"/>
          <w:numId w:val="22"/>
        </w:numPr>
        <w:rPr>
          <w:lang w:val="en-GB"/>
        </w:rPr>
      </w:pPr>
      <w:r w:rsidRPr="003D4738">
        <w:rPr>
          <w:lang w:val="en-GB"/>
        </w:rPr>
        <w:t>Dog Grooming Assistants Level 2 qualification</w:t>
      </w:r>
    </w:p>
    <w:p w14:paraId="3FF59EFA" w14:textId="77777777" w:rsidR="003D4738" w:rsidRPr="003D4738" w:rsidRDefault="003D4738" w:rsidP="009741BE">
      <w:pPr>
        <w:numPr>
          <w:ilvl w:val="0"/>
          <w:numId w:val="22"/>
        </w:numPr>
        <w:rPr>
          <w:lang w:val="en-GB"/>
        </w:rPr>
      </w:pPr>
      <w:r w:rsidRPr="003D4738">
        <w:rPr>
          <w:lang w:val="en-GB"/>
        </w:rPr>
        <w:t>English at grade 4 or above</w:t>
      </w:r>
    </w:p>
    <w:p w14:paraId="4CE0B5FC" w14:textId="77777777" w:rsidR="003D4738" w:rsidRPr="003D4738" w:rsidRDefault="003D4738" w:rsidP="009741BE">
      <w:pPr>
        <w:numPr>
          <w:ilvl w:val="0"/>
          <w:numId w:val="22"/>
        </w:numPr>
        <w:rPr>
          <w:lang w:val="en-GB"/>
        </w:rPr>
      </w:pPr>
      <w:r w:rsidRPr="003D4738">
        <w:rPr>
          <w:lang w:val="en-GB"/>
        </w:rPr>
        <w:t>Maths 3 or above</w:t>
      </w:r>
    </w:p>
    <w:p w14:paraId="63B2643A" w14:textId="77777777" w:rsidR="003D4738" w:rsidRPr="003D4738" w:rsidRDefault="003D4738" w:rsidP="003D4738">
      <w:pPr>
        <w:pStyle w:val="Heading3"/>
        <w:rPr>
          <w:lang w:val="en-GB"/>
        </w:rPr>
      </w:pPr>
      <w:r w:rsidRPr="003D4738">
        <w:rPr>
          <w:lang w:val="en-GB"/>
        </w:rPr>
        <w:t>Progression</w:t>
      </w:r>
    </w:p>
    <w:p w14:paraId="4DBC038C" w14:textId="77777777" w:rsidR="003D4738" w:rsidRPr="003D4738" w:rsidRDefault="003D4738" w:rsidP="009741BE">
      <w:pPr>
        <w:numPr>
          <w:ilvl w:val="0"/>
          <w:numId w:val="23"/>
        </w:numPr>
        <w:rPr>
          <w:lang w:val="en-GB"/>
        </w:rPr>
      </w:pPr>
      <w:r w:rsidRPr="003D4738">
        <w:rPr>
          <w:lang w:val="en-GB"/>
        </w:rPr>
        <w:t>Level 3 Animal Management course</w:t>
      </w:r>
    </w:p>
    <w:p w14:paraId="40E10314" w14:textId="59F0AAF3" w:rsidR="003D4738" w:rsidRPr="003D4738" w:rsidRDefault="003D4738" w:rsidP="003D4738">
      <w:pPr>
        <w:rPr>
          <w:b/>
          <w:bCs/>
          <w:lang w:val="en-GB"/>
        </w:rPr>
      </w:pPr>
    </w:p>
    <w:p w14:paraId="133FDB5A" w14:textId="77777777" w:rsidR="003D4738" w:rsidRPr="003D4738" w:rsidRDefault="003D4738" w:rsidP="003D4738">
      <w:pPr>
        <w:pStyle w:val="Heading2"/>
        <w:rPr>
          <w:lang w:val="en-GB"/>
        </w:rPr>
      </w:pPr>
      <w:r w:rsidRPr="003D4738">
        <w:rPr>
          <w:lang w:val="en-GB"/>
        </w:rPr>
        <w:t>Practical Animal Care Skills Level 3</w:t>
      </w:r>
    </w:p>
    <w:p w14:paraId="13CED14F" w14:textId="77777777" w:rsidR="003D4738" w:rsidRPr="003D4738" w:rsidRDefault="003D4738" w:rsidP="003D4738">
      <w:pPr>
        <w:pStyle w:val="Heading3"/>
        <w:rPr>
          <w:lang w:val="en-GB"/>
        </w:rPr>
      </w:pPr>
      <w:r w:rsidRPr="003D4738">
        <w:rPr>
          <w:lang w:val="en-GB"/>
        </w:rPr>
        <w:t>Entry Requirements</w:t>
      </w:r>
    </w:p>
    <w:p w14:paraId="00406D5D" w14:textId="77777777" w:rsidR="003D4738" w:rsidRPr="003D4738" w:rsidRDefault="003D4738" w:rsidP="003D4738">
      <w:pPr>
        <w:rPr>
          <w:lang w:val="en-GB"/>
        </w:rPr>
      </w:pPr>
      <w:r w:rsidRPr="003D4738">
        <w:rPr>
          <w:lang w:val="en-GB"/>
        </w:rPr>
        <w:t>A minimum of four GCSEs at grade 4 and above, including:</w:t>
      </w:r>
    </w:p>
    <w:p w14:paraId="42B03BF6" w14:textId="77777777" w:rsidR="003D4738" w:rsidRPr="003D4738" w:rsidRDefault="003D4738" w:rsidP="009741BE">
      <w:pPr>
        <w:numPr>
          <w:ilvl w:val="0"/>
          <w:numId w:val="24"/>
        </w:numPr>
        <w:rPr>
          <w:lang w:val="en-GB"/>
        </w:rPr>
      </w:pPr>
      <w:r w:rsidRPr="003D4738">
        <w:rPr>
          <w:lang w:val="en-GB"/>
        </w:rPr>
        <w:t>Maths</w:t>
      </w:r>
    </w:p>
    <w:p w14:paraId="7DF92887" w14:textId="77777777" w:rsidR="003D4738" w:rsidRPr="003D4738" w:rsidRDefault="003D4738" w:rsidP="009741BE">
      <w:pPr>
        <w:numPr>
          <w:ilvl w:val="0"/>
          <w:numId w:val="24"/>
        </w:numPr>
        <w:rPr>
          <w:lang w:val="en-GB"/>
        </w:rPr>
      </w:pPr>
      <w:r w:rsidRPr="003D4738">
        <w:rPr>
          <w:lang w:val="en-GB"/>
        </w:rPr>
        <w:t>English</w:t>
      </w:r>
    </w:p>
    <w:p w14:paraId="5A94BB4D" w14:textId="77777777" w:rsidR="003D4738" w:rsidRPr="003D4738" w:rsidRDefault="003D4738" w:rsidP="003D4738">
      <w:pPr>
        <w:pStyle w:val="Heading3"/>
        <w:rPr>
          <w:lang w:val="en-GB"/>
        </w:rPr>
      </w:pPr>
      <w:r w:rsidRPr="003D4738">
        <w:rPr>
          <w:lang w:val="en-GB"/>
        </w:rPr>
        <w:t>Progression</w:t>
      </w:r>
    </w:p>
    <w:p w14:paraId="16E26758" w14:textId="77777777" w:rsidR="003D4738" w:rsidRPr="003D4738" w:rsidRDefault="003D4738" w:rsidP="009741BE">
      <w:pPr>
        <w:numPr>
          <w:ilvl w:val="0"/>
          <w:numId w:val="25"/>
        </w:numPr>
        <w:rPr>
          <w:lang w:val="en-GB"/>
        </w:rPr>
      </w:pPr>
      <w:r w:rsidRPr="003D4738">
        <w:rPr>
          <w:lang w:val="en-GB"/>
        </w:rPr>
        <w:t>You can progress to HNC Animal Management</w:t>
      </w:r>
    </w:p>
    <w:p w14:paraId="06A363CE" w14:textId="77777777" w:rsidR="003D4738" w:rsidRPr="003D4738" w:rsidRDefault="003D4738" w:rsidP="009741BE">
      <w:pPr>
        <w:numPr>
          <w:ilvl w:val="0"/>
          <w:numId w:val="25"/>
        </w:numPr>
        <w:rPr>
          <w:lang w:val="en-GB"/>
        </w:rPr>
      </w:pPr>
      <w:r w:rsidRPr="003D4738">
        <w:rPr>
          <w:lang w:val="en-GB"/>
        </w:rPr>
        <w:t>University</w:t>
      </w:r>
    </w:p>
    <w:p w14:paraId="4538783A" w14:textId="77777777" w:rsidR="003D4738" w:rsidRPr="003D4738" w:rsidRDefault="003D4738" w:rsidP="009741BE">
      <w:pPr>
        <w:numPr>
          <w:ilvl w:val="0"/>
          <w:numId w:val="25"/>
        </w:numPr>
        <w:rPr>
          <w:lang w:val="en-GB"/>
        </w:rPr>
      </w:pPr>
      <w:r w:rsidRPr="003D4738">
        <w:rPr>
          <w:lang w:val="en-GB"/>
        </w:rPr>
        <w:t>Employment</w:t>
      </w:r>
    </w:p>
    <w:p w14:paraId="38921D9E" w14:textId="32956849" w:rsidR="003D4738" w:rsidRDefault="003D4738" w:rsidP="009741BE">
      <w:pPr>
        <w:numPr>
          <w:ilvl w:val="0"/>
          <w:numId w:val="25"/>
        </w:numPr>
        <w:rPr>
          <w:lang w:val="en-GB"/>
        </w:rPr>
      </w:pPr>
      <w:r w:rsidRPr="003D4738">
        <w:rPr>
          <w:lang w:val="en-GB"/>
        </w:rPr>
        <w:t>Further study</w:t>
      </w:r>
    </w:p>
    <w:p w14:paraId="13CF81A7" w14:textId="77777777" w:rsidR="003D4738" w:rsidRPr="003D4738" w:rsidRDefault="003D4738" w:rsidP="003D4738">
      <w:pPr>
        <w:ind w:left="720"/>
        <w:rPr>
          <w:lang w:val="en-GB"/>
        </w:rPr>
      </w:pPr>
    </w:p>
    <w:p w14:paraId="5886FBEE" w14:textId="77777777" w:rsidR="003D4738" w:rsidRPr="003D4738" w:rsidRDefault="003D4738" w:rsidP="003D4738">
      <w:pPr>
        <w:pStyle w:val="Heading2"/>
        <w:rPr>
          <w:lang w:val="en-GB"/>
        </w:rPr>
      </w:pPr>
      <w:r w:rsidRPr="003D4738">
        <w:rPr>
          <w:lang w:val="en-GB"/>
        </w:rPr>
        <w:t>T Level Foundation Year Animal Care Level 2</w:t>
      </w:r>
    </w:p>
    <w:p w14:paraId="4D7BC8E1" w14:textId="77777777" w:rsidR="003D4738" w:rsidRPr="003D4738" w:rsidRDefault="003D4738" w:rsidP="003D4738">
      <w:pPr>
        <w:pStyle w:val="Heading3"/>
        <w:rPr>
          <w:lang w:val="en-GB"/>
        </w:rPr>
      </w:pPr>
      <w:r w:rsidRPr="003D4738">
        <w:rPr>
          <w:lang w:val="en-GB"/>
        </w:rPr>
        <w:t>Entry Requirements</w:t>
      </w:r>
    </w:p>
    <w:p w14:paraId="20D63D67" w14:textId="77777777" w:rsidR="003D4738" w:rsidRPr="003D4738" w:rsidRDefault="003D4738" w:rsidP="003D4738">
      <w:pPr>
        <w:rPr>
          <w:lang w:val="en-GB"/>
        </w:rPr>
      </w:pPr>
      <w:r w:rsidRPr="003D4738">
        <w:rPr>
          <w:lang w:val="en-GB"/>
        </w:rPr>
        <w:t>A minimum of four GCSEs including:</w:t>
      </w:r>
    </w:p>
    <w:p w14:paraId="55FE4DD7" w14:textId="77777777" w:rsidR="003D4738" w:rsidRPr="003D4738" w:rsidRDefault="003D4738" w:rsidP="009741BE">
      <w:pPr>
        <w:numPr>
          <w:ilvl w:val="0"/>
          <w:numId w:val="26"/>
        </w:numPr>
        <w:rPr>
          <w:lang w:val="en-GB"/>
        </w:rPr>
      </w:pPr>
      <w:r w:rsidRPr="003D4738">
        <w:rPr>
          <w:lang w:val="en-GB"/>
        </w:rPr>
        <w:t>GCSE English and Maths</w:t>
      </w:r>
    </w:p>
    <w:p w14:paraId="17FD1E81" w14:textId="77777777" w:rsidR="003D4738" w:rsidRPr="003D4738" w:rsidRDefault="003D4738" w:rsidP="009741BE">
      <w:pPr>
        <w:numPr>
          <w:ilvl w:val="0"/>
          <w:numId w:val="26"/>
        </w:numPr>
        <w:rPr>
          <w:lang w:val="en-GB"/>
        </w:rPr>
      </w:pPr>
      <w:r w:rsidRPr="003D4738">
        <w:rPr>
          <w:lang w:val="en-GB"/>
        </w:rPr>
        <w:t>One at grade 4 and one at grade 3</w:t>
      </w:r>
    </w:p>
    <w:p w14:paraId="6487F5D4" w14:textId="77777777" w:rsidR="003D4738" w:rsidRPr="003D4738" w:rsidRDefault="003D4738" w:rsidP="009741BE">
      <w:pPr>
        <w:numPr>
          <w:ilvl w:val="0"/>
          <w:numId w:val="26"/>
        </w:numPr>
        <w:rPr>
          <w:lang w:val="en-GB"/>
        </w:rPr>
      </w:pPr>
      <w:r w:rsidRPr="003D4738">
        <w:rPr>
          <w:lang w:val="en-GB"/>
        </w:rPr>
        <w:t>Science grade 4</w:t>
      </w:r>
    </w:p>
    <w:p w14:paraId="4EEEC458" w14:textId="77777777" w:rsidR="003D4738" w:rsidRPr="003D4738" w:rsidRDefault="003D4738" w:rsidP="003D4738">
      <w:pPr>
        <w:pStyle w:val="Heading3"/>
        <w:rPr>
          <w:lang w:val="en-GB"/>
        </w:rPr>
      </w:pPr>
      <w:r w:rsidRPr="003D4738">
        <w:rPr>
          <w:lang w:val="en-GB"/>
        </w:rPr>
        <w:t>Progression</w:t>
      </w:r>
    </w:p>
    <w:p w14:paraId="38EF4740" w14:textId="77777777" w:rsidR="003D4738" w:rsidRPr="003D4738" w:rsidRDefault="003D4738" w:rsidP="009741BE">
      <w:pPr>
        <w:numPr>
          <w:ilvl w:val="0"/>
          <w:numId w:val="27"/>
        </w:numPr>
        <w:rPr>
          <w:b/>
          <w:bCs/>
          <w:lang w:val="en-GB"/>
        </w:rPr>
      </w:pPr>
      <w:r w:rsidRPr="003D4738">
        <w:rPr>
          <w:b/>
          <w:bCs/>
          <w:lang w:val="en-GB"/>
        </w:rPr>
        <w:t xml:space="preserve">Animal Care and Management T Level </w:t>
      </w:r>
      <w:proofErr w:type="spellStart"/>
      <w:r w:rsidRPr="003D4738">
        <w:rPr>
          <w:b/>
          <w:bCs/>
          <w:lang w:val="en-GB"/>
        </w:rPr>
        <w:t>Level</w:t>
      </w:r>
      <w:proofErr w:type="spellEnd"/>
      <w:r w:rsidRPr="003D4738">
        <w:rPr>
          <w:b/>
          <w:bCs/>
          <w:lang w:val="en-GB"/>
        </w:rPr>
        <w:t xml:space="preserve"> 3</w:t>
      </w:r>
    </w:p>
    <w:p w14:paraId="4E8D2F93" w14:textId="1AAD9F50" w:rsidR="003D4738" w:rsidRPr="003D4738" w:rsidRDefault="003D4738" w:rsidP="003D4738">
      <w:pPr>
        <w:rPr>
          <w:b/>
          <w:bCs/>
          <w:lang w:val="en-GB"/>
        </w:rPr>
      </w:pPr>
    </w:p>
    <w:p w14:paraId="196705A1" w14:textId="77777777" w:rsidR="003D4738" w:rsidRPr="003D4738" w:rsidRDefault="003D4738" w:rsidP="003D4738">
      <w:pPr>
        <w:pStyle w:val="Heading2"/>
        <w:rPr>
          <w:lang w:val="en-GB"/>
        </w:rPr>
      </w:pPr>
      <w:r w:rsidRPr="003D4738">
        <w:rPr>
          <w:lang w:val="en-GB"/>
        </w:rPr>
        <w:lastRenderedPageBreak/>
        <w:t>T Level Animal Care and Management Level 3</w:t>
      </w:r>
    </w:p>
    <w:p w14:paraId="204FA232" w14:textId="77777777" w:rsidR="003D4738" w:rsidRPr="003D4738" w:rsidRDefault="003D4738" w:rsidP="003D4738">
      <w:pPr>
        <w:pStyle w:val="Heading3"/>
        <w:rPr>
          <w:lang w:val="en-GB"/>
        </w:rPr>
      </w:pPr>
      <w:r w:rsidRPr="003D4738">
        <w:rPr>
          <w:lang w:val="en-GB"/>
        </w:rPr>
        <w:t>Entry Requirements</w:t>
      </w:r>
    </w:p>
    <w:p w14:paraId="2A0E0E30" w14:textId="77777777" w:rsidR="003D4738" w:rsidRPr="003D4738" w:rsidRDefault="003D4738" w:rsidP="003D4738">
      <w:pPr>
        <w:rPr>
          <w:lang w:val="en-GB"/>
        </w:rPr>
      </w:pPr>
      <w:r w:rsidRPr="003D4738">
        <w:rPr>
          <w:lang w:val="en-GB"/>
        </w:rPr>
        <w:t>A minimum of five GCSEs at grade 4 or above including:</w:t>
      </w:r>
    </w:p>
    <w:p w14:paraId="78431FDA" w14:textId="77777777" w:rsidR="003D4738" w:rsidRPr="003D4738" w:rsidRDefault="003D4738" w:rsidP="009741BE">
      <w:pPr>
        <w:numPr>
          <w:ilvl w:val="0"/>
          <w:numId w:val="28"/>
        </w:numPr>
        <w:rPr>
          <w:lang w:val="en-GB"/>
        </w:rPr>
      </w:pPr>
      <w:r w:rsidRPr="003D4738">
        <w:rPr>
          <w:lang w:val="en-GB"/>
        </w:rPr>
        <w:t>English</w:t>
      </w:r>
    </w:p>
    <w:p w14:paraId="4229D4EC" w14:textId="77777777" w:rsidR="003D4738" w:rsidRPr="003D4738" w:rsidRDefault="003D4738" w:rsidP="009741BE">
      <w:pPr>
        <w:numPr>
          <w:ilvl w:val="0"/>
          <w:numId w:val="28"/>
        </w:numPr>
        <w:rPr>
          <w:lang w:val="en-GB"/>
        </w:rPr>
      </w:pPr>
      <w:r w:rsidRPr="003D4738">
        <w:rPr>
          <w:lang w:val="en-GB"/>
        </w:rPr>
        <w:t>Maths</w:t>
      </w:r>
    </w:p>
    <w:p w14:paraId="59DA3CC5" w14:textId="77777777" w:rsidR="003D4738" w:rsidRPr="003D4738" w:rsidRDefault="003D4738" w:rsidP="009741BE">
      <w:pPr>
        <w:numPr>
          <w:ilvl w:val="0"/>
          <w:numId w:val="28"/>
        </w:numPr>
        <w:rPr>
          <w:lang w:val="en-GB"/>
        </w:rPr>
      </w:pPr>
      <w:r w:rsidRPr="003D4738">
        <w:rPr>
          <w:lang w:val="en-GB"/>
        </w:rPr>
        <w:t>Science at grade 3</w:t>
      </w:r>
    </w:p>
    <w:p w14:paraId="245A4602" w14:textId="77777777" w:rsidR="003D4738" w:rsidRPr="003D4738" w:rsidRDefault="003D4738" w:rsidP="003D4738">
      <w:pPr>
        <w:pStyle w:val="Heading3"/>
        <w:rPr>
          <w:lang w:val="en-GB"/>
        </w:rPr>
      </w:pPr>
      <w:r w:rsidRPr="003D4738">
        <w:rPr>
          <w:lang w:val="en-GB"/>
        </w:rPr>
        <w:t>Progression</w:t>
      </w:r>
    </w:p>
    <w:p w14:paraId="363C788B" w14:textId="77777777" w:rsidR="003D4738" w:rsidRPr="003D4738" w:rsidRDefault="003D4738" w:rsidP="009741BE">
      <w:pPr>
        <w:numPr>
          <w:ilvl w:val="0"/>
          <w:numId w:val="29"/>
        </w:numPr>
        <w:rPr>
          <w:lang w:val="en-GB"/>
        </w:rPr>
      </w:pPr>
      <w:r w:rsidRPr="003D4738">
        <w:rPr>
          <w:lang w:val="en-GB"/>
        </w:rPr>
        <w:t>Animal Management HNC</w:t>
      </w:r>
    </w:p>
    <w:p w14:paraId="48E940B7" w14:textId="77777777" w:rsidR="003D4738" w:rsidRPr="003D4738" w:rsidRDefault="003D4738" w:rsidP="009741BE">
      <w:pPr>
        <w:numPr>
          <w:ilvl w:val="0"/>
          <w:numId w:val="29"/>
        </w:numPr>
        <w:rPr>
          <w:lang w:val="en-GB"/>
        </w:rPr>
      </w:pPr>
      <w:r w:rsidRPr="003D4738">
        <w:rPr>
          <w:lang w:val="en-GB"/>
        </w:rPr>
        <w:t>University</w:t>
      </w:r>
    </w:p>
    <w:p w14:paraId="37648C9D" w14:textId="77777777" w:rsidR="003D4738" w:rsidRPr="003D4738" w:rsidRDefault="003D4738" w:rsidP="009741BE">
      <w:pPr>
        <w:numPr>
          <w:ilvl w:val="0"/>
          <w:numId w:val="29"/>
        </w:numPr>
        <w:rPr>
          <w:lang w:val="en-GB"/>
        </w:rPr>
      </w:pPr>
      <w:r w:rsidRPr="003D4738">
        <w:rPr>
          <w:lang w:val="en-GB"/>
        </w:rPr>
        <w:t>Employment</w:t>
      </w:r>
    </w:p>
    <w:p w14:paraId="27733E99" w14:textId="77777777" w:rsidR="003D4738" w:rsidRPr="003D4738" w:rsidRDefault="003D4738" w:rsidP="009741BE">
      <w:pPr>
        <w:numPr>
          <w:ilvl w:val="0"/>
          <w:numId w:val="29"/>
        </w:numPr>
        <w:rPr>
          <w:lang w:val="en-GB"/>
        </w:rPr>
      </w:pPr>
      <w:r w:rsidRPr="003D4738">
        <w:rPr>
          <w:lang w:val="en-GB"/>
        </w:rPr>
        <w:t>Further Study</w:t>
      </w:r>
    </w:p>
    <w:p w14:paraId="79FED9D6" w14:textId="77777777" w:rsidR="003D4738" w:rsidRDefault="003D4738" w:rsidP="00556196">
      <w:pPr>
        <w:rPr>
          <w:b/>
          <w:bCs/>
          <w:lang w:val="en-GB"/>
        </w:rPr>
      </w:pPr>
    </w:p>
    <w:p w14:paraId="3ABA0F2A" w14:textId="0F211CC7" w:rsidR="001C3DC5" w:rsidRDefault="001C3DC5" w:rsidP="001C3DC5">
      <w:pPr>
        <w:pStyle w:val="Heading1"/>
        <w:rPr>
          <w:lang w:val="en-GB"/>
        </w:rPr>
      </w:pPr>
      <w:r>
        <w:rPr>
          <w:lang w:val="en-GB"/>
        </w:rPr>
        <w:t xml:space="preserve">Business and Enterprise </w:t>
      </w:r>
    </w:p>
    <w:p w14:paraId="7F8CE9AB" w14:textId="2DDB2A66" w:rsidR="001C3DC5" w:rsidRDefault="001C3DC5" w:rsidP="001C3DC5">
      <w:pPr>
        <w:rPr>
          <w:lang w:val="en-GB"/>
        </w:rPr>
      </w:pPr>
      <w:r w:rsidRPr="001C3DC5">
        <w:rPr>
          <w:lang w:val="en-GB"/>
        </w:rPr>
        <w:t>Our interactive approach to learning will introduce you to the professional world of business. Whether you’re interested in finance or marketing, this is the ideal platform to prepare you for a career in business.</w:t>
      </w:r>
    </w:p>
    <w:p w14:paraId="0D16F30C" w14:textId="22DDE03A" w:rsidR="001C3DC5" w:rsidRDefault="001C3DC5" w:rsidP="001C3DC5">
      <w:pPr>
        <w:rPr>
          <w:lang w:val="en-GB"/>
        </w:rPr>
      </w:pPr>
      <w:r w:rsidRPr="001C3DC5">
        <w:rPr>
          <w:lang w:val="en-GB"/>
        </w:rPr>
        <w:t>Covering a wide range of business</w:t>
      </w:r>
      <w:r>
        <w:rPr>
          <w:lang w:val="en-GB"/>
        </w:rPr>
        <w:t xml:space="preserve"> </w:t>
      </w:r>
      <w:r w:rsidRPr="001C3DC5">
        <w:rPr>
          <w:lang w:val="en-GB"/>
        </w:rPr>
        <w:t>skills, from planning campaigns</w:t>
      </w:r>
      <w:r>
        <w:rPr>
          <w:lang w:val="en-GB"/>
        </w:rPr>
        <w:t xml:space="preserve"> </w:t>
      </w:r>
      <w:r w:rsidRPr="001C3DC5">
        <w:rPr>
          <w:lang w:val="en-GB"/>
        </w:rPr>
        <w:t>to decision making, our business</w:t>
      </w:r>
      <w:r>
        <w:rPr>
          <w:lang w:val="en-GB"/>
        </w:rPr>
        <w:t xml:space="preserve"> </w:t>
      </w:r>
      <w:r w:rsidRPr="001C3DC5">
        <w:rPr>
          <w:lang w:val="en-GB"/>
        </w:rPr>
        <w:t>courses don’t just cover theory but</w:t>
      </w:r>
      <w:r>
        <w:rPr>
          <w:lang w:val="en-GB"/>
        </w:rPr>
        <w:t xml:space="preserve"> </w:t>
      </w:r>
      <w:r w:rsidRPr="001C3DC5">
        <w:rPr>
          <w:lang w:val="en-GB"/>
        </w:rPr>
        <w:t>offer you the chance to work on live</w:t>
      </w:r>
      <w:r>
        <w:rPr>
          <w:lang w:val="en-GB"/>
        </w:rPr>
        <w:t xml:space="preserve"> </w:t>
      </w:r>
      <w:r w:rsidRPr="001C3DC5">
        <w:rPr>
          <w:lang w:val="en-GB"/>
        </w:rPr>
        <w:t>briefs set by our employer partners</w:t>
      </w:r>
      <w:r>
        <w:rPr>
          <w:lang w:val="en-GB"/>
        </w:rPr>
        <w:t xml:space="preserve"> </w:t>
      </w:r>
      <w:r w:rsidRPr="001C3DC5">
        <w:rPr>
          <w:lang w:val="en-GB"/>
        </w:rPr>
        <w:t>to give you practical experience</w:t>
      </w:r>
      <w:r>
        <w:rPr>
          <w:lang w:val="en-GB"/>
        </w:rPr>
        <w:t xml:space="preserve"> </w:t>
      </w:r>
      <w:r w:rsidRPr="001C3DC5">
        <w:rPr>
          <w:lang w:val="en-GB"/>
        </w:rPr>
        <w:t>from the get-go.</w:t>
      </w:r>
    </w:p>
    <w:p w14:paraId="6FD7E38F" w14:textId="73DEA506" w:rsidR="001C3DC5" w:rsidRDefault="001C3DC5" w:rsidP="001C3DC5">
      <w:pPr>
        <w:pStyle w:val="Heading2"/>
        <w:rPr>
          <w:lang w:val="en-GB"/>
        </w:rPr>
      </w:pPr>
      <w:r>
        <w:rPr>
          <w:lang w:val="en-GB"/>
        </w:rPr>
        <w:t>Average Salaries</w:t>
      </w:r>
    </w:p>
    <w:p w14:paraId="020F860D" w14:textId="17F6CAED" w:rsidR="001C3DC5" w:rsidRPr="001C3DC5" w:rsidRDefault="001C3DC5" w:rsidP="001C3DC5">
      <w:pPr>
        <w:rPr>
          <w:lang w:val="en-GB"/>
        </w:rPr>
      </w:pPr>
      <w:r w:rsidRPr="001C3DC5">
        <w:rPr>
          <w:lang w:val="en-GB"/>
        </w:rPr>
        <w:t>£79,820</w:t>
      </w:r>
      <w:r>
        <w:rPr>
          <w:lang w:val="en-GB"/>
        </w:rPr>
        <w:t xml:space="preserve"> </w:t>
      </w:r>
      <w:r w:rsidRPr="001C3DC5">
        <w:rPr>
          <w:lang w:val="en-GB"/>
        </w:rPr>
        <w:t>Marketing, Sales and</w:t>
      </w:r>
      <w:r>
        <w:rPr>
          <w:lang w:val="en-GB"/>
        </w:rPr>
        <w:t xml:space="preserve"> </w:t>
      </w:r>
      <w:r w:rsidRPr="001C3DC5">
        <w:rPr>
          <w:lang w:val="en-GB"/>
        </w:rPr>
        <w:t>Advertising Directors</w:t>
      </w:r>
    </w:p>
    <w:p w14:paraId="798242B2" w14:textId="05E47F71" w:rsidR="001C3DC5" w:rsidRPr="001C3DC5" w:rsidRDefault="001C3DC5" w:rsidP="001C3DC5">
      <w:pPr>
        <w:rPr>
          <w:lang w:val="en-GB"/>
        </w:rPr>
      </w:pPr>
      <w:r w:rsidRPr="001C3DC5">
        <w:rPr>
          <w:lang w:val="en-GB"/>
        </w:rPr>
        <w:t>£58,340</w:t>
      </w:r>
      <w:r>
        <w:rPr>
          <w:lang w:val="en-GB"/>
        </w:rPr>
        <w:t xml:space="preserve"> </w:t>
      </w:r>
      <w:r w:rsidRPr="001C3DC5">
        <w:rPr>
          <w:lang w:val="en-GB"/>
        </w:rPr>
        <w:t>Business, Research</w:t>
      </w:r>
      <w:r>
        <w:rPr>
          <w:lang w:val="en-GB"/>
        </w:rPr>
        <w:t xml:space="preserve"> </w:t>
      </w:r>
      <w:r w:rsidRPr="001C3DC5">
        <w:rPr>
          <w:lang w:val="en-GB"/>
        </w:rPr>
        <w:t>and Administrative</w:t>
      </w:r>
      <w:r>
        <w:rPr>
          <w:lang w:val="en-GB"/>
        </w:rPr>
        <w:t xml:space="preserve"> </w:t>
      </w:r>
      <w:r w:rsidRPr="001C3DC5">
        <w:rPr>
          <w:lang w:val="en-GB"/>
        </w:rPr>
        <w:t>Professionals</w:t>
      </w:r>
    </w:p>
    <w:p w14:paraId="4DA1C4A8" w14:textId="3115F79E" w:rsidR="001C3DC5" w:rsidRDefault="001C3DC5" w:rsidP="001C3DC5">
      <w:pPr>
        <w:rPr>
          <w:lang w:val="en-GB"/>
        </w:rPr>
      </w:pPr>
      <w:r w:rsidRPr="001C3DC5">
        <w:rPr>
          <w:lang w:val="en-GB"/>
        </w:rPr>
        <w:t>£44,340</w:t>
      </w:r>
      <w:r>
        <w:rPr>
          <w:lang w:val="en-GB"/>
        </w:rPr>
        <w:t xml:space="preserve"> </w:t>
      </w:r>
      <w:r w:rsidRPr="001C3DC5">
        <w:rPr>
          <w:lang w:val="en-GB"/>
        </w:rPr>
        <w:t>Management</w:t>
      </w:r>
      <w:r>
        <w:rPr>
          <w:lang w:val="en-GB"/>
        </w:rPr>
        <w:t xml:space="preserve"> </w:t>
      </w:r>
      <w:r w:rsidRPr="001C3DC5">
        <w:rPr>
          <w:lang w:val="en-GB"/>
        </w:rPr>
        <w:t>Consultants and</w:t>
      </w:r>
      <w:r>
        <w:rPr>
          <w:lang w:val="en-GB"/>
        </w:rPr>
        <w:t xml:space="preserve"> </w:t>
      </w:r>
      <w:r w:rsidRPr="001C3DC5">
        <w:rPr>
          <w:lang w:val="en-GB"/>
        </w:rPr>
        <w:t>Business Analysts</w:t>
      </w:r>
    </w:p>
    <w:p w14:paraId="696184FC" w14:textId="47812F11" w:rsidR="001C3DC5" w:rsidRDefault="001C3DC5" w:rsidP="001C3DC5">
      <w:pPr>
        <w:pStyle w:val="Heading2"/>
        <w:rPr>
          <w:lang w:val="en-GB"/>
        </w:rPr>
      </w:pPr>
      <w:r>
        <w:rPr>
          <w:lang w:val="en-GB"/>
        </w:rPr>
        <w:t xml:space="preserve">Case Study </w:t>
      </w:r>
    </w:p>
    <w:p w14:paraId="389D6B75" w14:textId="656B7C37" w:rsidR="001C3DC5" w:rsidRDefault="001C3DC5" w:rsidP="001C3DC5">
      <w:pPr>
        <w:rPr>
          <w:lang w:val="en-GB"/>
        </w:rPr>
      </w:pPr>
      <w:r w:rsidRPr="001C3DC5">
        <w:rPr>
          <w:lang w:val="en-GB"/>
        </w:rPr>
        <w:t>“The support from</w:t>
      </w:r>
      <w:r>
        <w:rPr>
          <w:lang w:val="en-GB"/>
        </w:rPr>
        <w:t xml:space="preserve"> </w:t>
      </w:r>
      <w:r w:rsidRPr="001C3DC5">
        <w:rPr>
          <w:lang w:val="en-GB"/>
        </w:rPr>
        <w:t>my tutors has been</w:t>
      </w:r>
      <w:r>
        <w:rPr>
          <w:lang w:val="en-GB"/>
        </w:rPr>
        <w:t xml:space="preserve"> </w:t>
      </w:r>
      <w:r w:rsidRPr="001C3DC5">
        <w:rPr>
          <w:lang w:val="en-GB"/>
        </w:rPr>
        <w:t>great and it has really</w:t>
      </w:r>
      <w:r>
        <w:rPr>
          <w:lang w:val="en-GB"/>
        </w:rPr>
        <w:t xml:space="preserve"> </w:t>
      </w:r>
      <w:r w:rsidRPr="001C3DC5">
        <w:rPr>
          <w:lang w:val="en-GB"/>
        </w:rPr>
        <w:t>helped me with</w:t>
      </w:r>
      <w:r>
        <w:rPr>
          <w:lang w:val="en-GB"/>
        </w:rPr>
        <w:t xml:space="preserve"> </w:t>
      </w:r>
      <w:r w:rsidRPr="001C3DC5">
        <w:rPr>
          <w:lang w:val="en-GB"/>
        </w:rPr>
        <w:t>getting through the</w:t>
      </w:r>
      <w:r>
        <w:rPr>
          <w:lang w:val="en-GB"/>
        </w:rPr>
        <w:t xml:space="preserve"> </w:t>
      </w:r>
      <w:r w:rsidRPr="001C3DC5">
        <w:rPr>
          <w:lang w:val="en-GB"/>
        </w:rPr>
        <w:t>course.”</w:t>
      </w:r>
    </w:p>
    <w:p w14:paraId="5CFAD69C" w14:textId="77777777" w:rsidR="001C3DC5" w:rsidRPr="001C3DC5" w:rsidRDefault="001C3DC5" w:rsidP="001C3DC5">
      <w:pPr>
        <w:rPr>
          <w:lang w:val="en-GB"/>
        </w:rPr>
      </w:pPr>
      <w:r w:rsidRPr="001C3DC5">
        <w:rPr>
          <w:lang w:val="en-GB"/>
        </w:rPr>
        <w:t>Bobby</w:t>
      </w:r>
    </w:p>
    <w:p w14:paraId="13AE7B46" w14:textId="4E84C57A" w:rsidR="001C3DC5" w:rsidRDefault="001C3DC5" w:rsidP="001C3DC5">
      <w:pPr>
        <w:rPr>
          <w:i/>
          <w:iCs/>
          <w:lang w:val="en-GB"/>
        </w:rPr>
      </w:pPr>
      <w:r w:rsidRPr="001C3DC5">
        <w:rPr>
          <w:i/>
          <w:iCs/>
          <w:lang w:val="en-GB"/>
        </w:rPr>
        <w:t>T Level Management and</w:t>
      </w:r>
      <w:r>
        <w:rPr>
          <w:i/>
          <w:iCs/>
          <w:lang w:val="en-GB"/>
        </w:rPr>
        <w:t xml:space="preserve"> </w:t>
      </w:r>
      <w:r w:rsidRPr="001C3DC5">
        <w:rPr>
          <w:i/>
          <w:iCs/>
          <w:lang w:val="en-GB"/>
        </w:rPr>
        <w:t>Administration: Team Leadership</w:t>
      </w:r>
      <w:r>
        <w:rPr>
          <w:i/>
          <w:iCs/>
          <w:lang w:val="en-GB"/>
        </w:rPr>
        <w:t xml:space="preserve"> </w:t>
      </w:r>
      <w:r w:rsidRPr="001C3DC5">
        <w:rPr>
          <w:i/>
          <w:iCs/>
          <w:lang w:val="en-GB"/>
        </w:rPr>
        <w:t>and Management</w:t>
      </w:r>
    </w:p>
    <w:p w14:paraId="4EA257D9" w14:textId="77777777" w:rsidR="001C3DC5" w:rsidRDefault="001C3DC5" w:rsidP="001C3DC5">
      <w:pPr>
        <w:rPr>
          <w:i/>
          <w:iCs/>
          <w:lang w:val="en-GB"/>
        </w:rPr>
      </w:pPr>
    </w:p>
    <w:p w14:paraId="569899B2" w14:textId="77777777" w:rsidR="001C3DC5" w:rsidRPr="001C3DC5" w:rsidRDefault="001C3DC5" w:rsidP="001C3DC5">
      <w:pPr>
        <w:pStyle w:val="Heading2"/>
        <w:rPr>
          <w:lang w:val="en-GB"/>
        </w:rPr>
      </w:pPr>
      <w:r w:rsidRPr="001C3DC5">
        <w:rPr>
          <w:lang w:val="en-GB"/>
        </w:rPr>
        <w:lastRenderedPageBreak/>
        <w:t>Business and Retail Level 1</w:t>
      </w:r>
    </w:p>
    <w:p w14:paraId="250DCB10" w14:textId="45E34BF5" w:rsidR="001C3DC5" w:rsidRPr="001C3DC5" w:rsidRDefault="001C3DC5" w:rsidP="001C3DC5">
      <w:pPr>
        <w:pStyle w:val="Heading3"/>
        <w:rPr>
          <w:lang w:val="en-GB"/>
        </w:rPr>
      </w:pPr>
      <w:r w:rsidRPr="001C3DC5">
        <w:rPr>
          <w:lang w:val="en-GB"/>
        </w:rPr>
        <w:t>Entry Requirements</w:t>
      </w:r>
    </w:p>
    <w:p w14:paraId="6AA3ED8B" w14:textId="3BE5E101" w:rsidR="001C3DC5" w:rsidRPr="001C3DC5" w:rsidRDefault="001C3DC5" w:rsidP="001C3DC5">
      <w:pPr>
        <w:rPr>
          <w:lang w:val="en-GB"/>
        </w:rPr>
      </w:pPr>
      <w:r w:rsidRPr="001C3DC5">
        <w:rPr>
          <w:lang w:val="en-GB"/>
        </w:rPr>
        <w:t>A minimum of four GCSEs with the following grades:</w:t>
      </w:r>
    </w:p>
    <w:p w14:paraId="2DDCCEE8" w14:textId="77777777" w:rsidR="001C3DC5" w:rsidRPr="001C3DC5" w:rsidRDefault="001C3DC5" w:rsidP="009741BE">
      <w:pPr>
        <w:pStyle w:val="ListParagraph"/>
        <w:numPr>
          <w:ilvl w:val="0"/>
          <w:numId w:val="30"/>
        </w:numPr>
        <w:rPr>
          <w:lang w:val="en-GB"/>
        </w:rPr>
      </w:pPr>
      <w:r w:rsidRPr="001C3DC5">
        <w:rPr>
          <w:lang w:val="en-GB"/>
        </w:rPr>
        <w:t>English at 2 or above</w:t>
      </w:r>
    </w:p>
    <w:p w14:paraId="0AFA52DB" w14:textId="77777777" w:rsidR="001C3DC5" w:rsidRPr="001C3DC5" w:rsidRDefault="001C3DC5" w:rsidP="009741BE">
      <w:pPr>
        <w:pStyle w:val="ListParagraph"/>
        <w:numPr>
          <w:ilvl w:val="0"/>
          <w:numId w:val="30"/>
        </w:numPr>
        <w:rPr>
          <w:lang w:val="en-GB"/>
        </w:rPr>
      </w:pPr>
      <w:r w:rsidRPr="001C3DC5">
        <w:rPr>
          <w:lang w:val="en-GB"/>
        </w:rPr>
        <w:t>Maths at 2 or above</w:t>
      </w:r>
    </w:p>
    <w:p w14:paraId="76DBEE6D" w14:textId="5776DD14" w:rsidR="001C3DC5" w:rsidRPr="001C3DC5" w:rsidRDefault="001C3DC5" w:rsidP="009741BE">
      <w:pPr>
        <w:pStyle w:val="ListParagraph"/>
        <w:numPr>
          <w:ilvl w:val="0"/>
          <w:numId w:val="30"/>
        </w:numPr>
        <w:rPr>
          <w:lang w:val="en-GB"/>
        </w:rPr>
      </w:pPr>
      <w:r w:rsidRPr="001C3DC5">
        <w:rPr>
          <w:lang w:val="en-GB"/>
        </w:rPr>
        <w:t>Two other GCSEs at 2 or above</w:t>
      </w:r>
    </w:p>
    <w:p w14:paraId="5835F4C2" w14:textId="77777777" w:rsidR="001C3DC5" w:rsidRPr="001C3DC5" w:rsidRDefault="001C3DC5" w:rsidP="001C3DC5">
      <w:pPr>
        <w:pStyle w:val="Heading3"/>
        <w:rPr>
          <w:lang w:val="en-GB"/>
        </w:rPr>
      </w:pPr>
      <w:r w:rsidRPr="001C3DC5">
        <w:rPr>
          <w:lang w:val="en-GB"/>
        </w:rPr>
        <w:t>Progression</w:t>
      </w:r>
    </w:p>
    <w:p w14:paraId="28FB9E2E" w14:textId="77777777" w:rsidR="001C3DC5" w:rsidRPr="001C3DC5" w:rsidRDefault="001C3DC5" w:rsidP="001C3DC5">
      <w:pPr>
        <w:rPr>
          <w:lang w:val="en-GB"/>
        </w:rPr>
      </w:pPr>
      <w:r w:rsidRPr="001C3DC5">
        <w:rPr>
          <w:lang w:val="en-GB"/>
        </w:rPr>
        <w:t>Business Level 2</w:t>
      </w:r>
    </w:p>
    <w:p w14:paraId="57F00D2C" w14:textId="77777777" w:rsidR="001C3DC5" w:rsidRPr="001C3DC5" w:rsidRDefault="001C3DC5" w:rsidP="001C3DC5">
      <w:pPr>
        <w:pStyle w:val="Heading2"/>
        <w:rPr>
          <w:lang w:val="en-GB"/>
        </w:rPr>
      </w:pPr>
      <w:r w:rsidRPr="001C3DC5">
        <w:rPr>
          <w:lang w:val="en-GB"/>
        </w:rPr>
        <w:t>Vocational Studies Business Level 1</w:t>
      </w:r>
    </w:p>
    <w:p w14:paraId="4CBF4AB2" w14:textId="518E9535" w:rsidR="001C3DC5" w:rsidRPr="001C3DC5" w:rsidRDefault="001C3DC5" w:rsidP="001C3DC5">
      <w:pPr>
        <w:pStyle w:val="Heading3"/>
        <w:rPr>
          <w:lang w:val="en-GB"/>
        </w:rPr>
      </w:pPr>
      <w:r w:rsidRPr="001C3DC5">
        <w:rPr>
          <w:lang w:val="en-GB"/>
        </w:rPr>
        <w:t>Entry Requirements</w:t>
      </w:r>
    </w:p>
    <w:p w14:paraId="063065B0" w14:textId="4F6F03EF" w:rsidR="001C3DC5" w:rsidRPr="001C3DC5" w:rsidRDefault="001C3DC5" w:rsidP="001C3DC5">
      <w:pPr>
        <w:rPr>
          <w:lang w:val="en-GB"/>
        </w:rPr>
      </w:pPr>
      <w:r w:rsidRPr="001C3DC5">
        <w:rPr>
          <w:lang w:val="en-GB"/>
        </w:rPr>
        <w:t>A minimum of four GCSEs with the following grades:</w:t>
      </w:r>
    </w:p>
    <w:p w14:paraId="09B9CCBC" w14:textId="77777777" w:rsidR="001C3DC5" w:rsidRPr="001C3DC5" w:rsidRDefault="001C3DC5" w:rsidP="009741BE">
      <w:pPr>
        <w:pStyle w:val="ListParagraph"/>
        <w:numPr>
          <w:ilvl w:val="0"/>
          <w:numId w:val="31"/>
        </w:numPr>
        <w:rPr>
          <w:lang w:val="en-GB"/>
        </w:rPr>
      </w:pPr>
      <w:r w:rsidRPr="001C3DC5">
        <w:rPr>
          <w:lang w:val="en-GB"/>
        </w:rPr>
        <w:t>English at 2 or above</w:t>
      </w:r>
    </w:p>
    <w:p w14:paraId="37EFF9D3" w14:textId="77777777" w:rsidR="001C3DC5" w:rsidRPr="001C3DC5" w:rsidRDefault="001C3DC5" w:rsidP="009741BE">
      <w:pPr>
        <w:pStyle w:val="ListParagraph"/>
        <w:numPr>
          <w:ilvl w:val="0"/>
          <w:numId w:val="31"/>
        </w:numPr>
        <w:rPr>
          <w:lang w:val="en-GB"/>
        </w:rPr>
      </w:pPr>
      <w:r w:rsidRPr="001C3DC5">
        <w:rPr>
          <w:lang w:val="en-GB"/>
        </w:rPr>
        <w:t>Maths at 2 or above</w:t>
      </w:r>
    </w:p>
    <w:p w14:paraId="47A98ED3" w14:textId="32ED90DA" w:rsidR="001C3DC5" w:rsidRPr="001C3DC5" w:rsidRDefault="001C3DC5" w:rsidP="009741BE">
      <w:pPr>
        <w:pStyle w:val="ListParagraph"/>
        <w:numPr>
          <w:ilvl w:val="0"/>
          <w:numId w:val="31"/>
        </w:numPr>
        <w:rPr>
          <w:lang w:val="en-GB"/>
        </w:rPr>
      </w:pPr>
      <w:r w:rsidRPr="001C3DC5">
        <w:rPr>
          <w:lang w:val="en-GB"/>
        </w:rPr>
        <w:t>Two other GCSEs at 2 or above</w:t>
      </w:r>
    </w:p>
    <w:p w14:paraId="71B5A82D" w14:textId="77777777" w:rsidR="001C3DC5" w:rsidRPr="001C3DC5" w:rsidRDefault="001C3DC5" w:rsidP="001C3DC5">
      <w:pPr>
        <w:pStyle w:val="Heading3"/>
        <w:rPr>
          <w:lang w:val="en-GB"/>
        </w:rPr>
      </w:pPr>
      <w:r w:rsidRPr="001C3DC5">
        <w:rPr>
          <w:lang w:val="en-GB"/>
        </w:rPr>
        <w:t>Progression</w:t>
      </w:r>
    </w:p>
    <w:p w14:paraId="6101B132" w14:textId="77777777" w:rsidR="001C3DC5" w:rsidRPr="001C3DC5" w:rsidRDefault="001C3DC5" w:rsidP="001C3DC5">
      <w:pPr>
        <w:rPr>
          <w:lang w:val="en-GB"/>
        </w:rPr>
      </w:pPr>
      <w:r w:rsidRPr="001C3DC5">
        <w:rPr>
          <w:lang w:val="en-GB"/>
        </w:rPr>
        <w:t>Business Level 2</w:t>
      </w:r>
    </w:p>
    <w:p w14:paraId="18F7A5E8" w14:textId="77777777" w:rsidR="001C3DC5" w:rsidRPr="001C3DC5" w:rsidRDefault="001C3DC5" w:rsidP="001C3DC5">
      <w:pPr>
        <w:pStyle w:val="Heading2"/>
        <w:rPr>
          <w:lang w:val="en-GB"/>
        </w:rPr>
      </w:pPr>
      <w:r w:rsidRPr="001C3DC5">
        <w:rPr>
          <w:lang w:val="en-GB"/>
        </w:rPr>
        <w:t>Business Level 2</w:t>
      </w:r>
    </w:p>
    <w:p w14:paraId="1122CE5A" w14:textId="2ADDBFA6" w:rsidR="001C3DC5" w:rsidRPr="001C3DC5" w:rsidRDefault="001C3DC5" w:rsidP="001C3DC5">
      <w:pPr>
        <w:pStyle w:val="Heading3"/>
        <w:rPr>
          <w:lang w:val="en-GB"/>
        </w:rPr>
      </w:pPr>
      <w:r w:rsidRPr="001C3DC5">
        <w:rPr>
          <w:lang w:val="en-GB"/>
        </w:rPr>
        <w:t>Entry Requirements</w:t>
      </w:r>
    </w:p>
    <w:p w14:paraId="2E1263D0" w14:textId="180E0E76" w:rsidR="001C3DC5" w:rsidRPr="001C3DC5" w:rsidRDefault="001C3DC5" w:rsidP="001C3DC5">
      <w:pPr>
        <w:rPr>
          <w:lang w:val="en-GB"/>
        </w:rPr>
      </w:pPr>
      <w:r w:rsidRPr="001C3DC5">
        <w:rPr>
          <w:lang w:val="en-GB"/>
        </w:rPr>
        <w:t>A minimum of four GCSEs with the following grades:</w:t>
      </w:r>
    </w:p>
    <w:p w14:paraId="128BFFB4" w14:textId="77777777" w:rsidR="001C3DC5" w:rsidRPr="001C3DC5" w:rsidRDefault="001C3DC5" w:rsidP="009741BE">
      <w:pPr>
        <w:pStyle w:val="ListParagraph"/>
        <w:numPr>
          <w:ilvl w:val="0"/>
          <w:numId w:val="32"/>
        </w:numPr>
        <w:rPr>
          <w:lang w:val="en-GB"/>
        </w:rPr>
      </w:pPr>
      <w:r w:rsidRPr="001C3DC5">
        <w:rPr>
          <w:lang w:val="en-GB"/>
        </w:rPr>
        <w:t>English and Maths at 3 or above</w:t>
      </w:r>
    </w:p>
    <w:p w14:paraId="2E1FAD5B" w14:textId="102272D2" w:rsidR="001C3DC5" w:rsidRPr="001C3DC5" w:rsidRDefault="001C3DC5" w:rsidP="009741BE">
      <w:pPr>
        <w:pStyle w:val="ListParagraph"/>
        <w:numPr>
          <w:ilvl w:val="0"/>
          <w:numId w:val="32"/>
        </w:numPr>
        <w:rPr>
          <w:lang w:val="en-GB"/>
        </w:rPr>
      </w:pPr>
      <w:r w:rsidRPr="001C3DC5">
        <w:rPr>
          <w:lang w:val="en-GB"/>
        </w:rPr>
        <w:t>Two other GCSEs at 3 or above</w:t>
      </w:r>
    </w:p>
    <w:p w14:paraId="0708F7F0" w14:textId="77777777" w:rsidR="001C3DC5" w:rsidRPr="001C3DC5" w:rsidRDefault="001C3DC5" w:rsidP="001C3DC5">
      <w:pPr>
        <w:pStyle w:val="Heading3"/>
        <w:rPr>
          <w:lang w:val="en-GB"/>
        </w:rPr>
      </w:pPr>
      <w:r w:rsidRPr="001C3DC5">
        <w:rPr>
          <w:lang w:val="en-GB"/>
        </w:rPr>
        <w:t>Progression</w:t>
      </w:r>
    </w:p>
    <w:p w14:paraId="7E1C6A88" w14:textId="77777777" w:rsidR="001C3DC5" w:rsidRPr="001C3DC5" w:rsidRDefault="001C3DC5" w:rsidP="009741BE">
      <w:pPr>
        <w:pStyle w:val="ListParagraph"/>
        <w:numPr>
          <w:ilvl w:val="0"/>
          <w:numId w:val="33"/>
        </w:numPr>
        <w:rPr>
          <w:lang w:val="en-GB"/>
        </w:rPr>
      </w:pPr>
      <w:r w:rsidRPr="001C3DC5">
        <w:rPr>
          <w:lang w:val="en-GB"/>
        </w:rPr>
        <w:t>Business (Leadership and Management) Level 3</w:t>
      </w:r>
    </w:p>
    <w:p w14:paraId="232FD407" w14:textId="77777777" w:rsidR="001C3DC5" w:rsidRPr="001C3DC5" w:rsidRDefault="001C3DC5" w:rsidP="009741BE">
      <w:pPr>
        <w:pStyle w:val="ListParagraph"/>
        <w:numPr>
          <w:ilvl w:val="0"/>
          <w:numId w:val="33"/>
        </w:numPr>
        <w:rPr>
          <w:lang w:val="en-GB"/>
        </w:rPr>
      </w:pPr>
      <w:r w:rsidRPr="001C3DC5">
        <w:rPr>
          <w:lang w:val="en-GB"/>
        </w:rPr>
        <w:t>Accountancy Apprenticeship</w:t>
      </w:r>
    </w:p>
    <w:p w14:paraId="7CE5C451" w14:textId="77777777" w:rsidR="001C3DC5" w:rsidRPr="001C3DC5" w:rsidRDefault="001C3DC5" w:rsidP="009741BE">
      <w:pPr>
        <w:pStyle w:val="ListParagraph"/>
        <w:numPr>
          <w:ilvl w:val="0"/>
          <w:numId w:val="33"/>
        </w:numPr>
        <w:rPr>
          <w:lang w:val="en-GB"/>
        </w:rPr>
      </w:pPr>
      <w:r w:rsidRPr="001C3DC5">
        <w:rPr>
          <w:lang w:val="en-GB"/>
        </w:rPr>
        <w:t xml:space="preserve">Business and Administration: Team Leadership and Management T Level </w:t>
      </w:r>
      <w:proofErr w:type="spellStart"/>
      <w:r w:rsidRPr="001C3DC5">
        <w:rPr>
          <w:lang w:val="en-GB"/>
        </w:rPr>
        <w:t>Level</w:t>
      </w:r>
      <w:proofErr w:type="spellEnd"/>
      <w:r w:rsidRPr="001C3DC5">
        <w:rPr>
          <w:lang w:val="en-GB"/>
        </w:rPr>
        <w:t xml:space="preserve"> 3</w:t>
      </w:r>
    </w:p>
    <w:p w14:paraId="15A944F9" w14:textId="77777777" w:rsidR="001C3DC5" w:rsidRPr="001C3DC5" w:rsidRDefault="001C3DC5" w:rsidP="009741BE">
      <w:pPr>
        <w:pStyle w:val="ListParagraph"/>
        <w:numPr>
          <w:ilvl w:val="0"/>
          <w:numId w:val="33"/>
        </w:numPr>
        <w:rPr>
          <w:lang w:val="en-GB"/>
        </w:rPr>
      </w:pPr>
      <w:r w:rsidRPr="001C3DC5">
        <w:rPr>
          <w:lang w:val="en-GB"/>
        </w:rPr>
        <w:t>T Level Legal Services Level 3</w:t>
      </w:r>
    </w:p>
    <w:p w14:paraId="19C7CD84" w14:textId="77777777" w:rsidR="001C3DC5" w:rsidRPr="001C3DC5" w:rsidRDefault="001C3DC5" w:rsidP="001C3DC5">
      <w:pPr>
        <w:pStyle w:val="Heading2"/>
        <w:rPr>
          <w:lang w:val="en-GB"/>
        </w:rPr>
      </w:pPr>
      <w:r w:rsidRPr="001C3DC5">
        <w:rPr>
          <w:lang w:val="en-GB"/>
        </w:rPr>
        <w:t>Business, Law and Legal Work Level 2</w:t>
      </w:r>
    </w:p>
    <w:p w14:paraId="7BF78B09" w14:textId="55373F67" w:rsidR="001C3DC5" w:rsidRPr="001C3DC5" w:rsidRDefault="001C3DC5" w:rsidP="001C3DC5">
      <w:pPr>
        <w:pStyle w:val="Heading3"/>
        <w:rPr>
          <w:lang w:val="en-GB"/>
        </w:rPr>
      </w:pPr>
      <w:r w:rsidRPr="001C3DC5">
        <w:rPr>
          <w:lang w:val="en-GB"/>
        </w:rPr>
        <w:t>Entry Requirements</w:t>
      </w:r>
    </w:p>
    <w:p w14:paraId="59B4EC17" w14:textId="55EB2E90" w:rsidR="001C3DC5" w:rsidRPr="001C3DC5" w:rsidRDefault="001C3DC5" w:rsidP="001C3DC5">
      <w:pPr>
        <w:rPr>
          <w:lang w:val="en-GB"/>
        </w:rPr>
      </w:pPr>
      <w:r w:rsidRPr="001C3DC5">
        <w:rPr>
          <w:lang w:val="en-GB"/>
        </w:rPr>
        <w:t>A minimum of four GCSEs with the following grades:</w:t>
      </w:r>
    </w:p>
    <w:p w14:paraId="0CD20653" w14:textId="77777777" w:rsidR="001C3DC5" w:rsidRPr="001C3DC5" w:rsidRDefault="001C3DC5" w:rsidP="009741BE">
      <w:pPr>
        <w:pStyle w:val="ListParagraph"/>
        <w:numPr>
          <w:ilvl w:val="0"/>
          <w:numId w:val="34"/>
        </w:numPr>
        <w:rPr>
          <w:lang w:val="en-GB"/>
        </w:rPr>
      </w:pPr>
      <w:r w:rsidRPr="001C3DC5">
        <w:rPr>
          <w:lang w:val="en-GB"/>
        </w:rPr>
        <w:t>English and Maths at 3 or above</w:t>
      </w:r>
    </w:p>
    <w:p w14:paraId="70495B11" w14:textId="77777777" w:rsidR="001C3DC5" w:rsidRPr="001C3DC5" w:rsidRDefault="001C3DC5" w:rsidP="009741BE">
      <w:pPr>
        <w:pStyle w:val="ListParagraph"/>
        <w:numPr>
          <w:ilvl w:val="0"/>
          <w:numId w:val="34"/>
        </w:numPr>
        <w:rPr>
          <w:lang w:val="en-GB"/>
        </w:rPr>
      </w:pPr>
      <w:r w:rsidRPr="001C3DC5">
        <w:rPr>
          <w:lang w:val="en-GB"/>
        </w:rPr>
        <w:t>Two other GCSEs at 3 or above</w:t>
      </w:r>
    </w:p>
    <w:p w14:paraId="49378EDD" w14:textId="77777777" w:rsidR="001C3DC5" w:rsidRPr="001C3DC5" w:rsidRDefault="001C3DC5" w:rsidP="001C3DC5">
      <w:pPr>
        <w:pStyle w:val="Heading3"/>
        <w:rPr>
          <w:lang w:val="en-GB"/>
        </w:rPr>
      </w:pPr>
      <w:r w:rsidRPr="001C3DC5">
        <w:rPr>
          <w:lang w:val="en-GB"/>
        </w:rPr>
        <w:lastRenderedPageBreak/>
        <w:t>Progression</w:t>
      </w:r>
    </w:p>
    <w:p w14:paraId="73709F81" w14:textId="77777777" w:rsidR="001C3DC5" w:rsidRPr="001C3DC5" w:rsidRDefault="001C3DC5" w:rsidP="009741BE">
      <w:pPr>
        <w:pStyle w:val="ListParagraph"/>
        <w:numPr>
          <w:ilvl w:val="0"/>
          <w:numId w:val="35"/>
        </w:numPr>
        <w:rPr>
          <w:lang w:val="en-GB"/>
        </w:rPr>
      </w:pPr>
      <w:r w:rsidRPr="001C3DC5">
        <w:rPr>
          <w:lang w:val="en-GB"/>
        </w:rPr>
        <w:t>Business Level 3</w:t>
      </w:r>
    </w:p>
    <w:p w14:paraId="42A4154B" w14:textId="77777777" w:rsidR="001C3DC5" w:rsidRPr="001C3DC5" w:rsidRDefault="001C3DC5" w:rsidP="009741BE">
      <w:pPr>
        <w:pStyle w:val="ListParagraph"/>
        <w:numPr>
          <w:ilvl w:val="0"/>
          <w:numId w:val="35"/>
        </w:numPr>
        <w:rPr>
          <w:lang w:val="en-GB"/>
        </w:rPr>
      </w:pPr>
      <w:r w:rsidRPr="001C3DC5">
        <w:rPr>
          <w:lang w:val="en-GB"/>
        </w:rPr>
        <w:t>Accountancy Apprenticeship</w:t>
      </w:r>
    </w:p>
    <w:p w14:paraId="2BD1BAC9" w14:textId="77777777" w:rsidR="001C3DC5" w:rsidRPr="001C3DC5" w:rsidRDefault="001C3DC5" w:rsidP="009741BE">
      <w:pPr>
        <w:pStyle w:val="ListParagraph"/>
        <w:numPr>
          <w:ilvl w:val="0"/>
          <w:numId w:val="35"/>
        </w:numPr>
        <w:rPr>
          <w:lang w:val="en-GB"/>
        </w:rPr>
      </w:pPr>
      <w:r w:rsidRPr="001C3DC5">
        <w:rPr>
          <w:lang w:val="en-GB"/>
        </w:rPr>
        <w:t>T Level Legal Services Level 3</w:t>
      </w:r>
    </w:p>
    <w:p w14:paraId="27F77103" w14:textId="77777777" w:rsidR="001C3DC5" w:rsidRPr="001C3DC5" w:rsidRDefault="001C3DC5" w:rsidP="001C3DC5">
      <w:pPr>
        <w:pStyle w:val="Heading2"/>
        <w:rPr>
          <w:lang w:val="en-GB"/>
        </w:rPr>
      </w:pPr>
      <w:r w:rsidRPr="001C3DC5">
        <w:rPr>
          <w:lang w:val="en-GB"/>
        </w:rPr>
        <w:t>Business Level 3</w:t>
      </w:r>
    </w:p>
    <w:p w14:paraId="41F44B54" w14:textId="149C9370" w:rsidR="001C3DC5" w:rsidRPr="001C3DC5" w:rsidRDefault="001C3DC5" w:rsidP="001C3DC5">
      <w:pPr>
        <w:pStyle w:val="Heading3"/>
        <w:rPr>
          <w:lang w:val="en-GB"/>
        </w:rPr>
      </w:pPr>
      <w:r w:rsidRPr="001C3DC5">
        <w:rPr>
          <w:lang w:val="en-GB"/>
        </w:rPr>
        <w:t>Entry Requirements</w:t>
      </w:r>
    </w:p>
    <w:p w14:paraId="5508F201" w14:textId="6F621757" w:rsidR="001C3DC5" w:rsidRPr="001C3DC5" w:rsidRDefault="001C3DC5" w:rsidP="001C3DC5">
      <w:pPr>
        <w:rPr>
          <w:lang w:val="en-GB"/>
        </w:rPr>
      </w:pPr>
      <w:r w:rsidRPr="001C3DC5">
        <w:rPr>
          <w:lang w:val="en-GB"/>
        </w:rPr>
        <w:t>A minimum of five GCSEs with the following grades:</w:t>
      </w:r>
    </w:p>
    <w:p w14:paraId="5338E7F4" w14:textId="77777777" w:rsidR="001C3DC5" w:rsidRPr="001C3DC5" w:rsidRDefault="001C3DC5" w:rsidP="009741BE">
      <w:pPr>
        <w:pStyle w:val="ListParagraph"/>
        <w:numPr>
          <w:ilvl w:val="0"/>
          <w:numId w:val="36"/>
        </w:numPr>
        <w:rPr>
          <w:lang w:val="en-GB"/>
        </w:rPr>
      </w:pPr>
      <w:r w:rsidRPr="001C3DC5">
        <w:rPr>
          <w:lang w:val="en-GB"/>
        </w:rPr>
        <w:t>English and Maths at 4 or above</w:t>
      </w:r>
    </w:p>
    <w:p w14:paraId="62EE69EA" w14:textId="16E01411" w:rsidR="001C3DC5" w:rsidRPr="001C3DC5" w:rsidRDefault="001C3DC5" w:rsidP="009741BE">
      <w:pPr>
        <w:pStyle w:val="ListParagraph"/>
        <w:numPr>
          <w:ilvl w:val="0"/>
          <w:numId w:val="36"/>
        </w:numPr>
        <w:rPr>
          <w:lang w:val="en-GB"/>
        </w:rPr>
      </w:pPr>
      <w:r w:rsidRPr="001C3DC5">
        <w:rPr>
          <w:lang w:val="en-GB"/>
        </w:rPr>
        <w:t>Three other GCSEs at 4 or above</w:t>
      </w:r>
    </w:p>
    <w:p w14:paraId="06F86AFC" w14:textId="032FFC4B" w:rsidR="001C3DC5" w:rsidRPr="001C3DC5" w:rsidRDefault="001C3DC5" w:rsidP="001C3DC5">
      <w:pPr>
        <w:pStyle w:val="Heading2"/>
        <w:rPr>
          <w:lang w:val="en-GB"/>
        </w:rPr>
      </w:pPr>
      <w:r w:rsidRPr="001C3DC5">
        <w:rPr>
          <w:lang w:val="en-GB"/>
        </w:rPr>
        <w:t>Progression</w:t>
      </w:r>
    </w:p>
    <w:p w14:paraId="032D0889" w14:textId="77777777" w:rsidR="001C3DC5" w:rsidRPr="001C3DC5" w:rsidRDefault="001C3DC5" w:rsidP="009741BE">
      <w:pPr>
        <w:pStyle w:val="ListParagraph"/>
        <w:numPr>
          <w:ilvl w:val="0"/>
          <w:numId w:val="37"/>
        </w:numPr>
        <w:rPr>
          <w:lang w:val="en-GB"/>
        </w:rPr>
      </w:pPr>
      <w:r w:rsidRPr="001C3DC5">
        <w:rPr>
          <w:lang w:val="en-GB"/>
        </w:rPr>
        <w:t>Higher Education</w:t>
      </w:r>
    </w:p>
    <w:p w14:paraId="71AD3214" w14:textId="77777777" w:rsidR="001C3DC5" w:rsidRPr="001C3DC5" w:rsidRDefault="001C3DC5" w:rsidP="009741BE">
      <w:pPr>
        <w:pStyle w:val="ListParagraph"/>
        <w:numPr>
          <w:ilvl w:val="0"/>
          <w:numId w:val="37"/>
        </w:numPr>
        <w:rPr>
          <w:lang w:val="en-GB"/>
        </w:rPr>
      </w:pPr>
      <w:r w:rsidRPr="001C3DC5">
        <w:rPr>
          <w:lang w:val="en-GB"/>
        </w:rPr>
        <w:t>Apprenticeship</w:t>
      </w:r>
    </w:p>
    <w:p w14:paraId="1619918E" w14:textId="6A65F3FE" w:rsidR="001C3DC5" w:rsidRPr="00663B8B" w:rsidRDefault="001C3DC5" w:rsidP="009741BE">
      <w:pPr>
        <w:pStyle w:val="ListParagraph"/>
        <w:numPr>
          <w:ilvl w:val="0"/>
          <w:numId w:val="37"/>
        </w:numPr>
        <w:rPr>
          <w:lang w:val="en-GB"/>
        </w:rPr>
      </w:pPr>
      <w:r w:rsidRPr="001C3DC5">
        <w:rPr>
          <w:lang w:val="en-GB"/>
        </w:rPr>
        <w:t>T Level Legal Services Level 3</w:t>
      </w:r>
    </w:p>
    <w:p w14:paraId="3B41B9C5" w14:textId="77777777" w:rsidR="001C3DC5" w:rsidRPr="001C3DC5" w:rsidRDefault="001C3DC5" w:rsidP="001C3DC5">
      <w:pPr>
        <w:pStyle w:val="Heading2"/>
        <w:rPr>
          <w:lang w:val="en-GB"/>
        </w:rPr>
      </w:pPr>
      <w:r w:rsidRPr="001C3DC5">
        <w:rPr>
          <w:lang w:val="en-GB"/>
        </w:rPr>
        <w:t>T Level Legal Services Level 3</w:t>
      </w:r>
    </w:p>
    <w:p w14:paraId="63808425" w14:textId="77777777" w:rsidR="001C3DC5" w:rsidRPr="001C3DC5" w:rsidRDefault="001C3DC5" w:rsidP="001C3DC5">
      <w:pPr>
        <w:pStyle w:val="Heading3"/>
        <w:rPr>
          <w:lang w:val="en-GB"/>
        </w:rPr>
      </w:pPr>
      <w:r w:rsidRPr="001C3DC5">
        <w:rPr>
          <w:lang w:val="en-GB"/>
        </w:rPr>
        <w:t>Entry Requirements</w:t>
      </w:r>
    </w:p>
    <w:p w14:paraId="545A6784" w14:textId="77777777" w:rsidR="001C3DC5" w:rsidRPr="001C3DC5" w:rsidRDefault="001C3DC5" w:rsidP="009741BE">
      <w:pPr>
        <w:pStyle w:val="ListParagraph"/>
        <w:numPr>
          <w:ilvl w:val="0"/>
          <w:numId w:val="38"/>
        </w:numPr>
        <w:rPr>
          <w:lang w:val="en-GB"/>
        </w:rPr>
      </w:pPr>
      <w:r w:rsidRPr="001C3DC5">
        <w:rPr>
          <w:lang w:val="en-GB"/>
        </w:rPr>
        <w:t>GCSE English grade 5 or above</w:t>
      </w:r>
    </w:p>
    <w:p w14:paraId="2B421842" w14:textId="77777777" w:rsidR="001C3DC5" w:rsidRPr="001C3DC5" w:rsidRDefault="001C3DC5" w:rsidP="009741BE">
      <w:pPr>
        <w:pStyle w:val="ListParagraph"/>
        <w:numPr>
          <w:ilvl w:val="0"/>
          <w:numId w:val="38"/>
        </w:numPr>
        <w:rPr>
          <w:lang w:val="en-GB"/>
        </w:rPr>
      </w:pPr>
      <w:r w:rsidRPr="001C3DC5">
        <w:rPr>
          <w:lang w:val="en-GB"/>
        </w:rPr>
        <w:t>Four other GCSEs grade 4 or above, to include Maths</w:t>
      </w:r>
    </w:p>
    <w:p w14:paraId="21A965A2" w14:textId="77777777" w:rsidR="001C3DC5" w:rsidRPr="001C3DC5" w:rsidRDefault="001C3DC5" w:rsidP="001C3DC5">
      <w:pPr>
        <w:pStyle w:val="Heading3"/>
        <w:rPr>
          <w:lang w:val="en-GB"/>
        </w:rPr>
      </w:pPr>
      <w:r w:rsidRPr="001C3DC5">
        <w:rPr>
          <w:lang w:val="en-GB"/>
        </w:rPr>
        <w:t>Progression</w:t>
      </w:r>
    </w:p>
    <w:p w14:paraId="7AACC087" w14:textId="77777777" w:rsidR="001C3DC5" w:rsidRPr="001C3DC5" w:rsidRDefault="001C3DC5" w:rsidP="009741BE">
      <w:pPr>
        <w:pStyle w:val="ListParagraph"/>
        <w:numPr>
          <w:ilvl w:val="0"/>
          <w:numId w:val="39"/>
        </w:numPr>
        <w:rPr>
          <w:lang w:val="en-GB"/>
        </w:rPr>
      </w:pPr>
      <w:r w:rsidRPr="001C3DC5">
        <w:rPr>
          <w:lang w:val="en-GB"/>
        </w:rPr>
        <w:t>Higher Education</w:t>
      </w:r>
    </w:p>
    <w:p w14:paraId="50630296" w14:textId="77777777" w:rsidR="001C3DC5" w:rsidRPr="001C3DC5" w:rsidRDefault="001C3DC5" w:rsidP="009741BE">
      <w:pPr>
        <w:pStyle w:val="ListParagraph"/>
        <w:numPr>
          <w:ilvl w:val="0"/>
          <w:numId w:val="39"/>
        </w:numPr>
        <w:rPr>
          <w:lang w:val="en-GB"/>
        </w:rPr>
      </w:pPr>
      <w:r w:rsidRPr="001C3DC5">
        <w:rPr>
          <w:lang w:val="en-GB"/>
        </w:rPr>
        <w:t>Employment</w:t>
      </w:r>
    </w:p>
    <w:p w14:paraId="016724F7" w14:textId="77777777" w:rsidR="001C3DC5" w:rsidRPr="001C3DC5" w:rsidRDefault="001C3DC5" w:rsidP="001C3DC5">
      <w:pPr>
        <w:pStyle w:val="Heading2"/>
        <w:rPr>
          <w:lang w:val="en-GB"/>
        </w:rPr>
      </w:pPr>
      <w:r w:rsidRPr="001C3DC5">
        <w:rPr>
          <w:lang w:val="en-GB"/>
        </w:rPr>
        <w:t>T Level Management and Administration: Team Leadership and Management Level 3</w:t>
      </w:r>
    </w:p>
    <w:p w14:paraId="6D01BD7E" w14:textId="77777777" w:rsidR="001C3DC5" w:rsidRPr="001C3DC5" w:rsidRDefault="001C3DC5" w:rsidP="001C3DC5">
      <w:pPr>
        <w:pStyle w:val="Heading3"/>
        <w:rPr>
          <w:lang w:val="en-GB"/>
        </w:rPr>
      </w:pPr>
      <w:r w:rsidRPr="001C3DC5">
        <w:rPr>
          <w:lang w:val="en-GB"/>
        </w:rPr>
        <w:t>Entry Requirements</w:t>
      </w:r>
    </w:p>
    <w:p w14:paraId="76CF7997" w14:textId="77777777" w:rsidR="001C3DC5" w:rsidRPr="001C3DC5" w:rsidRDefault="001C3DC5" w:rsidP="009741BE">
      <w:pPr>
        <w:pStyle w:val="ListParagraph"/>
        <w:numPr>
          <w:ilvl w:val="0"/>
          <w:numId w:val="40"/>
        </w:numPr>
        <w:rPr>
          <w:lang w:val="en-GB"/>
        </w:rPr>
      </w:pPr>
      <w:r w:rsidRPr="001C3DC5">
        <w:rPr>
          <w:lang w:val="en-GB"/>
        </w:rPr>
        <w:t>GCSE English grade 5 or above</w:t>
      </w:r>
    </w:p>
    <w:p w14:paraId="1078941D" w14:textId="77777777" w:rsidR="001C3DC5" w:rsidRPr="001C3DC5" w:rsidRDefault="001C3DC5" w:rsidP="009741BE">
      <w:pPr>
        <w:pStyle w:val="ListParagraph"/>
        <w:numPr>
          <w:ilvl w:val="0"/>
          <w:numId w:val="40"/>
        </w:numPr>
        <w:rPr>
          <w:lang w:val="en-GB"/>
        </w:rPr>
      </w:pPr>
      <w:r w:rsidRPr="001C3DC5">
        <w:rPr>
          <w:lang w:val="en-GB"/>
        </w:rPr>
        <w:t>Four other GCSEs grade 4 or above, to include Maths</w:t>
      </w:r>
    </w:p>
    <w:p w14:paraId="7CD6D28E" w14:textId="77777777" w:rsidR="001C3DC5" w:rsidRPr="001C3DC5" w:rsidRDefault="001C3DC5" w:rsidP="001C3DC5">
      <w:pPr>
        <w:pStyle w:val="Heading3"/>
        <w:rPr>
          <w:lang w:val="en-GB"/>
        </w:rPr>
      </w:pPr>
      <w:r w:rsidRPr="001C3DC5">
        <w:rPr>
          <w:lang w:val="en-GB"/>
        </w:rPr>
        <w:t>Progression</w:t>
      </w:r>
    </w:p>
    <w:p w14:paraId="5858905D" w14:textId="77777777" w:rsidR="001C3DC5" w:rsidRPr="00663B8B" w:rsidRDefault="001C3DC5" w:rsidP="009741BE">
      <w:pPr>
        <w:pStyle w:val="ListParagraph"/>
        <w:numPr>
          <w:ilvl w:val="0"/>
          <w:numId w:val="41"/>
        </w:numPr>
        <w:rPr>
          <w:lang w:val="en-GB"/>
        </w:rPr>
      </w:pPr>
      <w:r w:rsidRPr="00663B8B">
        <w:rPr>
          <w:lang w:val="en-GB"/>
        </w:rPr>
        <w:t>Higher Education</w:t>
      </w:r>
    </w:p>
    <w:p w14:paraId="58A72683" w14:textId="77777777" w:rsidR="001C3DC5" w:rsidRPr="00663B8B" w:rsidRDefault="001C3DC5" w:rsidP="009741BE">
      <w:pPr>
        <w:pStyle w:val="ListParagraph"/>
        <w:numPr>
          <w:ilvl w:val="0"/>
          <w:numId w:val="41"/>
        </w:numPr>
        <w:rPr>
          <w:lang w:val="en-GB"/>
        </w:rPr>
      </w:pPr>
      <w:r w:rsidRPr="00663B8B">
        <w:rPr>
          <w:lang w:val="en-GB"/>
        </w:rPr>
        <w:t>Employment</w:t>
      </w:r>
    </w:p>
    <w:p w14:paraId="1F7D4A8E" w14:textId="77777777" w:rsidR="001C3DC5" w:rsidRPr="001C3DC5" w:rsidRDefault="001C3DC5" w:rsidP="00663B8B">
      <w:pPr>
        <w:pStyle w:val="Heading2"/>
        <w:rPr>
          <w:lang w:val="en-GB"/>
        </w:rPr>
      </w:pPr>
      <w:r w:rsidRPr="001C3DC5">
        <w:rPr>
          <w:lang w:val="en-GB"/>
        </w:rPr>
        <w:t>Accountancy Apprenticeship Level 2</w:t>
      </w:r>
    </w:p>
    <w:p w14:paraId="24A1F0B2" w14:textId="77777777" w:rsidR="001C3DC5" w:rsidRPr="001C3DC5" w:rsidRDefault="001C3DC5" w:rsidP="00663B8B">
      <w:pPr>
        <w:pStyle w:val="Heading3"/>
        <w:rPr>
          <w:lang w:val="en-GB"/>
        </w:rPr>
      </w:pPr>
      <w:r w:rsidRPr="001C3DC5">
        <w:rPr>
          <w:lang w:val="en-GB"/>
        </w:rPr>
        <w:t>Entry Requirements</w:t>
      </w:r>
    </w:p>
    <w:p w14:paraId="739B9E99" w14:textId="77777777" w:rsidR="001C3DC5" w:rsidRPr="001C3DC5" w:rsidRDefault="001C3DC5" w:rsidP="001C3DC5">
      <w:pPr>
        <w:rPr>
          <w:lang w:val="en-GB"/>
        </w:rPr>
      </w:pPr>
      <w:r w:rsidRPr="001C3DC5">
        <w:rPr>
          <w:lang w:val="en-GB"/>
        </w:rPr>
        <w:t>GCSE English and Maths grade 4 or above</w:t>
      </w:r>
    </w:p>
    <w:p w14:paraId="34204DCB" w14:textId="77777777" w:rsidR="001C3DC5" w:rsidRPr="001C3DC5" w:rsidRDefault="001C3DC5" w:rsidP="001C3DC5">
      <w:pPr>
        <w:rPr>
          <w:lang w:val="en-GB"/>
        </w:rPr>
      </w:pPr>
      <w:r w:rsidRPr="001C3DC5">
        <w:rPr>
          <w:lang w:val="en-GB"/>
        </w:rPr>
        <w:lastRenderedPageBreak/>
        <w:t xml:space="preserve">To start your </w:t>
      </w:r>
      <w:proofErr w:type="gramStart"/>
      <w:r w:rsidRPr="001C3DC5">
        <w:rPr>
          <w:lang w:val="en-GB"/>
        </w:rPr>
        <w:t>apprenticeship</w:t>
      </w:r>
      <w:proofErr w:type="gramEnd"/>
      <w:r w:rsidRPr="001C3DC5">
        <w:rPr>
          <w:lang w:val="en-GB"/>
        </w:rPr>
        <w:t xml:space="preserve"> you must have secured employment that the college has agreed is suitable</w:t>
      </w:r>
    </w:p>
    <w:p w14:paraId="5655221D" w14:textId="77777777" w:rsidR="001C3DC5" w:rsidRPr="001C3DC5" w:rsidRDefault="001C3DC5" w:rsidP="00663B8B">
      <w:pPr>
        <w:pStyle w:val="Heading3"/>
        <w:rPr>
          <w:lang w:val="en-GB"/>
        </w:rPr>
      </w:pPr>
      <w:r w:rsidRPr="001C3DC5">
        <w:rPr>
          <w:lang w:val="en-GB"/>
        </w:rPr>
        <w:t>Progression</w:t>
      </w:r>
    </w:p>
    <w:p w14:paraId="1B0A834F" w14:textId="77777777" w:rsidR="001C3DC5" w:rsidRPr="001C3DC5" w:rsidRDefault="001C3DC5" w:rsidP="001C3DC5">
      <w:pPr>
        <w:rPr>
          <w:lang w:val="en-GB"/>
        </w:rPr>
      </w:pPr>
      <w:r w:rsidRPr="001C3DC5">
        <w:rPr>
          <w:lang w:val="en-GB"/>
        </w:rPr>
        <w:t>Higher level apprenticeship</w:t>
      </w:r>
    </w:p>
    <w:p w14:paraId="7D5C4031" w14:textId="77777777" w:rsidR="001C3DC5" w:rsidRPr="001C3DC5" w:rsidRDefault="001C3DC5" w:rsidP="001C3DC5">
      <w:pPr>
        <w:rPr>
          <w:lang w:val="en-GB"/>
        </w:rPr>
      </w:pPr>
      <w:r w:rsidRPr="001C3DC5">
        <w:rPr>
          <w:lang w:val="en-GB"/>
        </w:rPr>
        <w:t>Other apprenticeship or progression into an appropriate job role</w:t>
      </w:r>
    </w:p>
    <w:p w14:paraId="5717977A" w14:textId="77777777" w:rsidR="001C3DC5" w:rsidRPr="001C3DC5" w:rsidRDefault="001C3DC5" w:rsidP="00663B8B">
      <w:pPr>
        <w:pStyle w:val="Heading2"/>
        <w:rPr>
          <w:lang w:val="en-GB"/>
        </w:rPr>
      </w:pPr>
      <w:r w:rsidRPr="001C3DC5">
        <w:rPr>
          <w:lang w:val="en-GB"/>
        </w:rPr>
        <w:t>Assistant Accountant Apprenticeship Level 3</w:t>
      </w:r>
    </w:p>
    <w:p w14:paraId="3F1B10F1" w14:textId="77777777" w:rsidR="001C3DC5" w:rsidRPr="001C3DC5" w:rsidRDefault="001C3DC5" w:rsidP="00663B8B">
      <w:pPr>
        <w:pStyle w:val="Heading3"/>
        <w:rPr>
          <w:lang w:val="en-GB"/>
        </w:rPr>
      </w:pPr>
      <w:r w:rsidRPr="001C3DC5">
        <w:rPr>
          <w:lang w:val="en-GB"/>
        </w:rPr>
        <w:t>Entry Requirements</w:t>
      </w:r>
    </w:p>
    <w:p w14:paraId="0C65BD6E" w14:textId="77777777" w:rsidR="001C3DC5" w:rsidRPr="00663B8B" w:rsidRDefault="001C3DC5" w:rsidP="009741BE">
      <w:pPr>
        <w:pStyle w:val="ListParagraph"/>
        <w:numPr>
          <w:ilvl w:val="0"/>
          <w:numId w:val="42"/>
        </w:numPr>
        <w:rPr>
          <w:lang w:val="en-GB"/>
        </w:rPr>
      </w:pPr>
      <w:r w:rsidRPr="00663B8B">
        <w:rPr>
          <w:lang w:val="en-GB"/>
        </w:rPr>
        <w:t>An appropriate Level 2 apprenticeship</w:t>
      </w:r>
    </w:p>
    <w:p w14:paraId="3620CA34" w14:textId="77777777" w:rsidR="001C3DC5" w:rsidRPr="00663B8B" w:rsidRDefault="001C3DC5" w:rsidP="009741BE">
      <w:pPr>
        <w:pStyle w:val="ListParagraph"/>
        <w:numPr>
          <w:ilvl w:val="0"/>
          <w:numId w:val="42"/>
        </w:numPr>
        <w:rPr>
          <w:lang w:val="en-GB"/>
        </w:rPr>
      </w:pPr>
      <w:r w:rsidRPr="00663B8B">
        <w:rPr>
          <w:lang w:val="en-GB"/>
        </w:rPr>
        <w:t>GCSE English and Maths at grade 4 or above</w:t>
      </w:r>
    </w:p>
    <w:p w14:paraId="22F9EAEF" w14:textId="77777777" w:rsidR="001C3DC5" w:rsidRPr="00663B8B" w:rsidRDefault="001C3DC5" w:rsidP="009741BE">
      <w:pPr>
        <w:pStyle w:val="ListParagraph"/>
        <w:numPr>
          <w:ilvl w:val="0"/>
          <w:numId w:val="42"/>
        </w:numPr>
        <w:rPr>
          <w:lang w:val="en-GB"/>
        </w:rPr>
      </w:pPr>
      <w:r w:rsidRPr="00663B8B">
        <w:rPr>
          <w:lang w:val="en-GB"/>
        </w:rPr>
        <w:t xml:space="preserve">To start your </w:t>
      </w:r>
      <w:proofErr w:type="gramStart"/>
      <w:r w:rsidRPr="00663B8B">
        <w:rPr>
          <w:lang w:val="en-GB"/>
        </w:rPr>
        <w:t>apprenticeship</w:t>
      </w:r>
      <w:proofErr w:type="gramEnd"/>
      <w:r w:rsidRPr="00663B8B">
        <w:rPr>
          <w:lang w:val="en-GB"/>
        </w:rPr>
        <w:t xml:space="preserve"> you must have secured employment that the college has agreed is suitable</w:t>
      </w:r>
    </w:p>
    <w:p w14:paraId="68B69595" w14:textId="77777777" w:rsidR="001C3DC5" w:rsidRPr="001C3DC5" w:rsidRDefault="001C3DC5" w:rsidP="00663B8B">
      <w:pPr>
        <w:pStyle w:val="Heading3"/>
        <w:rPr>
          <w:lang w:val="en-GB"/>
        </w:rPr>
      </w:pPr>
      <w:r w:rsidRPr="001C3DC5">
        <w:rPr>
          <w:lang w:val="en-GB"/>
        </w:rPr>
        <w:t>Progression</w:t>
      </w:r>
    </w:p>
    <w:p w14:paraId="3F956F43" w14:textId="77777777" w:rsidR="001C3DC5" w:rsidRPr="001C3DC5" w:rsidRDefault="001C3DC5" w:rsidP="001C3DC5">
      <w:pPr>
        <w:rPr>
          <w:lang w:val="en-GB"/>
        </w:rPr>
      </w:pPr>
      <w:r w:rsidRPr="001C3DC5">
        <w:rPr>
          <w:lang w:val="en-GB"/>
        </w:rPr>
        <w:t>Level 4 Apprenticeship</w:t>
      </w:r>
    </w:p>
    <w:p w14:paraId="62DA3A06" w14:textId="77777777" w:rsidR="001C3DC5" w:rsidRPr="001C3DC5" w:rsidRDefault="001C3DC5" w:rsidP="00663B8B">
      <w:pPr>
        <w:pStyle w:val="Heading2"/>
        <w:rPr>
          <w:lang w:val="en-GB"/>
        </w:rPr>
      </w:pPr>
      <w:r w:rsidRPr="001C3DC5">
        <w:rPr>
          <w:lang w:val="en-GB"/>
        </w:rPr>
        <w:t>Business Administration Apprenticeship Level 2</w:t>
      </w:r>
    </w:p>
    <w:p w14:paraId="68F0EC77" w14:textId="77777777" w:rsidR="001C3DC5" w:rsidRPr="001C3DC5" w:rsidRDefault="001C3DC5" w:rsidP="00663B8B">
      <w:pPr>
        <w:pStyle w:val="Heading3"/>
        <w:rPr>
          <w:lang w:val="en-GB"/>
        </w:rPr>
      </w:pPr>
      <w:r w:rsidRPr="001C3DC5">
        <w:rPr>
          <w:lang w:val="en-GB"/>
        </w:rPr>
        <w:t>Entry Requirements</w:t>
      </w:r>
    </w:p>
    <w:p w14:paraId="7DAC8DD5" w14:textId="77777777" w:rsidR="001C3DC5" w:rsidRPr="00663B8B" w:rsidRDefault="001C3DC5" w:rsidP="009741BE">
      <w:pPr>
        <w:pStyle w:val="ListParagraph"/>
        <w:numPr>
          <w:ilvl w:val="0"/>
          <w:numId w:val="43"/>
        </w:numPr>
        <w:rPr>
          <w:lang w:val="en-GB"/>
        </w:rPr>
      </w:pPr>
      <w:r w:rsidRPr="00663B8B">
        <w:rPr>
          <w:lang w:val="en-GB"/>
        </w:rPr>
        <w:t>GCSE English and Maths grade 4 or above</w:t>
      </w:r>
    </w:p>
    <w:p w14:paraId="5FCA2734" w14:textId="77777777" w:rsidR="001C3DC5" w:rsidRPr="00663B8B" w:rsidRDefault="001C3DC5" w:rsidP="009741BE">
      <w:pPr>
        <w:pStyle w:val="ListParagraph"/>
        <w:numPr>
          <w:ilvl w:val="0"/>
          <w:numId w:val="43"/>
        </w:numPr>
        <w:rPr>
          <w:lang w:val="en-GB"/>
        </w:rPr>
      </w:pPr>
      <w:r w:rsidRPr="00663B8B">
        <w:rPr>
          <w:lang w:val="en-GB"/>
        </w:rPr>
        <w:t xml:space="preserve">To start your </w:t>
      </w:r>
      <w:proofErr w:type="gramStart"/>
      <w:r w:rsidRPr="00663B8B">
        <w:rPr>
          <w:lang w:val="en-GB"/>
        </w:rPr>
        <w:t>apprenticeship</w:t>
      </w:r>
      <w:proofErr w:type="gramEnd"/>
      <w:r w:rsidRPr="00663B8B">
        <w:rPr>
          <w:lang w:val="en-GB"/>
        </w:rPr>
        <w:t xml:space="preserve"> you must have secured employment that the college has agreed is suitable</w:t>
      </w:r>
    </w:p>
    <w:p w14:paraId="694ED56C" w14:textId="77777777" w:rsidR="001C3DC5" w:rsidRPr="001C3DC5" w:rsidRDefault="001C3DC5" w:rsidP="00663B8B">
      <w:pPr>
        <w:pStyle w:val="Heading3"/>
        <w:rPr>
          <w:lang w:val="en-GB"/>
        </w:rPr>
      </w:pPr>
      <w:r w:rsidRPr="001C3DC5">
        <w:rPr>
          <w:lang w:val="en-GB"/>
        </w:rPr>
        <w:t>Progression</w:t>
      </w:r>
    </w:p>
    <w:p w14:paraId="105E80C8" w14:textId="77777777" w:rsidR="001C3DC5" w:rsidRPr="00663B8B" w:rsidRDefault="001C3DC5" w:rsidP="009741BE">
      <w:pPr>
        <w:pStyle w:val="ListParagraph"/>
        <w:numPr>
          <w:ilvl w:val="0"/>
          <w:numId w:val="44"/>
        </w:numPr>
        <w:rPr>
          <w:lang w:val="en-GB"/>
        </w:rPr>
      </w:pPr>
      <w:r w:rsidRPr="00663B8B">
        <w:rPr>
          <w:lang w:val="en-GB"/>
        </w:rPr>
        <w:t>Higher level apprenticeship</w:t>
      </w:r>
    </w:p>
    <w:p w14:paraId="147F2564" w14:textId="77777777" w:rsidR="001C3DC5" w:rsidRPr="00663B8B" w:rsidRDefault="001C3DC5" w:rsidP="009741BE">
      <w:pPr>
        <w:pStyle w:val="ListParagraph"/>
        <w:numPr>
          <w:ilvl w:val="0"/>
          <w:numId w:val="44"/>
        </w:numPr>
        <w:rPr>
          <w:lang w:val="en-GB"/>
        </w:rPr>
      </w:pPr>
      <w:r w:rsidRPr="00663B8B">
        <w:rPr>
          <w:lang w:val="en-GB"/>
        </w:rPr>
        <w:t>Other apprenticeship or progression into an appropriate job role</w:t>
      </w:r>
    </w:p>
    <w:p w14:paraId="6CCA31A9" w14:textId="77777777" w:rsidR="001C3DC5" w:rsidRPr="001C3DC5" w:rsidRDefault="001C3DC5" w:rsidP="00663B8B">
      <w:pPr>
        <w:pStyle w:val="Heading2"/>
        <w:rPr>
          <w:lang w:val="en-GB"/>
        </w:rPr>
      </w:pPr>
      <w:r w:rsidRPr="001C3DC5">
        <w:rPr>
          <w:lang w:val="en-GB"/>
        </w:rPr>
        <w:t>Customer Service Practitioner Apprenticeship Level 2</w:t>
      </w:r>
    </w:p>
    <w:p w14:paraId="23E01369" w14:textId="77777777" w:rsidR="001C3DC5" w:rsidRPr="001C3DC5" w:rsidRDefault="001C3DC5" w:rsidP="00663B8B">
      <w:pPr>
        <w:pStyle w:val="Heading3"/>
        <w:rPr>
          <w:lang w:val="en-GB"/>
        </w:rPr>
      </w:pPr>
      <w:r w:rsidRPr="001C3DC5">
        <w:rPr>
          <w:lang w:val="en-GB"/>
        </w:rPr>
        <w:t>Entry Requirements</w:t>
      </w:r>
    </w:p>
    <w:p w14:paraId="66557617" w14:textId="77777777" w:rsidR="001C3DC5" w:rsidRPr="00663B8B" w:rsidRDefault="001C3DC5" w:rsidP="009741BE">
      <w:pPr>
        <w:pStyle w:val="ListParagraph"/>
        <w:numPr>
          <w:ilvl w:val="0"/>
          <w:numId w:val="45"/>
        </w:numPr>
        <w:rPr>
          <w:lang w:val="en-GB"/>
        </w:rPr>
      </w:pPr>
      <w:r w:rsidRPr="00663B8B">
        <w:rPr>
          <w:lang w:val="en-GB"/>
        </w:rPr>
        <w:t>GCSE English and Maths grade 3 or above</w:t>
      </w:r>
    </w:p>
    <w:p w14:paraId="77A02D1D" w14:textId="77777777" w:rsidR="001C3DC5" w:rsidRPr="00663B8B" w:rsidRDefault="001C3DC5" w:rsidP="009741BE">
      <w:pPr>
        <w:pStyle w:val="ListParagraph"/>
        <w:numPr>
          <w:ilvl w:val="0"/>
          <w:numId w:val="45"/>
        </w:numPr>
        <w:rPr>
          <w:lang w:val="en-GB"/>
        </w:rPr>
      </w:pPr>
      <w:r w:rsidRPr="00663B8B">
        <w:rPr>
          <w:lang w:val="en-GB"/>
        </w:rPr>
        <w:t xml:space="preserve">To start your </w:t>
      </w:r>
      <w:proofErr w:type="gramStart"/>
      <w:r w:rsidRPr="00663B8B">
        <w:rPr>
          <w:lang w:val="en-GB"/>
        </w:rPr>
        <w:t>apprenticeship</w:t>
      </w:r>
      <w:proofErr w:type="gramEnd"/>
      <w:r w:rsidRPr="00663B8B">
        <w:rPr>
          <w:lang w:val="en-GB"/>
        </w:rPr>
        <w:t xml:space="preserve"> you must have secured employment that the college has agreed is suitable</w:t>
      </w:r>
    </w:p>
    <w:p w14:paraId="56EFACCB" w14:textId="77777777" w:rsidR="001C3DC5" w:rsidRPr="001C3DC5" w:rsidRDefault="001C3DC5" w:rsidP="00663B8B">
      <w:pPr>
        <w:pStyle w:val="Heading3"/>
        <w:rPr>
          <w:lang w:val="en-GB"/>
        </w:rPr>
      </w:pPr>
      <w:r w:rsidRPr="001C3DC5">
        <w:rPr>
          <w:lang w:val="en-GB"/>
        </w:rPr>
        <w:t>Progression</w:t>
      </w:r>
    </w:p>
    <w:p w14:paraId="43C4B9F1" w14:textId="77777777" w:rsidR="001C3DC5" w:rsidRPr="00663B8B" w:rsidRDefault="001C3DC5" w:rsidP="009741BE">
      <w:pPr>
        <w:pStyle w:val="ListParagraph"/>
        <w:numPr>
          <w:ilvl w:val="0"/>
          <w:numId w:val="46"/>
        </w:numPr>
        <w:rPr>
          <w:lang w:val="en-GB"/>
        </w:rPr>
      </w:pPr>
      <w:r w:rsidRPr="00663B8B">
        <w:rPr>
          <w:lang w:val="en-GB"/>
        </w:rPr>
        <w:t>Level 3 Customer Service apprenticeship or another business administration area</w:t>
      </w:r>
    </w:p>
    <w:p w14:paraId="6D1E365A" w14:textId="77777777" w:rsidR="001C3DC5" w:rsidRPr="00663B8B" w:rsidRDefault="001C3DC5" w:rsidP="009741BE">
      <w:pPr>
        <w:pStyle w:val="ListParagraph"/>
        <w:numPr>
          <w:ilvl w:val="0"/>
          <w:numId w:val="46"/>
        </w:numPr>
        <w:rPr>
          <w:lang w:val="en-GB"/>
        </w:rPr>
      </w:pPr>
      <w:r w:rsidRPr="00663B8B">
        <w:rPr>
          <w:lang w:val="en-GB"/>
        </w:rPr>
        <w:t>Employment</w:t>
      </w:r>
    </w:p>
    <w:p w14:paraId="3B1818CD" w14:textId="77777777" w:rsidR="001C3DC5" w:rsidRPr="001C3DC5" w:rsidRDefault="001C3DC5" w:rsidP="00663B8B">
      <w:pPr>
        <w:pStyle w:val="Heading2"/>
        <w:rPr>
          <w:lang w:val="en-GB"/>
        </w:rPr>
      </w:pPr>
      <w:r w:rsidRPr="001C3DC5">
        <w:rPr>
          <w:lang w:val="en-GB"/>
        </w:rPr>
        <w:t>Business Administration Apprenticeship Level 3</w:t>
      </w:r>
    </w:p>
    <w:p w14:paraId="267C3EED" w14:textId="77777777" w:rsidR="001C3DC5" w:rsidRPr="001C3DC5" w:rsidRDefault="001C3DC5" w:rsidP="00663B8B">
      <w:pPr>
        <w:pStyle w:val="Heading3"/>
        <w:rPr>
          <w:lang w:val="en-GB"/>
        </w:rPr>
      </w:pPr>
      <w:r w:rsidRPr="001C3DC5">
        <w:rPr>
          <w:lang w:val="en-GB"/>
        </w:rPr>
        <w:t>Entry Requirements</w:t>
      </w:r>
    </w:p>
    <w:p w14:paraId="0786C465" w14:textId="77777777" w:rsidR="001C3DC5" w:rsidRPr="00663B8B" w:rsidRDefault="001C3DC5" w:rsidP="009741BE">
      <w:pPr>
        <w:pStyle w:val="ListParagraph"/>
        <w:numPr>
          <w:ilvl w:val="0"/>
          <w:numId w:val="47"/>
        </w:numPr>
        <w:rPr>
          <w:lang w:val="en-GB"/>
        </w:rPr>
      </w:pPr>
      <w:r w:rsidRPr="00663B8B">
        <w:rPr>
          <w:lang w:val="en-GB"/>
        </w:rPr>
        <w:t>GCSE English and Maths grade 4 or above</w:t>
      </w:r>
    </w:p>
    <w:p w14:paraId="5829164E" w14:textId="2279AD2E" w:rsidR="001C3DC5" w:rsidRPr="00663B8B" w:rsidRDefault="001C3DC5" w:rsidP="009741BE">
      <w:pPr>
        <w:pStyle w:val="ListParagraph"/>
        <w:numPr>
          <w:ilvl w:val="0"/>
          <w:numId w:val="47"/>
        </w:numPr>
        <w:rPr>
          <w:lang w:val="en-GB"/>
        </w:rPr>
      </w:pPr>
      <w:r w:rsidRPr="00663B8B">
        <w:rPr>
          <w:lang w:val="en-GB"/>
        </w:rPr>
        <w:lastRenderedPageBreak/>
        <w:t>To start your apprenticeship</w:t>
      </w:r>
      <w:r w:rsidR="00663B8B">
        <w:rPr>
          <w:lang w:val="en-GB"/>
        </w:rPr>
        <w:t xml:space="preserve">, </w:t>
      </w:r>
      <w:r w:rsidRPr="00663B8B">
        <w:rPr>
          <w:lang w:val="en-GB"/>
        </w:rPr>
        <w:t>you must have secured employment that the college has agreed is suitable</w:t>
      </w:r>
    </w:p>
    <w:p w14:paraId="3B499058" w14:textId="77777777" w:rsidR="001C3DC5" w:rsidRPr="001C3DC5" w:rsidRDefault="001C3DC5" w:rsidP="00663B8B">
      <w:pPr>
        <w:pStyle w:val="Heading3"/>
        <w:rPr>
          <w:lang w:val="en-GB"/>
        </w:rPr>
      </w:pPr>
      <w:r w:rsidRPr="001C3DC5">
        <w:rPr>
          <w:lang w:val="en-GB"/>
        </w:rPr>
        <w:t>Progression</w:t>
      </w:r>
    </w:p>
    <w:p w14:paraId="103349ED" w14:textId="77777777" w:rsidR="001C3DC5" w:rsidRPr="00663B8B" w:rsidRDefault="001C3DC5" w:rsidP="009741BE">
      <w:pPr>
        <w:pStyle w:val="ListParagraph"/>
        <w:numPr>
          <w:ilvl w:val="0"/>
          <w:numId w:val="48"/>
        </w:numPr>
        <w:rPr>
          <w:lang w:val="en-GB"/>
        </w:rPr>
      </w:pPr>
      <w:r w:rsidRPr="00663B8B">
        <w:rPr>
          <w:lang w:val="en-GB"/>
        </w:rPr>
        <w:t>Higher level apprenticeship</w:t>
      </w:r>
    </w:p>
    <w:p w14:paraId="1AA7C74A" w14:textId="77777777" w:rsidR="001C3DC5" w:rsidRPr="00663B8B" w:rsidRDefault="001C3DC5" w:rsidP="009741BE">
      <w:pPr>
        <w:pStyle w:val="ListParagraph"/>
        <w:numPr>
          <w:ilvl w:val="0"/>
          <w:numId w:val="48"/>
        </w:numPr>
        <w:rPr>
          <w:lang w:val="en-GB"/>
        </w:rPr>
      </w:pPr>
      <w:r w:rsidRPr="00663B8B">
        <w:rPr>
          <w:lang w:val="en-GB"/>
        </w:rPr>
        <w:t>Leadership and management qualification</w:t>
      </w:r>
    </w:p>
    <w:p w14:paraId="37EDC5A8" w14:textId="31953295" w:rsidR="001C3DC5" w:rsidRDefault="001C3DC5" w:rsidP="009741BE">
      <w:pPr>
        <w:pStyle w:val="ListParagraph"/>
        <w:numPr>
          <w:ilvl w:val="0"/>
          <w:numId w:val="48"/>
        </w:numPr>
        <w:rPr>
          <w:lang w:val="en-GB"/>
        </w:rPr>
      </w:pPr>
      <w:r w:rsidRPr="00663B8B">
        <w:rPr>
          <w:lang w:val="en-GB"/>
        </w:rPr>
        <w:t>Employment</w:t>
      </w:r>
    </w:p>
    <w:p w14:paraId="156CEAF0" w14:textId="07A4EE9D" w:rsidR="00B241AF" w:rsidRDefault="00B241AF" w:rsidP="00B241AF">
      <w:pPr>
        <w:pStyle w:val="Heading1"/>
        <w:rPr>
          <w:lang w:val="en-GB"/>
        </w:rPr>
      </w:pPr>
      <w:r>
        <w:rPr>
          <w:lang w:val="en-GB"/>
        </w:rPr>
        <w:t>Construction</w:t>
      </w:r>
    </w:p>
    <w:p w14:paraId="73BD0839" w14:textId="191682B5" w:rsidR="00B241AF" w:rsidRDefault="00B241AF" w:rsidP="00B241AF">
      <w:pPr>
        <w:rPr>
          <w:lang w:val="en-GB"/>
        </w:rPr>
      </w:pPr>
      <w:r w:rsidRPr="00B241AF">
        <w:rPr>
          <w:lang w:val="en-GB"/>
        </w:rPr>
        <w:t>A career in Construction can</w:t>
      </w:r>
      <w:r>
        <w:rPr>
          <w:lang w:val="en-GB"/>
        </w:rPr>
        <w:t xml:space="preserve"> </w:t>
      </w:r>
      <w:r w:rsidRPr="00B241AF">
        <w:rPr>
          <w:lang w:val="en-GB"/>
        </w:rPr>
        <w:t>be a career for life. Committing</w:t>
      </w:r>
      <w:r>
        <w:rPr>
          <w:lang w:val="en-GB"/>
        </w:rPr>
        <w:t xml:space="preserve"> </w:t>
      </w:r>
      <w:r w:rsidRPr="00B241AF">
        <w:rPr>
          <w:lang w:val="en-GB"/>
        </w:rPr>
        <w:t>to this worldwide industry can</w:t>
      </w:r>
      <w:r>
        <w:rPr>
          <w:lang w:val="en-GB"/>
        </w:rPr>
        <w:t xml:space="preserve"> </w:t>
      </w:r>
      <w:r w:rsidRPr="00B241AF">
        <w:rPr>
          <w:lang w:val="en-GB"/>
        </w:rPr>
        <w:t>offer personal and professional</w:t>
      </w:r>
      <w:r>
        <w:rPr>
          <w:lang w:val="en-GB"/>
        </w:rPr>
        <w:t xml:space="preserve"> </w:t>
      </w:r>
      <w:r w:rsidRPr="00B241AF">
        <w:rPr>
          <w:lang w:val="en-GB"/>
        </w:rPr>
        <w:t>development, a bright financial</w:t>
      </w:r>
      <w:r>
        <w:rPr>
          <w:lang w:val="en-GB"/>
        </w:rPr>
        <w:t xml:space="preserve"> </w:t>
      </w:r>
      <w:r w:rsidRPr="00B241AF">
        <w:rPr>
          <w:lang w:val="en-GB"/>
        </w:rPr>
        <w:t>future and the chance to create</w:t>
      </w:r>
      <w:r>
        <w:rPr>
          <w:lang w:val="en-GB"/>
        </w:rPr>
        <w:t xml:space="preserve"> </w:t>
      </w:r>
      <w:r w:rsidRPr="00B241AF">
        <w:rPr>
          <w:lang w:val="en-GB"/>
        </w:rPr>
        <w:t>something that can last a</w:t>
      </w:r>
      <w:r>
        <w:rPr>
          <w:lang w:val="en-GB"/>
        </w:rPr>
        <w:t xml:space="preserve"> </w:t>
      </w:r>
      <w:r w:rsidRPr="00B241AF">
        <w:rPr>
          <w:lang w:val="en-GB"/>
        </w:rPr>
        <w:t>lifetime.</w:t>
      </w:r>
    </w:p>
    <w:p w14:paraId="30EFBD52" w14:textId="1EEBF85F" w:rsidR="00B241AF" w:rsidRDefault="00B241AF" w:rsidP="00B241AF">
      <w:pPr>
        <w:rPr>
          <w:lang w:val="en-GB"/>
        </w:rPr>
      </w:pPr>
      <w:r w:rsidRPr="00B241AF">
        <w:rPr>
          <w:lang w:val="en-GB"/>
        </w:rPr>
        <w:t>If you’re looking for a hands-on job</w:t>
      </w:r>
      <w:r>
        <w:rPr>
          <w:lang w:val="en-GB"/>
        </w:rPr>
        <w:t xml:space="preserve"> </w:t>
      </w:r>
      <w:r w:rsidRPr="00B241AF">
        <w:rPr>
          <w:lang w:val="en-GB"/>
        </w:rPr>
        <w:t>with fantastic job prospects and career</w:t>
      </w:r>
      <w:r>
        <w:rPr>
          <w:lang w:val="en-GB"/>
        </w:rPr>
        <w:t xml:space="preserve"> </w:t>
      </w:r>
      <w:r w:rsidRPr="00B241AF">
        <w:rPr>
          <w:lang w:val="en-GB"/>
        </w:rPr>
        <w:t>progression, then our qualifications in</w:t>
      </w:r>
      <w:r>
        <w:rPr>
          <w:lang w:val="en-GB"/>
        </w:rPr>
        <w:t xml:space="preserve"> </w:t>
      </w:r>
      <w:r w:rsidRPr="00B241AF">
        <w:rPr>
          <w:lang w:val="en-GB"/>
        </w:rPr>
        <w:t>Construction are perfect for you. Job roles</w:t>
      </w:r>
      <w:r>
        <w:rPr>
          <w:lang w:val="en-GB"/>
        </w:rPr>
        <w:t xml:space="preserve"> </w:t>
      </w:r>
      <w:r w:rsidRPr="00B241AF">
        <w:rPr>
          <w:lang w:val="en-GB"/>
        </w:rPr>
        <w:t>within the field are wide ranging, including</w:t>
      </w:r>
      <w:r>
        <w:rPr>
          <w:lang w:val="en-GB"/>
        </w:rPr>
        <w:t xml:space="preserve"> </w:t>
      </w:r>
      <w:r w:rsidRPr="00B241AF">
        <w:rPr>
          <w:lang w:val="en-GB"/>
        </w:rPr>
        <w:t>specific trades such as bricklaying and</w:t>
      </w:r>
      <w:r>
        <w:rPr>
          <w:lang w:val="en-GB"/>
        </w:rPr>
        <w:t xml:space="preserve"> </w:t>
      </w:r>
      <w:r w:rsidRPr="00B241AF">
        <w:rPr>
          <w:lang w:val="en-GB"/>
        </w:rPr>
        <w:t>plastering, as well as design, management</w:t>
      </w:r>
      <w:r>
        <w:rPr>
          <w:lang w:val="en-GB"/>
        </w:rPr>
        <w:t xml:space="preserve"> </w:t>
      </w:r>
      <w:r w:rsidRPr="00B241AF">
        <w:rPr>
          <w:lang w:val="en-GB"/>
        </w:rPr>
        <w:t>and health and safety careers.</w:t>
      </w:r>
    </w:p>
    <w:p w14:paraId="7BC184D3" w14:textId="5F0B0499" w:rsidR="00B241AF" w:rsidRDefault="00B241AF" w:rsidP="00B241AF">
      <w:pPr>
        <w:pStyle w:val="Heading2"/>
        <w:rPr>
          <w:lang w:val="en-GB"/>
        </w:rPr>
      </w:pPr>
      <w:r>
        <w:rPr>
          <w:lang w:val="en-GB"/>
        </w:rPr>
        <w:t>Average salaries</w:t>
      </w:r>
    </w:p>
    <w:p w14:paraId="1167A6B3" w14:textId="3E9F8A20" w:rsidR="00B241AF" w:rsidRPr="00B241AF" w:rsidRDefault="00B241AF" w:rsidP="00B241AF">
      <w:pPr>
        <w:rPr>
          <w:lang w:val="en-GB"/>
        </w:rPr>
      </w:pPr>
      <w:r w:rsidRPr="00B241AF">
        <w:rPr>
          <w:lang w:val="en-GB"/>
        </w:rPr>
        <w:t>£45,020</w:t>
      </w:r>
      <w:r>
        <w:rPr>
          <w:lang w:val="en-GB"/>
        </w:rPr>
        <w:t xml:space="preserve"> </w:t>
      </w:r>
      <w:r w:rsidRPr="00B241AF">
        <w:rPr>
          <w:lang w:val="en-GB"/>
        </w:rPr>
        <w:t>Construction and</w:t>
      </w:r>
      <w:r>
        <w:rPr>
          <w:lang w:val="en-GB"/>
        </w:rPr>
        <w:t xml:space="preserve"> </w:t>
      </w:r>
      <w:r w:rsidRPr="00B241AF">
        <w:rPr>
          <w:lang w:val="en-GB"/>
        </w:rPr>
        <w:t>Building Trades</w:t>
      </w:r>
      <w:r>
        <w:rPr>
          <w:lang w:val="en-GB"/>
        </w:rPr>
        <w:t xml:space="preserve"> </w:t>
      </w:r>
      <w:r w:rsidRPr="00B241AF">
        <w:rPr>
          <w:lang w:val="en-GB"/>
        </w:rPr>
        <w:t>Supervisors</w:t>
      </w:r>
    </w:p>
    <w:p w14:paraId="63E652DC" w14:textId="2C79E056" w:rsidR="00B241AF" w:rsidRPr="00B241AF" w:rsidRDefault="00B241AF" w:rsidP="00B241AF">
      <w:pPr>
        <w:rPr>
          <w:lang w:val="en-GB"/>
        </w:rPr>
      </w:pPr>
      <w:r w:rsidRPr="00B241AF">
        <w:rPr>
          <w:lang w:val="en-GB"/>
        </w:rPr>
        <w:t>£39,650</w:t>
      </w:r>
      <w:r>
        <w:rPr>
          <w:lang w:val="en-GB"/>
        </w:rPr>
        <w:t xml:space="preserve"> </w:t>
      </w:r>
      <w:r w:rsidRPr="00B241AF">
        <w:rPr>
          <w:lang w:val="en-GB"/>
        </w:rPr>
        <w:t>Electricians and</w:t>
      </w:r>
      <w:r>
        <w:rPr>
          <w:lang w:val="en-GB"/>
        </w:rPr>
        <w:t xml:space="preserve"> </w:t>
      </w:r>
      <w:r w:rsidRPr="00B241AF">
        <w:rPr>
          <w:lang w:val="en-GB"/>
        </w:rPr>
        <w:t>Electrical Fitters</w:t>
      </w:r>
    </w:p>
    <w:p w14:paraId="064018E4" w14:textId="303A259F" w:rsidR="00B241AF" w:rsidRDefault="00B241AF" w:rsidP="00B241AF">
      <w:pPr>
        <w:rPr>
          <w:lang w:val="en-GB"/>
        </w:rPr>
      </w:pPr>
      <w:r w:rsidRPr="00B241AF">
        <w:rPr>
          <w:lang w:val="en-GB"/>
        </w:rPr>
        <w:t>£34,820</w:t>
      </w:r>
      <w:r>
        <w:rPr>
          <w:lang w:val="en-GB"/>
        </w:rPr>
        <w:t xml:space="preserve"> </w:t>
      </w:r>
      <w:r w:rsidRPr="00B241AF">
        <w:rPr>
          <w:lang w:val="en-GB"/>
        </w:rPr>
        <w:t>Construction and</w:t>
      </w:r>
      <w:r>
        <w:rPr>
          <w:lang w:val="en-GB"/>
        </w:rPr>
        <w:t xml:space="preserve"> </w:t>
      </w:r>
      <w:r w:rsidRPr="00B241AF">
        <w:rPr>
          <w:lang w:val="en-GB"/>
        </w:rPr>
        <w:t>Building Trades</w:t>
      </w:r>
    </w:p>
    <w:p w14:paraId="27CB6582" w14:textId="0DBCCA74" w:rsidR="00B241AF" w:rsidRDefault="00B241AF" w:rsidP="00B241AF">
      <w:pPr>
        <w:pStyle w:val="Heading2"/>
        <w:rPr>
          <w:lang w:val="en-GB"/>
        </w:rPr>
      </w:pPr>
      <w:r>
        <w:rPr>
          <w:lang w:val="en-GB"/>
        </w:rPr>
        <w:t>Student case study</w:t>
      </w:r>
    </w:p>
    <w:p w14:paraId="4DC8EBD8" w14:textId="0F72A56E" w:rsidR="00B241AF" w:rsidRDefault="00B241AF" w:rsidP="00B241AF">
      <w:pPr>
        <w:rPr>
          <w:lang w:val="en-GB"/>
        </w:rPr>
      </w:pPr>
      <w:r>
        <w:rPr>
          <w:lang w:val="en-GB"/>
        </w:rPr>
        <w:t>“The college has everything I could need as a student.”</w:t>
      </w:r>
    </w:p>
    <w:p w14:paraId="29E23639" w14:textId="27EEE62F" w:rsidR="00B241AF" w:rsidRDefault="00B241AF" w:rsidP="00B241AF">
      <w:pPr>
        <w:rPr>
          <w:lang w:val="en-GB"/>
        </w:rPr>
      </w:pPr>
      <w:r>
        <w:rPr>
          <w:lang w:val="en-GB"/>
        </w:rPr>
        <w:t>Marley</w:t>
      </w:r>
    </w:p>
    <w:p w14:paraId="394370F3" w14:textId="6DD52CB2" w:rsidR="00B241AF" w:rsidRDefault="00B241AF" w:rsidP="00B241AF">
      <w:pPr>
        <w:rPr>
          <w:lang w:val="en-GB"/>
        </w:rPr>
      </w:pPr>
      <w:r>
        <w:rPr>
          <w:lang w:val="en-GB"/>
        </w:rPr>
        <w:t>Level 1 Electrical Installation</w:t>
      </w:r>
    </w:p>
    <w:p w14:paraId="4DCD2077" w14:textId="1041AD7F" w:rsidR="00B241AF" w:rsidRDefault="00B241AF" w:rsidP="00B241AF">
      <w:pPr>
        <w:pStyle w:val="Heading2"/>
        <w:rPr>
          <w:lang w:val="en-GB"/>
        </w:rPr>
      </w:pPr>
      <w:r w:rsidRPr="00B241AF">
        <w:rPr>
          <w:lang w:val="en-GB"/>
        </w:rPr>
        <w:t>Multi Skills</w:t>
      </w:r>
    </w:p>
    <w:p w14:paraId="598A12A1" w14:textId="77777777" w:rsidR="00B241AF" w:rsidRPr="00B241AF" w:rsidRDefault="00B241AF" w:rsidP="00B241AF">
      <w:pPr>
        <w:pStyle w:val="Heading3"/>
        <w:rPr>
          <w:lang w:val="en-GB"/>
        </w:rPr>
      </w:pPr>
      <w:r w:rsidRPr="00B241AF">
        <w:rPr>
          <w:lang w:val="en-GB"/>
        </w:rPr>
        <w:t>Vocational Pathways – Pathway to Multi Skills (Construction) Entry 3</w:t>
      </w:r>
    </w:p>
    <w:p w14:paraId="20F98B99" w14:textId="77777777" w:rsidR="00B241AF" w:rsidRPr="00B241AF" w:rsidRDefault="00B241AF" w:rsidP="00B241AF">
      <w:pPr>
        <w:pStyle w:val="Heading4"/>
        <w:rPr>
          <w:i w:val="0"/>
          <w:iCs w:val="0"/>
          <w:lang w:val="en-GB"/>
        </w:rPr>
      </w:pPr>
      <w:r w:rsidRPr="00B241AF">
        <w:rPr>
          <w:i w:val="0"/>
          <w:iCs w:val="0"/>
          <w:lang w:val="en-GB"/>
        </w:rPr>
        <w:t>Entry Requirements</w:t>
      </w:r>
    </w:p>
    <w:p w14:paraId="206D2FA5" w14:textId="77777777" w:rsidR="00B241AF" w:rsidRPr="00B241AF" w:rsidRDefault="00B241AF" w:rsidP="00B241AF">
      <w:pPr>
        <w:rPr>
          <w:lang w:val="en-GB"/>
        </w:rPr>
      </w:pPr>
      <w:r w:rsidRPr="00B241AF">
        <w:rPr>
          <w:lang w:val="en-GB"/>
        </w:rPr>
        <w:t>Please see page 129 for full entry requirements for Vocational Pathways courses.</w:t>
      </w:r>
    </w:p>
    <w:p w14:paraId="17C99639" w14:textId="77777777" w:rsidR="00B241AF" w:rsidRPr="00B241AF" w:rsidRDefault="00B241AF" w:rsidP="00B241AF">
      <w:pPr>
        <w:pStyle w:val="Heading4"/>
        <w:rPr>
          <w:i w:val="0"/>
          <w:iCs w:val="0"/>
          <w:lang w:val="en-GB"/>
        </w:rPr>
      </w:pPr>
      <w:r w:rsidRPr="00B241AF">
        <w:rPr>
          <w:i w:val="0"/>
          <w:iCs w:val="0"/>
          <w:lang w:val="en-GB"/>
        </w:rPr>
        <w:t>Progression</w:t>
      </w:r>
    </w:p>
    <w:p w14:paraId="2B94D4E9" w14:textId="77777777" w:rsidR="00B241AF" w:rsidRPr="00B241AF" w:rsidRDefault="00B241AF" w:rsidP="009741BE">
      <w:pPr>
        <w:numPr>
          <w:ilvl w:val="0"/>
          <w:numId w:val="49"/>
        </w:numPr>
        <w:rPr>
          <w:lang w:val="en-GB"/>
        </w:rPr>
      </w:pPr>
      <w:r w:rsidRPr="00B241AF">
        <w:rPr>
          <w:lang w:val="en-GB"/>
        </w:rPr>
        <w:t>After you finish the course, you may be offered the chance to transition to a Level 1 course in the Construction department, or another college course of your choice.</w:t>
      </w:r>
    </w:p>
    <w:p w14:paraId="07B8BE13" w14:textId="77777777" w:rsidR="00B241AF" w:rsidRPr="00B241AF" w:rsidRDefault="00B241AF" w:rsidP="009741BE">
      <w:pPr>
        <w:numPr>
          <w:ilvl w:val="0"/>
          <w:numId w:val="49"/>
        </w:numPr>
        <w:rPr>
          <w:lang w:val="en-GB"/>
        </w:rPr>
      </w:pPr>
      <w:r w:rsidRPr="00B241AF">
        <w:rPr>
          <w:lang w:val="en-GB"/>
        </w:rPr>
        <w:t>A relevant GCSE in English and Maths will support this transition.</w:t>
      </w:r>
    </w:p>
    <w:p w14:paraId="556080B2" w14:textId="2D9AEB30" w:rsidR="00B241AF" w:rsidRPr="00B241AF" w:rsidRDefault="00B241AF" w:rsidP="00B241AF">
      <w:pPr>
        <w:rPr>
          <w:lang w:val="en-GB"/>
        </w:rPr>
      </w:pPr>
    </w:p>
    <w:p w14:paraId="7236036E" w14:textId="77777777" w:rsidR="00B241AF" w:rsidRPr="00B241AF" w:rsidRDefault="00B241AF" w:rsidP="00B241AF">
      <w:pPr>
        <w:pStyle w:val="Heading3"/>
        <w:rPr>
          <w:lang w:val="en-GB"/>
        </w:rPr>
      </w:pPr>
      <w:r w:rsidRPr="00B241AF">
        <w:rPr>
          <w:lang w:val="en-GB"/>
        </w:rPr>
        <w:lastRenderedPageBreak/>
        <w:t>Construction Multi Skills Level 1</w:t>
      </w:r>
    </w:p>
    <w:p w14:paraId="1D2E79D7" w14:textId="77777777" w:rsidR="00B241AF" w:rsidRPr="00B241AF" w:rsidRDefault="00B241AF" w:rsidP="00B241AF">
      <w:pPr>
        <w:pStyle w:val="Heading4"/>
        <w:rPr>
          <w:i w:val="0"/>
          <w:iCs w:val="0"/>
          <w:lang w:val="en-GB"/>
        </w:rPr>
      </w:pPr>
      <w:r w:rsidRPr="00B241AF">
        <w:rPr>
          <w:i w:val="0"/>
          <w:iCs w:val="0"/>
          <w:lang w:val="en-GB"/>
        </w:rPr>
        <w:t>Entry Requirements</w:t>
      </w:r>
    </w:p>
    <w:p w14:paraId="1B04EFB8" w14:textId="77777777" w:rsidR="00B241AF" w:rsidRPr="00B241AF" w:rsidRDefault="00B241AF" w:rsidP="009741BE">
      <w:pPr>
        <w:numPr>
          <w:ilvl w:val="0"/>
          <w:numId w:val="50"/>
        </w:numPr>
        <w:rPr>
          <w:lang w:val="en-GB"/>
        </w:rPr>
      </w:pPr>
      <w:r w:rsidRPr="00B241AF">
        <w:rPr>
          <w:lang w:val="en-GB"/>
        </w:rPr>
        <w:t>GCSE English and Maths grade 2.</w:t>
      </w:r>
    </w:p>
    <w:p w14:paraId="276D2BAE" w14:textId="77777777" w:rsidR="00B241AF" w:rsidRPr="00B241AF" w:rsidRDefault="00B241AF" w:rsidP="00B241AF">
      <w:pPr>
        <w:pStyle w:val="Heading4"/>
        <w:rPr>
          <w:i w:val="0"/>
          <w:iCs w:val="0"/>
          <w:lang w:val="en-GB"/>
        </w:rPr>
      </w:pPr>
      <w:r w:rsidRPr="00B241AF">
        <w:rPr>
          <w:i w:val="0"/>
          <w:iCs w:val="0"/>
          <w:lang w:val="en-GB"/>
        </w:rPr>
        <w:t>Progression</w:t>
      </w:r>
    </w:p>
    <w:p w14:paraId="223170C7" w14:textId="77777777" w:rsidR="00B241AF" w:rsidRPr="00B241AF" w:rsidRDefault="00B241AF" w:rsidP="009741BE">
      <w:pPr>
        <w:numPr>
          <w:ilvl w:val="0"/>
          <w:numId w:val="51"/>
        </w:numPr>
        <w:rPr>
          <w:lang w:val="en-GB"/>
        </w:rPr>
      </w:pPr>
      <w:r w:rsidRPr="00B241AF">
        <w:rPr>
          <w:lang w:val="en-GB"/>
        </w:rPr>
        <w:t>Level 2 full-time construction course</w:t>
      </w:r>
    </w:p>
    <w:p w14:paraId="35B58BE1" w14:textId="0795BD1A" w:rsidR="00B241AF" w:rsidRPr="00B241AF" w:rsidRDefault="00B241AF" w:rsidP="009741BE">
      <w:pPr>
        <w:numPr>
          <w:ilvl w:val="0"/>
          <w:numId w:val="51"/>
        </w:numPr>
        <w:rPr>
          <w:lang w:val="en-GB"/>
        </w:rPr>
      </w:pPr>
      <w:r w:rsidRPr="00B241AF">
        <w:rPr>
          <w:lang w:val="en-GB"/>
        </w:rPr>
        <w:t>Apprenticeship</w:t>
      </w:r>
    </w:p>
    <w:p w14:paraId="10C4160D" w14:textId="77777777" w:rsidR="00B241AF" w:rsidRPr="00B241AF" w:rsidRDefault="00B241AF" w:rsidP="00B241AF">
      <w:pPr>
        <w:pStyle w:val="Heading3"/>
        <w:rPr>
          <w:lang w:val="en-GB"/>
        </w:rPr>
      </w:pPr>
      <w:r w:rsidRPr="00B241AF">
        <w:rPr>
          <w:lang w:val="en-GB"/>
        </w:rPr>
        <w:t>Construction Multi Skills Level 2</w:t>
      </w:r>
    </w:p>
    <w:p w14:paraId="4D8EA5FF" w14:textId="77777777" w:rsidR="00B241AF" w:rsidRPr="00B241AF" w:rsidRDefault="00B241AF" w:rsidP="00245F0E">
      <w:pPr>
        <w:pStyle w:val="Heading4"/>
        <w:rPr>
          <w:lang w:val="en-GB"/>
        </w:rPr>
      </w:pPr>
      <w:r w:rsidRPr="00B241AF">
        <w:rPr>
          <w:lang w:val="en-GB"/>
        </w:rPr>
        <w:t>Entry Requirements</w:t>
      </w:r>
    </w:p>
    <w:p w14:paraId="74830718" w14:textId="77777777" w:rsidR="00B241AF" w:rsidRPr="00B241AF" w:rsidRDefault="00B241AF" w:rsidP="009741BE">
      <w:pPr>
        <w:numPr>
          <w:ilvl w:val="0"/>
          <w:numId w:val="52"/>
        </w:numPr>
        <w:rPr>
          <w:lang w:val="en-GB"/>
        </w:rPr>
      </w:pPr>
      <w:r w:rsidRPr="00B241AF">
        <w:rPr>
          <w:lang w:val="en-GB"/>
        </w:rPr>
        <w:t>A minimum of GCSE English and Maths.</w:t>
      </w:r>
    </w:p>
    <w:p w14:paraId="61B40D4A" w14:textId="77777777" w:rsidR="00B241AF" w:rsidRPr="00B241AF" w:rsidRDefault="00B241AF" w:rsidP="009741BE">
      <w:pPr>
        <w:numPr>
          <w:ilvl w:val="0"/>
          <w:numId w:val="52"/>
        </w:numPr>
        <w:rPr>
          <w:lang w:val="en-GB"/>
        </w:rPr>
      </w:pPr>
      <w:r w:rsidRPr="00B241AF">
        <w:rPr>
          <w:lang w:val="en-GB"/>
        </w:rPr>
        <w:t>One of these grades needs to be a grade 3 and the other a grade 2.</w:t>
      </w:r>
    </w:p>
    <w:p w14:paraId="536ECD89" w14:textId="77777777" w:rsidR="00B241AF" w:rsidRPr="00245F0E" w:rsidRDefault="00B241AF" w:rsidP="00245F0E">
      <w:pPr>
        <w:pStyle w:val="Heading4"/>
        <w:rPr>
          <w:i w:val="0"/>
          <w:iCs w:val="0"/>
          <w:lang w:val="en-GB"/>
        </w:rPr>
      </w:pPr>
      <w:r w:rsidRPr="00245F0E">
        <w:rPr>
          <w:i w:val="0"/>
          <w:iCs w:val="0"/>
          <w:lang w:val="en-GB"/>
        </w:rPr>
        <w:t>Progression</w:t>
      </w:r>
    </w:p>
    <w:p w14:paraId="5CCFF20F" w14:textId="77777777" w:rsidR="00B241AF" w:rsidRDefault="00B241AF" w:rsidP="009741BE">
      <w:pPr>
        <w:numPr>
          <w:ilvl w:val="0"/>
          <w:numId w:val="53"/>
        </w:numPr>
        <w:rPr>
          <w:lang w:val="en-GB"/>
        </w:rPr>
      </w:pPr>
      <w:r w:rsidRPr="00B241AF">
        <w:rPr>
          <w:lang w:val="en-GB"/>
        </w:rPr>
        <w:t>Apprenticeship</w:t>
      </w:r>
    </w:p>
    <w:p w14:paraId="30739957" w14:textId="25FD91C8" w:rsidR="00245F0E" w:rsidRDefault="00245F0E" w:rsidP="00245F0E">
      <w:pPr>
        <w:pStyle w:val="Heading2"/>
        <w:rPr>
          <w:lang w:val="en-GB"/>
        </w:rPr>
      </w:pPr>
      <w:r>
        <w:rPr>
          <w:lang w:val="en-GB"/>
        </w:rPr>
        <w:t>Brickwork</w:t>
      </w:r>
    </w:p>
    <w:p w14:paraId="1536E1BA" w14:textId="77777777" w:rsidR="00245F0E" w:rsidRPr="00245F0E" w:rsidRDefault="00245F0E" w:rsidP="00245F0E">
      <w:pPr>
        <w:pStyle w:val="Heading3"/>
        <w:rPr>
          <w:lang w:val="en-GB"/>
        </w:rPr>
      </w:pPr>
      <w:r w:rsidRPr="00245F0E">
        <w:rPr>
          <w:lang w:val="en-GB"/>
        </w:rPr>
        <w:t>Bricklaying Level 1</w:t>
      </w:r>
    </w:p>
    <w:p w14:paraId="757E4C39" w14:textId="77777777" w:rsidR="00245F0E" w:rsidRPr="00245F0E" w:rsidRDefault="00245F0E" w:rsidP="00245F0E">
      <w:pPr>
        <w:pStyle w:val="Heading4"/>
        <w:rPr>
          <w:i w:val="0"/>
          <w:iCs w:val="0"/>
          <w:lang w:val="en-GB"/>
        </w:rPr>
      </w:pPr>
      <w:r w:rsidRPr="00245F0E">
        <w:rPr>
          <w:i w:val="0"/>
          <w:iCs w:val="0"/>
          <w:lang w:val="en-GB"/>
        </w:rPr>
        <w:t>Entry Requirements</w:t>
      </w:r>
    </w:p>
    <w:p w14:paraId="093F14A1" w14:textId="77777777" w:rsidR="00245F0E" w:rsidRPr="00245F0E" w:rsidRDefault="00245F0E" w:rsidP="009741BE">
      <w:pPr>
        <w:numPr>
          <w:ilvl w:val="0"/>
          <w:numId w:val="54"/>
        </w:numPr>
        <w:rPr>
          <w:lang w:val="en-GB"/>
        </w:rPr>
      </w:pPr>
      <w:r w:rsidRPr="00245F0E">
        <w:rPr>
          <w:lang w:val="en-GB"/>
        </w:rPr>
        <w:t>GCSE English and Maths grade 2 or above.</w:t>
      </w:r>
    </w:p>
    <w:p w14:paraId="540729F2" w14:textId="77777777" w:rsidR="00245F0E" w:rsidRPr="00245F0E" w:rsidRDefault="00245F0E" w:rsidP="00245F0E">
      <w:pPr>
        <w:pStyle w:val="Heading4"/>
        <w:rPr>
          <w:i w:val="0"/>
          <w:iCs w:val="0"/>
          <w:lang w:val="en-GB"/>
        </w:rPr>
      </w:pPr>
      <w:r w:rsidRPr="00245F0E">
        <w:rPr>
          <w:i w:val="0"/>
          <w:iCs w:val="0"/>
          <w:lang w:val="en-GB"/>
        </w:rPr>
        <w:t>Progression</w:t>
      </w:r>
    </w:p>
    <w:p w14:paraId="31E1115E" w14:textId="77777777" w:rsidR="00245F0E" w:rsidRPr="00245F0E" w:rsidRDefault="00245F0E" w:rsidP="009741BE">
      <w:pPr>
        <w:numPr>
          <w:ilvl w:val="0"/>
          <w:numId w:val="55"/>
        </w:numPr>
        <w:rPr>
          <w:lang w:val="en-GB"/>
        </w:rPr>
      </w:pPr>
      <w:r w:rsidRPr="00245F0E">
        <w:rPr>
          <w:lang w:val="en-GB"/>
        </w:rPr>
        <w:t>Level 2 Bricklaying</w:t>
      </w:r>
    </w:p>
    <w:p w14:paraId="7129DC16" w14:textId="6398E142" w:rsidR="00245F0E" w:rsidRPr="00245F0E" w:rsidRDefault="00245F0E" w:rsidP="009741BE">
      <w:pPr>
        <w:numPr>
          <w:ilvl w:val="0"/>
          <w:numId w:val="55"/>
        </w:numPr>
        <w:rPr>
          <w:lang w:val="en-GB"/>
        </w:rPr>
      </w:pPr>
      <w:r w:rsidRPr="00245F0E">
        <w:rPr>
          <w:lang w:val="en-GB"/>
        </w:rPr>
        <w:t>Brickwork apprenticeship</w:t>
      </w:r>
    </w:p>
    <w:p w14:paraId="6DED28E8" w14:textId="77777777" w:rsidR="00245F0E" w:rsidRPr="00245F0E" w:rsidRDefault="00245F0E" w:rsidP="00245F0E">
      <w:pPr>
        <w:pStyle w:val="Heading3"/>
        <w:rPr>
          <w:lang w:val="en-GB"/>
        </w:rPr>
      </w:pPr>
      <w:r w:rsidRPr="00245F0E">
        <w:rPr>
          <w:lang w:val="en-GB"/>
        </w:rPr>
        <w:t>Bricklaying Level 2</w:t>
      </w:r>
    </w:p>
    <w:p w14:paraId="3E47424B" w14:textId="77777777" w:rsidR="00245F0E" w:rsidRPr="00245F0E" w:rsidRDefault="00245F0E" w:rsidP="00245F0E">
      <w:pPr>
        <w:pStyle w:val="Heading4"/>
        <w:rPr>
          <w:i w:val="0"/>
          <w:iCs w:val="0"/>
          <w:lang w:val="en-GB"/>
        </w:rPr>
      </w:pPr>
      <w:r w:rsidRPr="00245F0E">
        <w:rPr>
          <w:i w:val="0"/>
          <w:iCs w:val="0"/>
          <w:lang w:val="en-GB"/>
        </w:rPr>
        <w:t>Entry Requirements</w:t>
      </w:r>
    </w:p>
    <w:p w14:paraId="4EC71462" w14:textId="77777777" w:rsidR="00245F0E" w:rsidRPr="00245F0E" w:rsidRDefault="00245F0E" w:rsidP="009741BE">
      <w:pPr>
        <w:numPr>
          <w:ilvl w:val="0"/>
          <w:numId w:val="56"/>
        </w:numPr>
        <w:rPr>
          <w:lang w:val="en-GB"/>
        </w:rPr>
      </w:pPr>
      <w:r w:rsidRPr="00245F0E">
        <w:rPr>
          <w:lang w:val="en-GB"/>
        </w:rPr>
        <w:t>Level 1 relevant vocational qualification</w:t>
      </w:r>
    </w:p>
    <w:p w14:paraId="4665C4F9" w14:textId="77777777" w:rsidR="00245F0E" w:rsidRPr="00245F0E" w:rsidRDefault="00245F0E" w:rsidP="009741BE">
      <w:pPr>
        <w:numPr>
          <w:ilvl w:val="0"/>
          <w:numId w:val="56"/>
        </w:numPr>
        <w:rPr>
          <w:lang w:val="en-GB"/>
        </w:rPr>
      </w:pPr>
      <w:r w:rsidRPr="00245F0E">
        <w:rPr>
          <w:lang w:val="en-GB"/>
        </w:rPr>
        <w:t>GCSE Maths and English grade 2</w:t>
      </w:r>
    </w:p>
    <w:p w14:paraId="49426856" w14:textId="77777777" w:rsidR="00245F0E" w:rsidRPr="00245F0E" w:rsidRDefault="00245F0E" w:rsidP="00245F0E">
      <w:pPr>
        <w:pStyle w:val="Heading4"/>
        <w:rPr>
          <w:lang w:val="en-GB"/>
        </w:rPr>
      </w:pPr>
      <w:r w:rsidRPr="00245F0E">
        <w:rPr>
          <w:lang w:val="en-GB"/>
        </w:rPr>
        <w:t>Progression</w:t>
      </w:r>
    </w:p>
    <w:p w14:paraId="6A1E1FE4" w14:textId="2207FCBF" w:rsidR="00245F0E" w:rsidRPr="00245F0E" w:rsidRDefault="00245F0E" w:rsidP="009741BE">
      <w:pPr>
        <w:numPr>
          <w:ilvl w:val="0"/>
          <w:numId w:val="57"/>
        </w:numPr>
        <w:rPr>
          <w:lang w:val="en-GB"/>
        </w:rPr>
      </w:pPr>
      <w:r w:rsidRPr="00245F0E">
        <w:rPr>
          <w:lang w:val="en-GB"/>
        </w:rPr>
        <w:t>Brickwork apprenticeship</w:t>
      </w:r>
    </w:p>
    <w:p w14:paraId="20BA6E42" w14:textId="77777777" w:rsidR="00245F0E" w:rsidRPr="00245F0E" w:rsidRDefault="00245F0E" w:rsidP="00245F0E">
      <w:pPr>
        <w:pStyle w:val="Heading3"/>
        <w:rPr>
          <w:lang w:val="en-GB"/>
        </w:rPr>
      </w:pPr>
      <w:r w:rsidRPr="00245F0E">
        <w:rPr>
          <w:lang w:val="en-GB"/>
        </w:rPr>
        <w:t>Bricklaying Apprenticeship Level 2</w:t>
      </w:r>
    </w:p>
    <w:p w14:paraId="2B249A31" w14:textId="77777777" w:rsidR="00245F0E" w:rsidRPr="00245F0E" w:rsidRDefault="00245F0E" w:rsidP="00245F0E">
      <w:pPr>
        <w:pStyle w:val="Heading4"/>
        <w:rPr>
          <w:i w:val="0"/>
          <w:iCs w:val="0"/>
          <w:lang w:val="en-GB"/>
        </w:rPr>
      </w:pPr>
      <w:r w:rsidRPr="00245F0E">
        <w:rPr>
          <w:i w:val="0"/>
          <w:iCs w:val="0"/>
          <w:lang w:val="en-GB"/>
        </w:rPr>
        <w:t>Entry Requirements</w:t>
      </w:r>
    </w:p>
    <w:p w14:paraId="363C16D4" w14:textId="77777777" w:rsidR="00245F0E" w:rsidRPr="00245F0E" w:rsidRDefault="00245F0E" w:rsidP="009741BE">
      <w:pPr>
        <w:numPr>
          <w:ilvl w:val="0"/>
          <w:numId w:val="58"/>
        </w:numPr>
        <w:rPr>
          <w:lang w:val="en-GB"/>
        </w:rPr>
      </w:pPr>
      <w:r w:rsidRPr="00245F0E">
        <w:rPr>
          <w:lang w:val="en-GB"/>
        </w:rPr>
        <w:t>A minimum of GCSE English and Maths at grade 2 or above.</w:t>
      </w:r>
    </w:p>
    <w:p w14:paraId="3A44925E" w14:textId="77777777" w:rsidR="00245F0E" w:rsidRPr="00245F0E" w:rsidRDefault="00245F0E" w:rsidP="009741BE">
      <w:pPr>
        <w:numPr>
          <w:ilvl w:val="0"/>
          <w:numId w:val="58"/>
        </w:numPr>
        <w:rPr>
          <w:lang w:val="en-GB"/>
        </w:rPr>
      </w:pPr>
      <w:r w:rsidRPr="00245F0E">
        <w:rPr>
          <w:lang w:val="en-GB"/>
        </w:rPr>
        <w:t xml:space="preserve">To start your </w:t>
      </w:r>
      <w:proofErr w:type="gramStart"/>
      <w:r w:rsidRPr="00245F0E">
        <w:rPr>
          <w:lang w:val="en-GB"/>
        </w:rPr>
        <w:t>apprenticeship</w:t>
      </w:r>
      <w:proofErr w:type="gramEnd"/>
      <w:r w:rsidRPr="00245F0E">
        <w:rPr>
          <w:lang w:val="en-GB"/>
        </w:rPr>
        <w:t xml:space="preserve"> you must have secured employment that the college has agreed is suitable.</w:t>
      </w:r>
    </w:p>
    <w:p w14:paraId="73AFE155" w14:textId="77777777" w:rsidR="00245F0E" w:rsidRPr="00245F0E" w:rsidRDefault="00245F0E" w:rsidP="00245F0E">
      <w:pPr>
        <w:pStyle w:val="Heading4"/>
        <w:rPr>
          <w:i w:val="0"/>
          <w:iCs w:val="0"/>
          <w:lang w:val="en-GB"/>
        </w:rPr>
      </w:pPr>
      <w:r w:rsidRPr="00245F0E">
        <w:rPr>
          <w:i w:val="0"/>
          <w:iCs w:val="0"/>
          <w:lang w:val="en-GB"/>
        </w:rPr>
        <w:lastRenderedPageBreak/>
        <w:t>Progression</w:t>
      </w:r>
    </w:p>
    <w:p w14:paraId="3D647B21" w14:textId="77777777" w:rsidR="00245F0E" w:rsidRPr="00245F0E" w:rsidRDefault="00245F0E" w:rsidP="009741BE">
      <w:pPr>
        <w:numPr>
          <w:ilvl w:val="0"/>
          <w:numId w:val="59"/>
        </w:numPr>
        <w:rPr>
          <w:lang w:val="en-GB"/>
        </w:rPr>
      </w:pPr>
      <w:r w:rsidRPr="00245F0E">
        <w:rPr>
          <w:lang w:val="en-GB"/>
        </w:rPr>
        <w:t>Higher level apprenticeship qualification</w:t>
      </w:r>
    </w:p>
    <w:p w14:paraId="52D48790" w14:textId="77777777" w:rsidR="00245F0E" w:rsidRDefault="00245F0E" w:rsidP="009741BE">
      <w:pPr>
        <w:numPr>
          <w:ilvl w:val="0"/>
          <w:numId w:val="59"/>
        </w:numPr>
        <w:rPr>
          <w:lang w:val="en-GB"/>
        </w:rPr>
      </w:pPr>
      <w:r w:rsidRPr="00245F0E">
        <w:rPr>
          <w:lang w:val="en-GB"/>
        </w:rPr>
        <w:t>Employment</w:t>
      </w:r>
    </w:p>
    <w:p w14:paraId="1C44E3BF" w14:textId="747EB64B" w:rsidR="00245F0E" w:rsidRDefault="00245F0E" w:rsidP="00245F0E">
      <w:pPr>
        <w:pStyle w:val="Heading2"/>
        <w:rPr>
          <w:lang w:val="en-GB"/>
        </w:rPr>
      </w:pPr>
      <w:r>
        <w:rPr>
          <w:lang w:val="en-GB"/>
        </w:rPr>
        <w:t>Electrical</w:t>
      </w:r>
    </w:p>
    <w:p w14:paraId="3BB6E425" w14:textId="77777777" w:rsidR="00245F0E" w:rsidRPr="00245F0E" w:rsidRDefault="00245F0E" w:rsidP="00245F0E">
      <w:pPr>
        <w:pStyle w:val="Heading3"/>
        <w:rPr>
          <w:lang w:val="en-GB"/>
        </w:rPr>
      </w:pPr>
      <w:r w:rsidRPr="00245F0E">
        <w:rPr>
          <w:lang w:val="en-GB"/>
        </w:rPr>
        <w:t>Electrical Installation Level 1</w:t>
      </w:r>
    </w:p>
    <w:p w14:paraId="725B2C51" w14:textId="77777777" w:rsidR="00245F0E" w:rsidRPr="00245F0E" w:rsidRDefault="00245F0E" w:rsidP="00245F0E">
      <w:pPr>
        <w:pStyle w:val="Heading4"/>
        <w:rPr>
          <w:i w:val="0"/>
          <w:iCs w:val="0"/>
          <w:lang w:val="en-GB"/>
        </w:rPr>
      </w:pPr>
      <w:r w:rsidRPr="00245F0E">
        <w:rPr>
          <w:i w:val="0"/>
          <w:iCs w:val="0"/>
          <w:lang w:val="en-GB"/>
        </w:rPr>
        <w:t>Entry Requirements</w:t>
      </w:r>
    </w:p>
    <w:p w14:paraId="2EC00734" w14:textId="77777777" w:rsidR="00245F0E" w:rsidRPr="00245F0E" w:rsidRDefault="00245F0E" w:rsidP="00245F0E">
      <w:pPr>
        <w:rPr>
          <w:lang w:val="en-GB"/>
        </w:rPr>
      </w:pPr>
      <w:r w:rsidRPr="00245F0E">
        <w:rPr>
          <w:lang w:val="en-GB"/>
        </w:rPr>
        <w:t>A minimum of GCSE English and Maths grade 2 or above.</w:t>
      </w:r>
    </w:p>
    <w:p w14:paraId="17E11F66" w14:textId="77777777" w:rsidR="00245F0E" w:rsidRPr="00245F0E" w:rsidRDefault="00245F0E" w:rsidP="00245F0E">
      <w:pPr>
        <w:pStyle w:val="Heading4"/>
        <w:rPr>
          <w:i w:val="0"/>
          <w:iCs w:val="0"/>
          <w:lang w:val="en-GB"/>
        </w:rPr>
      </w:pPr>
      <w:r w:rsidRPr="00245F0E">
        <w:rPr>
          <w:i w:val="0"/>
          <w:iCs w:val="0"/>
          <w:lang w:val="en-GB"/>
        </w:rPr>
        <w:t>Progression</w:t>
      </w:r>
    </w:p>
    <w:p w14:paraId="316EE989" w14:textId="4DDF26C5" w:rsidR="00245F0E" w:rsidRPr="00245F0E" w:rsidRDefault="00245F0E" w:rsidP="009741BE">
      <w:pPr>
        <w:numPr>
          <w:ilvl w:val="0"/>
          <w:numId w:val="60"/>
        </w:numPr>
        <w:rPr>
          <w:lang w:val="en-GB"/>
        </w:rPr>
      </w:pPr>
      <w:r w:rsidRPr="00245F0E">
        <w:rPr>
          <w:lang w:val="en-GB"/>
        </w:rPr>
        <w:t>Electrical Installation Level 2</w:t>
      </w:r>
    </w:p>
    <w:p w14:paraId="0701F60E" w14:textId="77777777" w:rsidR="00245F0E" w:rsidRPr="00245F0E" w:rsidRDefault="00245F0E" w:rsidP="00245F0E">
      <w:pPr>
        <w:pStyle w:val="Heading3"/>
        <w:rPr>
          <w:lang w:val="en-GB"/>
        </w:rPr>
      </w:pPr>
      <w:r w:rsidRPr="00245F0E">
        <w:rPr>
          <w:lang w:val="en-GB"/>
        </w:rPr>
        <w:t>Electrical Installation Level 2</w:t>
      </w:r>
    </w:p>
    <w:p w14:paraId="71491CEC" w14:textId="77777777" w:rsidR="00245F0E" w:rsidRPr="00245F0E" w:rsidRDefault="00245F0E" w:rsidP="00245F0E">
      <w:pPr>
        <w:pStyle w:val="Heading4"/>
        <w:rPr>
          <w:i w:val="0"/>
          <w:iCs w:val="0"/>
          <w:lang w:val="en-GB"/>
        </w:rPr>
      </w:pPr>
      <w:r w:rsidRPr="00245F0E">
        <w:rPr>
          <w:i w:val="0"/>
          <w:iCs w:val="0"/>
          <w:lang w:val="en-GB"/>
        </w:rPr>
        <w:t>Entry Requirements</w:t>
      </w:r>
    </w:p>
    <w:p w14:paraId="1CE77F86" w14:textId="77777777" w:rsidR="00245F0E" w:rsidRPr="00245F0E" w:rsidRDefault="00245F0E" w:rsidP="00245F0E">
      <w:pPr>
        <w:rPr>
          <w:lang w:val="en-GB"/>
        </w:rPr>
      </w:pPr>
      <w:r w:rsidRPr="00245F0E">
        <w:rPr>
          <w:lang w:val="en-GB"/>
        </w:rPr>
        <w:t>A minimum of GCSE English and Maths grade 4 or above, or a Level 1 relevant vocational qualification.</w:t>
      </w:r>
    </w:p>
    <w:p w14:paraId="7813FFD5" w14:textId="77777777" w:rsidR="00245F0E" w:rsidRPr="00245F0E" w:rsidRDefault="00245F0E" w:rsidP="00245F0E">
      <w:pPr>
        <w:pStyle w:val="Heading4"/>
        <w:rPr>
          <w:i w:val="0"/>
          <w:iCs w:val="0"/>
          <w:lang w:val="en-GB"/>
        </w:rPr>
      </w:pPr>
      <w:r w:rsidRPr="00245F0E">
        <w:rPr>
          <w:i w:val="0"/>
          <w:iCs w:val="0"/>
          <w:lang w:val="en-GB"/>
        </w:rPr>
        <w:t>Progression</w:t>
      </w:r>
    </w:p>
    <w:p w14:paraId="324A8B83" w14:textId="77777777" w:rsidR="00245F0E" w:rsidRPr="00245F0E" w:rsidRDefault="00245F0E" w:rsidP="009741BE">
      <w:pPr>
        <w:numPr>
          <w:ilvl w:val="0"/>
          <w:numId w:val="61"/>
        </w:numPr>
        <w:rPr>
          <w:lang w:val="en-GB"/>
        </w:rPr>
      </w:pPr>
      <w:r w:rsidRPr="00245F0E">
        <w:rPr>
          <w:lang w:val="en-GB"/>
        </w:rPr>
        <w:t>Level 3 Electrical Installation</w:t>
      </w:r>
    </w:p>
    <w:p w14:paraId="70D6E140" w14:textId="77777777" w:rsidR="00245F0E" w:rsidRPr="00245F0E" w:rsidRDefault="00245F0E" w:rsidP="009741BE">
      <w:pPr>
        <w:numPr>
          <w:ilvl w:val="0"/>
          <w:numId w:val="61"/>
        </w:numPr>
        <w:rPr>
          <w:lang w:val="en-GB"/>
        </w:rPr>
      </w:pPr>
      <w:r w:rsidRPr="00245F0E">
        <w:rPr>
          <w:lang w:val="en-GB"/>
        </w:rPr>
        <w:t>Apprenticeship</w:t>
      </w:r>
    </w:p>
    <w:p w14:paraId="67296820" w14:textId="7ABDFA26" w:rsidR="00245F0E" w:rsidRPr="00245F0E" w:rsidRDefault="00245F0E" w:rsidP="009741BE">
      <w:pPr>
        <w:numPr>
          <w:ilvl w:val="0"/>
          <w:numId w:val="61"/>
        </w:numPr>
        <w:rPr>
          <w:lang w:val="en-GB"/>
        </w:rPr>
      </w:pPr>
      <w:r w:rsidRPr="00245F0E">
        <w:rPr>
          <w:lang w:val="en-GB"/>
        </w:rPr>
        <w:t>Building Services for Construction: Electrotechnical Engineering T Level</w:t>
      </w:r>
    </w:p>
    <w:p w14:paraId="3A8C8B70" w14:textId="77777777" w:rsidR="00245F0E" w:rsidRPr="00245F0E" w:rsidRDefault="00245F0E" w:rsidP="00245F0E">
      <w:pPr>
        <w:pStyle w:val="Heading3"/>
        <w:rPr>
          <w:lang w:val="en-GB"/>
        </w:rPr>
      </w:pPr>
      <w:r w:rsidRPr="00245F0E">
        <w:rPr>
          <w:lang w:val="en-GB"/>
        </w:rPr>
        <w:t>Electrical Installation Level 3</w:t>
      </w:r>
    </w:p>
    <w:p w14:paraId="3CCE0C2C" w14:textId="77777777" w:rsidR="00245F0E" w:rsidRPr="00245F0E" w:rsidRDefault="00245F0E" w:rsidP="00245F0E">
      <w:pPr>
        <w:pStyle w:val="Heading4"/>
        <w:rPr>
          <w:i w:val="0"/>
          <w:iCs w:val="0"/>
          <w:lang w:val="en-GB"/>
        </w:rPr>
      </w:pPr>
      <w:r w:rsidRPr="00245F0E">
        <w:rPr>
          <w:i w:val="0"/>
          <w:iCs w:val="0"/>
          <w:lang w:val="en-GB"/>
        </w:rPr>
        <w:t>Entry Requirements</w:t>
      </w:r>
    </w:p>
    <w:p w14:paraId="47B5CE93" w14:textId="77777777" w:rsidR="00245F0E" w:rsidRPr="00245F0E" w:rsidRDefault="00245F0E" w:rsidP="009741BE">
      <w:pPr>
        <w:numPr>
          <w:ilvl w:val="0"/>
          <w:numId w:val="62"/>
        </w:numPr>
        <w:rPr>
          <w:lang w:val="en-GB"/>
        </w:rPr>
      </w:pPr>
      <w:r w:rsidRPr="00245F0E">
        <w:rPr>
          <w:lang w:val="en-GB"/>
        </w:rPr>
        <w:t>Level 2 Electrical Installation</w:t>
      </w:r>
    </w:p>
    <w:p w14:paraId="24C2A808" w14:textId="77777777" w:rsidR="00245F0E" w:rsidRPr="00245F0E" w:rsidRDefault="00245F0E" w:rsidP="009741BE">
      <w:pPr>
        <w:numPr>
          <w:ilvl w:val="0"/>
          <w:numId w:val="62"/>
        </w:numPr>
        <w:rPr>
          <w:lang w:val="en-GB"/>
        </w:rPr>
      </w:pPr>
      <w:r w:rsidRPr="00245F0E">
        <w:rPr>
          <w:lang w:val="en-GB"/>
        </w:rPr>
        <w:t>Grade 4 in English and Maths</w:t>
      </w:r>
    </w:p>
    <w:p w14:paraId="5AB51172" w14:textId="77777777" w:rsidR="00245F0E" w:rsidRPr="00245F0E" w:rsidRDefault="00245F0E" w:rsidP="00245F0E">
      <w:pPr>
        <w:pStyle w:val="Heading4"/>
        <w:rPr>
          <w:i w:val="0"/>
          <w:iCs w:val="0"/>
          <w:lang w:val="en-GB"/>
        </w:rPr>
      </w:pPr>
      <w:r w:rsidRPr="00245F0E">
        <w:rPr>
          <w:i w:val="0"/>
          <w:iCs w:val="0"/>
          <w:lang w:val="en-GB"/>
        </w:rPr>
        <w:t>Progression</w:t>
      </w:r>
    </w:p>
    <w:p w14:paraId="6F6B3ABF" w14:textId="77777777" w:rsidR="00245F0E" w:rsidRPr="00245F0E" w:rsidRDefault="00245F0E" w:rsidP="009741BE">
      <w:pPr>
        <w:numPr>
          <w:ilvl w:val="0"/>
          <w:numId w:val="63"/>
        </w:numPr>
        <w:rPr>
          <w:lang w:val="en-GB"/>
        </w:rPr>
      </w:pPr>
      <w:r w:rsidRPr="00245F0E">
        <w:rPr>
          <w:lang w:val="en-GB"/>
        </w:rPr>
        <w:t>Apprenticeships</w:t>
      </w:r>
    </w:p>
    <w:p w14:paraId="7FB9A6A5" w14:textId="77777777" w:rsidR="00245F0E" w:rsidRPr="00245F0E" w:rsidRDefault="00245F0E" w:rsidP="009741BE">
      <w:pPr>
        <w:numPr>
          <w:ilvl w:val="0"/>
          <w:numId w:val="63"/>
        </w:numPr>
        <w:rPr>
          <w:lang w:val="en-GB"/>
        </w:rPr>
      </w:pPr>
      <w:r w:rsidRPr="00245F0E">
        <w:rPr>
          <w:lang w:val="en-GB"/>
        </w:rPr>
        <w:t>Further short course opportunities – 18th Edition and Testing &amp; Inspection</w:t>
      </w:r>
    </w:p>
    <w:p w14:paraId="4540F357" w14:textId="13138432" w:rsidR="00245F0E" w:rsidRPr="00245F0E" w:rsidRDefault="00245F0E" w:rsidP="009741BE">
      <w:pPr>
        <w:numPr>
          <w:ilvl w:val="0"/>
          <w:numId w:val="63"/>
        </w:numPr>
        <w:rPr>
          <w:lang w:val="en-GB"/>
        </w:rPr>
      </w:pPr>
      <w:r w:rsidRPr="00245F0E">
        <w:rPr>
          <w:lang w:val="en-GB"/>
        </w:rPr>
        <w:t>Higher Education</w:t>
      </w:r>
    </w:p>
    <w:p w14:paraId="67C437B4" w14:textId="77777777" w:rsidR="00245F0E" w:rsidRPr="00245F0E" w:rsidRDefault="00245F0E" w:rsidP="00245F0E">
      <w:pPr>
        <w:pStyle w:val="Heading3"/>
        <w:rPr>
          <w:lang w:val="en-GB"/>
        </w:rPr>
      </w:pPr>
      <w:r w:rsidRPr="00245F0E">
        <w:rPr>
          <w:lang w:val="en-GB"/>
        </w:rPr>
        <w:t>Electrical Installation Apprenticeship Level 3</w:t>
      </w:r>
    </w:p>
    <w:p w14:paraId="6D99F231" w14:textId="77777777" w:rsidR="00245F0E" w:rsidRPr="00245F0E" w:rsidRDefault="00245F0E" w:rsidP="00245F0E">
      <w:pPr>
        <w:pStyle w:val="Heading4"/>
        <w:rPr>
          <w:i w:val="0"/>
          <w:iCs w:val="0"/>
          <w:lang w:val="en-GB"/>
        </w:rPr>
      </w:pPr>
      <w:r w:rsidRPr="00245F0E">
        <w:rPr>
          <w:i w:val="0"/>
          <w:iCs w:val="0"/>
          <w:lang w:val="en-GB"/>
        </w:rPr>
        <w:t>Entry Requirements</w:t>
      </w:r>
    </w:p>
    <w:p w14:paraId="45ED4107" w14:textId="77777777" w:rsidR="00245F0E" w:rsidRPr="00245F0E" w:rsidRDefault="00245F0E" w:rsidP="009741BE">
      <w:pPr>
        <w:pStyle w:val="ListParagraph"/>
        <w:numPr>
          <w:ilvl w:val="0"/>
          <w:numId w:val="66"/>
        </w:numPr>
        <w:rPr>
          <w:lang w:val="en-GB"/>
        </w:rPr>
      </w:pPr>
      <w:r w:rsidRPr="00245F0E">
        <w:rPr>
          <w:lang w:val="en-GB"/>
        </w:rPr>
        <w:t>A minimum of GCSE English and Maths at grade 4 or above.</w:t>
      </w:r>
    </w:p>
    <w:p w14:paraId="39E493DE" w14:textId="77777777" w:rsidR="00245F0E" w:rsidRPr="00245F0E" w:rsidRDefault="00245F0E" w:rsidP="009741BE">
      <w:pPr>
        <w:pStyle w:val="ListParagraph"/>
        <w:numPr>
          <w:ilvl w:val="0"/>
          <w:numId w:val="66"/>
        </w:numPr>
        <w:rPr>
          <w:lang w:val="en-GB"/>
        </w:rPr>
      </w:pPr>
      <w:r w:rsidRPr="00245F0E">
        <w:rPr>
          <w:lang w:val="en-GB"/>
        </w:rPr>
        <w:t xml:space="preserve">To start your </w:t>
      </w:r>
      <w:proofErr w:type="gramStart"/>
      <w:r w:rsidRPr="00245F0E">
        <w:rPr>
          <w:lang w:val="en-GB"/>
        </w:rPr>
        <w:t>apprenticeship</w:t>
      </w:r>
      <w:proofErr w:type="gramEnd"/>
      <w:r w:rsidRPr="00245F0E">
        <w:rPr>
          <w:lang w:val="en-GB"/>
        </w:rPr>
        <w:t xml:space="preserve"> you must have secured employment that the college has agreed is suitable.</w:t>
      </w:r>
    </w:p>
    <w:p w14:paraId="11097BD3" w14:textId="77777777" w:rsidR="00245F0E" w:rsidRPr="00245F0E" w:rsidRDefault="00245F0E" w:rsidP="00245F0E">
      <w:pPr>
        <w:pStyle w:val="Heading4"/>
        <w:rPr>
          <w:i w:val="0"/>
          <w:iCs w:val="0"/>
          <w:lang w:val="en-GB"/>
        </w:rPr>
      </w:pPr>
      <w:r w:rsidRPr="00245F0E">
        <w:rPr>
          <w:i w:val="0"/>
          <w:iCs w:val="0"/>
          <w:lang w:val="en-GB"/>
        </w:rPr>
        <w:lastRenderedPageBreak/>
        <w:t>Progression</w:t>
      </w:r>
    </w:p>
    <w:p w14:paraId="33E00EC4" w14:textId="77777777" w:rsidR="00245F0E" w:rsidRPr="00245F0E" w:rsidRDefault="00245F0E" w:rsidP="009741BE">
      <w:pPr>
        <w:numPr>
          <w:ilvl w:val="0"/>
          <w:numId w:val="64"/>
        </w:numPr>
        <w:rPr>
          <w:lang w:val="en-GB"/>
        </w:rPr>
      </w:pPr>
      <w:r w:rsidRPr="00245F0E">
        <w:rPr>
          <w:lang w:val="en-GB"/>
        </w:rPr>
        <w:t>Level 4 qualification</w:t>
      </w:r>
    </w:p>
    <w:p w14:paraId="35A34920" w14:textId="77777777" w:rsidR="00245F0E" w:rsidRPr="00245F0E" w:rsidRDefault="00245F0E" w:rsidP="009741BE">
      <w:pPr>
        <w:numPr>
          <w:ilvl w:val="0"/>
          <w:numId w:val="64"/>
        </w:numPr>
        <w:rPr>
          <w:lang w:val="en-GB"/>
        </w:rPr>
      </w:pPr>
      <w:r w:rsidRPr="00245F0E">
        <w:rPr>
          <w:lang w:val="en-GB"/>
        </w:rPr>
        <w:t>Professional qualification</w:t>
      </w:r>
    </w:p>
    <w:p w14:paraId="2CE30E26" w14:textId="47F75114" w:rsidR="00245F0E" w:rsidRPr="00245F0E" w:rsidRDefault="00245F0E" w:rsidP="009741BE">
      <w:pPr>
        <w:numPr>
          <w:ilvl w:val="0"/>
          <w:numId w:val="64"/>
        </w:numPr>
        <w:rPr>
          <w:lang w:val="en-GB"/>
        </w:rPr>
      </w:pPr>
      <w:r w:rsidRPr="00245F0E">
        <w:rPr>
          <w:lang w:val="en-GB"/>
        </w:rPr>
        <w:t>Full time employment</w:t>
      </w:r>
    </w:p>
    <w:p w14:paraId="1DA29ECD" w14:textId="77777777" w:rsidR="00245F0E" w:rsidRPr="00245F0E" w:rsidRDefault="00245F0E" w:rsidP="00245F0E">
      <w:pPr>
        <w:pStyle w:val="Heading3"/>
        <w:rPr>
          <w:lang w:val="en-GB"/>
        </w:rPr>
      </w:pPr>
      <w:r w:rsidRPr="00245F0E">
        <w:rPr>
          <w:lang w:val="en-GB"/>
        </w:rPr>
        <w:t>T Level Building Services Engineering for Construction: Electrotechnical Engineering Level 3</w:t>
      </w:r>
    </w:p>
    <w:p w14:paraId="02B2CD88" w14:textId="77777777" w:rsidR="00245F0E" w:rsidRPr="00245F0E" w:rsidRDefault="00245F0E" w:rsidP="00245F0E">
      <w:pPr>
        <w:pStyle w:val="Heading4"/>
        <w:rPr>
          <w:i w:val="0"/>
          <w:iCs w:val="0"/>
          <w:lang w:val="en-GB"/>
        </w:rPr>
      </w:pPr>
      <w:r w:rsidRPr="00245F0E">
        <w:rPr>
          <w:i w:val="0"/>
          <w:iCs w:val="0"/>
          <w:lang w:val="en-GB"/>
        </w:rPr>
        <w:t>Entry Requirements</w:t>
      </w:r>
    </w:p>
    <w:p w14:paraId="20839095" w14:textId="77777777" w:rsidR="00245F0E" w:rsidRPr="00245F0E" w:rsidRDefault="00245F0E" w:rsidP="00245F0E">
      <w:pPr>
        <w:rPr>
          <w:lang w:val="en-GB"/>
        </w:rPr>
      </w:pPr>
      <w:r w:rsidRPr="00245F0E">
        <w:rPr>
          <w:lang w:val="en-GB"/>
        </w:rPr>
        <w:t>Four GCSEs at grade 4 or above, including:</w:t>
      </w:r>
    </w:p>
    <w:p w14:paraId="724E641E" w14:textId="77777777" w:rsidR="00245F0E" w:rsidRPr="00245F0E" w:rsidRDefault="00245F0E" w:rsidP="009741BE">
      <w:pPr>
        <w:numPr>
          <w:ilvl w:val="0"/>
          <w:numId w:val="65"/>
        </w:numPr>
        <w:rPr>
          <w:lang w:val="en-GB"/>
        </w:rPr>
      </w:pPr>
      <w:r w:rsidRPr="00245F0E">
        <w:rPr>
          <w:lang w:val="en-GB"/>
        </w:rPr>
        <w:t>English</w:t>
      </w:r>
    </w:p>
    <w:p w14:paraId="4463C863" w14:textId="77777777" w:rsidR="00245F0E" w:rsidRPr="00245F0E" w:rsidRDefault="00245F0E" w:rsidP="009741BE">
      <w:pPr>
        <w:numPr>
          <w:ilvl w:val="0"/>
          <w:numId w:val="65"/>
        </w:numPr>
        <w:rPr>
          <w:lang w:val="en-GB"/>
        </w:rPr>
      </w:pPr>
      <w:r w:rsidRPr="00245F0E">
        <w:rPr>
          <w:lang w:val="en-GB"/>
        </w:rPr>
        <w:t>Maths</w:t>
      </w:r>
    </w:p>
    <w:p w14:paraId="430B509C" w14:textId="77777777" w:rsidR="00245F0E" w:rsidRPr="00245F0E" w:rsidRDefault="00245F0E" w:rsidP="009741BE">
      <w:pPr>
        <w:numPr>
          <w:ilvl w:val="0"/>
          <w:numId w:val="65"/>
        </w:numPr>
        <w:rPr>
          <w:lang w:val="en-GB"/>
        </w:rPr>
      </w:pPr>
      <w:r w:rsidRPr="00245F0E">
        <w:rPr>
          <w:lang w:val="en-GB"/>
        </w:rPr>
        <w:t>A Science subject</w:t>
      </w:r>
    </w:p>
    <w:p w14:paraId="242057ED" w14:textId="77777777" w:rsidR="00245F0E" w:rsidRDefault="00245F0E" w:rsidP="00245F0E">
      <w:pPr>
        <w:rPr>
          <w:lang w:val="en-GB"/>
        </w:rPr>
      </w:pPr>
      <w:r w:rsidRPr="00245F0E">
        <w:rPr>
          <w:lang w:val="en-GB"/>
        </w:rPr>
        <w:t>Either Maths or Science must also be at a grade 5.</w:t>
      </w:r>
    </w:p>
    <w:p w14:paraId="47895E16" w14:textId="306F07AB" w:rsidR="00245F0E" w:rsidRDefault="00245F0E" w:rsidP="00245F0E">
      <w:pPr>
        <w:pStyle w:val="Heading4"/>
        <w:rPr>
          <w:i w:val="0"/>
          <w:iCs w:val="0"/>
          <w:lang w:val="en-GB"/>
        </w:rPr>
      </w:pPr>
      <w:r w:rsidRPr="00245F0E">
        <w:rPr>
          <w:i w:val="0"/>
          <w:iCs w:val="0"/>
          <w:lang w:val="en-GB"/>
        </w:rPr>
        <w:t>Progression</w:t>
      </w:r>
    </w:p>
    <w:p w14:paraId="5A5C3685" w14:textId="7761CA92" w:rsidR="00245F0E" w:rsidRDefault="00245F0E" w:rsidP="009741BE">
      <w:pPr>
        <w:pStyle w:val="ListParagraph"/>
        <w:numPr>
          <w:ilvl w:val="0"/>
          <w:numId w:val="67"/>
        </w:numPr>
        <w:rPr>
          <w:lang w:val="en-GB"/>
        </w:rPr>
      </w:pPr>
      <w:r w:rsidRPr="00245F0E">
        <w:rPr>
          <w:lang w:val="en-GB"/>
        </w:rPr>
        <w:t>Apprenticeship</w:t>
      </w:r>
    </w:p>
    <w:p w14:paraId="47D51610" w14:textId="6158D823" w:rsidR="00245F0E" w:rsidRDefault="00245F0E" w:rsidP="009741BE">
      <w:pPr>
        <w:pStyle w:val="ListParagraph"/>
        <w:numPr>
          <w:ilvl w:val="0"/>
          <w:numId w:val="67"/>
        </w:numPr>
        <w:rPr>
          <w:lang w:val="en-GB"/>
        </w:rPr>
      </w:pPr>
      <w:r>
        <w:rPr>
          <w:lang w:val="en-GB"/>
        </w:rPr>
        <w:t>Employment</w:t>
      </w:r>
    </w:p>
    <w:p w14:paraId="4E6D2A08" w14:textId="108E5125" w:rsidR="00245F0E" w:rsidRDefault="00245F0E" w:rsidP="009741BE">
      <w:pPr>
        <w:pStyle w:val="ListParagraph"/>
        <w:numPr>
          <w:ilvl w:val="0"/>
          <w:numId w:val="67"/>
        </w:numPr>
        <w:rPr>
          <w:lang w:val="en-GB"/>
        </w:rPr>
      </w:pPr>
      <w:r>
        <w:rPr>
          <w:lang w:val="en-GB"/>
        </w:rPr>
        <w:t>Degree level study</w:t>
      </w:r>
    </w:p>
    <w:p w14:paraId="368DEE9D" w14:textId="0EBF760F" w:rsidR="00245F0E" w:rsidRDefault="00245F0E" w:rsidP="00245F0E">
      <w:pPr>
        <w:pStyle w:val="Heading2"/>
        <w:rPr>
          <w:lang w:val="en-GB"/>
        </w:rPr>
      </w:pPr>
      <w:r>
        <w:rPr>
          <w:lang w:val="en-GB"/>
        </w:rPr>
        <w:t>Joinery</w:t>
      </w:r>
    </w:p>
    <w:p w14:paraId="461BF964" w14:textId="77777777" w:rsidR="00B20C80" w:rsidRPr="00B20C80" w:rsidRDefault="00B20C80" w:rsidP="00B20C80">
      <w:pPr>
        <w:pStyle w:val="Heading3"/>
        <w:rPr>
          <w:lang w:val="en-GB"/>
        </w:rPr>
      </w:pPr>
      <w:r w:rsidRPr="00B20C80">
        <w:rPr>
          <w:lang w:val="en-GB"/>
        </w:rPr>
        <w:t>Carpentry and Joinery Level 1</w:t>
      </w:r>
    </w:p>
    <w:p w14:paraId="3A3B5C8D" w14:textId="77777777" w:rsidR="00B20C80" w:rsidRPr="00B20C80" w:rsidRDefault="00B20C80" w:rsidP="00B20C80">
      <w:pPr>
        <w:pStyle w:val="Heading4"/>
        <w:rPr>
          <w:i w:val="0"/>
          <w:iCs w:val="0"/>
          <w:lang w:val="en-GB"/>
        </w:rPr>
      </w:pPr>
      <w:r w:rsidRPr="00B20C80">
        <w:rPr>
          <w:i w:val="0"/>
          <w:iCs w:val="0"/>
          <w:lang w:val="en-GB"/>
        </w:rPr>
        <w:t>Entry Requirements</w:t>
      </w:r>
    </w:p>
    <w:p w14:paraId="125A644B" w14:textId="77777777" w:rsidR="00B20C80" w:rsidRPr="00B20C80" w:rsidRDefault="00B20C80" w:rsidP="00B20C80">
      <w:pPr>
        <w:rPr>
          <w:lang w:val="en-GB"/>
        </w:rPr>
      </w:pPr>
      <w:r w:rsidRPr="00B20C80">
        <w:rPr>
          <w:lang w:val="en-GB"/>
        </w:rPr>
        <w:t>A minimum of GCSE English and Maths grade 2 or above.</w:t>
      </w:r>
    </w:p>
    <w:p w14:paraId="30C64745" w14:textId="77777777" w:rsidR="00B20C80" w:rsidRPr="00B20C80" w:rsidRDefault="00B20C80" w:rsidP="00B20C80">
      <w:pPr>
        <w:pStyle w:val="Heading4"/>
        <w:rPr>
          <w:i w:val="0"/>
          <w:iCs w:val="0"/>
          <w:lang w:val="en-GB"/>
        </w:rPr>
      </w:pPr>
      <w:r w:rsidRPr="00B20C80">
        <w:rPr>
          <w:i w:val="0"/>
          <w:iCs w:val="0"/>
          <w:lang w:val="en-GB"/>
        </w:rPr>
        <w:t>Progression</w:t>
      </w:r>
    </w:p>
    <w:p w14:paraId="41A8FA7B" w14:textId="77777777" w:rsidR="00B20C80" w:rsidRPr="00B20C80" w:rsidRDefault="00B20C80" w:rsidP="009741BE">
      <w:pPr>
        <w:pStyle w:val="ListParagraph"/>
        <w:numPr>
          <w:ilvl w:val="0"/>
          <w:numId w:val="68"/>
        </w:numPr>
        <w:rPr>
          <w:lang w:val="en-GB"/>
        </w:rPr>
      </w:pPr>
      <w:r w:rsidRPr="00B20C80">
        <w:rPr>
          <w:lang w:val="en-GB"/>
        </w:rPr>
        <w:t>Level 2 Bench Joinery</w:t>
      </w:r>
    </w:p>
    <w:p w14:paraId="0A9E276A" w14:textId="77777777" w:rsidR="00B20C80" w:rsidRPr="00B20C80" w:rsidRDefault="00B20C80" w:rsidP="009741BE">
      <w:pPr>
        <w:pStyle w:val="ListParagraph"/>
        <w:numPr>
          <w:ilvl w:val="0"/>
          <w:numId w:val="68"/>
        </w:numPr>
        <w:rPr>
          <w:lang w:val="en-GB"/>
        </w:rPr>
      </w:pPr>
      <w:r w:rsidRPr="00B20C80">
        <w:rPr>
          <w:lang w:val="en-GB"/>
        </w:rPr>
        <w:t>Joinery apprenticeship</w:t>
      </w:r>
    </w:p>
    <w:p w14:paraId="705AC21B" w14:textId="77777777" w:rsidR="00B20C80" w:rsidRPr="00B20C80" w:rsidRDefault="00B20C80" w:rsidP="009741BE">
      <w:pPr>
        <w:pStyle w:val="ListParagraph"/>
        <w:numPr>
          <w:ilvl w:val="0"/>
          <w:numId w:val="68"/>
        </w:numPr>
        <w:rPr>
          <w:lang w:val="en-GB"/>
        </w:rPr>
      </w:pPr>
      <w:r w:rsidRPr="00B20C80">
        <w:rPr>
          <w:lang w:val="en-GB"/>
        </w:rPr>
        <w:t>Bench Joinery Level 2</w:t>
      </w:r>
    </w:p>
    <w:p w14:paraId="64D57347" w14:textId="77777777" w:rsidR="00B20C80" w:rsidRPr="00B20C80" w:rsidRDefault="00B20C80" w:rsidP="00B20C80">
      <w:pPr>
        <w:pStyle w:val="Heading4"/>
        <w:rPr>
          <w:i w:val="0"/>
          <w:iCs w:val="0"/>
          <w:lang w:val="en-GB"/>
        </w:rPr>
      </w:pPr>
      <w:r w:rsidRPr="00B20C80">
        <w:rPr>
          <w:i w:val="0"/>
          <w:iCs w:val="0"/>
          <w:lang w:val="en-GB"/>
        </w:rPr>
        <w:t>Entry Requirements</w:t>
      </w:r>
    </w:p>
    <w:p w14:paraId="6BB4532A" w14:textId="77777777" w:rsidR="00B20C80" w:rsidRPr="00B20C80" w:rsidRDefault="00B20C80" w:rsidP="009741BE">
      <w:pPr>
        <w:pStyle w:val="ListParagraph"/>
        <w:numPr>
          <w:ilvl w:val="0"/>
          <w:numId w:val="69"/>
        </w:numPr>
        <w:rPr>
          <w:lang w:val="en-GB"/>
        </w:rPr>
      </w:pPr>
      <w:r w:rsidRPr="00B20C80">
        <w:rPr>
          <w:lang w:val="en-GB"/>
        </w:rPr>
        <w:t>Level 1 relevant vocational qualification</w:t>
      </w:r>
    </w:p>
    <w:p w14:paraId="7FE7736E" w14:textId="77777777" w:rsidR="00B20C80" w:rsidRPr="00B20C80" w:rsidRDefault="00B20C80" w:rsidP="009741BE">
      <w:pPr>
        <w:pStyle w:val="ListParagraph"/>
        <w:numPr>
          <w:ilvl w:val="0"/>
          <w:numId w:val="69"/>
        </w:numPr>
        <w:rPr>
          <w:lang w:val="en-GB"/>
        </w:rPr>
      </w:pPr>
      <w:r w:rsidRPr="00B20C80">
        <w:rPr>
          <w:lang w:val="en-GB"/>
        </w:rPr>
        <w:t>GCSE English and Maths at grade 2</w:t>
      </w:r>
    </w:p>
    <w:p w14:paraId="6D4448DB" w14:textId="77777777" w:rsidR="00B20C80" w:rsidRPr="00B20C80" w:rsidRDefault="00B20C80" w:rsidP="00B20C80">
      <w:pPr>
        <w:pStyle w:val="Heading4"/>
        <w:rPr>
          <w:i w:val="0"/>
          <w:iCs w:val="0"/>
          <w:lang w:val="en-GB"/>
        </w:rPr>
      </w:pPr>
      <w:r w:rsidRPr="00B20C80">
        <w:rPr>
          <w:i w:val="0"/>
          <w:iCs w:val="0"/>
          <w:lang w:val="en-GB"/>
        </w:rPr>
        <w:t>Progression</w:t>
      </w:r>
    </w:p>
    <w:p w14:paraId="6FABEA2C" w14:textId="77777777" w:rsidR="00B20C80" w:rsidRPr="00B20C80" w:rsidRDefault="00B20C80" w:rsidP="009741BE">
      <w:pPr>
        <w:pStyle w:val="ListParagraph"/>
        <w:numPr>
          <w:ilvl w:val="0"/>
          <w:numId w:val="70"/>
        </w:numPr>
        <w:rPr>
          <w:lang w:val="en-GB"/>
        </w:rPr>
      </w:pPr>
      <w:r w:rsidRPr="00B20C80">
        <w:rPr>
          <w:lang w:val="en-GB"/>
        </w:rPr>
        <w:t>Joinery apprenticeship</w:t>
      </w:r>
    </w:p>
    <w:p w14:paraId="31439A7D" w14:textId="77777777" w:rsidR="00B20C80" w:rsidRPr="00B20C80" w:rsidRDefault="00B20C80" w:rsidP="00B20C80">
      <w:pPr>
        <w:pStyle w:val="Heading3"/>
        <w:rPr>
          <w:lang w:val="en-GB"/>
        </w:rPr>
      </w:pPr>
      <w:r w:rsidRPr="00B20C80">
        <w:rPr>
          <w:lang w:val="en-GB"/>
        </w:rPr>
        <w:t>Site Carpentry Apprenticeship Level 2</w:t>
      </w:r>
    </w:p>
    <w:p w14:paraId="098A74AC" w14:textId="77777777" w:rsidR="00B20C80" w:rsidRPr="00B20C80" w:rsidRDefault="00B20C80" w:rsidP="00B20C80">
      <w:pPr>
        <w:pStyle w:val="Heading4"/>
        <w:rPr>
          <w:i w:val="0"/>
          <w:iCs w:val="0"/>
          <w:lang w:val="en-GB"/>
        </w:rPr>
      </w:pPr>
      <w:r w:rsidRPr="00B20C80">
        <w:rPr>
          <w:i w:val="0"/>
          <w:iCs w:val="0"/>
          <w:lang w:val="en-GB"/>
        </w:rPr>
        <w:t>Entry Requirements</w:t>
      </w:r>
    </w:p>
    <w:p w14:paraId="1FAA93FF" w14:textId="77777777" w:rsidR="00B20C80" w:rsidRPr="00B20C80" w:rsidRDefault="00B20C80" w:rsidP="009741BE">
      <w:pPr>
        <w:pStyle w:val="ListParagraph"/>
        <w:numPr>
          <w:ilvl w:val="0"/>
          <w:numId w:val="70"/>
        </w:numPr>
        <w:rPr>
          <w:lang w:val="en-GB"/>
        </w:rPr>
      </w:pPr>
      <w:r w:rsidRPr="00B20C80">
        <w:rPr>
          <w:lang w:val="en-GB"/>
        </w:rPr>
        <w:t>GCSE English and Maths at grade 2 or above.</w:t>
      </w:r>
    </w:p>
    <w:p w14:paraId="6DFC693D" w14:textId="77777777" w:rsidR="00B20C80" w:rsidRPr="00B20C80" w:rsidRDefault="00B20C80" w:rsidP="009741BE">
      <w:pPr>
        <w:pStyle w:val="ListParagraph"/>
        <w:numPr>
          <w:ilvl w:val="0"/>
          <w:numId w:val="70"/>
        </w:numPr>
        <w:rPr>
          <w:lang w:val="en-GB"/>
        </w:rPr>
      </w:pPr>
      <w:r w:rsidRPr="00B20C80">
        <w:rPr>
          <w:lang w:val="en-GB"/>
        </w:rPr>
        <w:lastRenderedPageBreak/>
        <w:t xml:space="preserve">To start your </w:t>
      </w:r>
      <w:proofErr w:type="gramStart"/>
      <w:r w:rsidRPr="00B20C80">
        <w:rPr>
          <w:lang w:val="en-GB"/>
        </w:rPr>
        <w:t>apprenticeship</w:t>
      </w:r>
      <w:proofErr w:type="gramEnd"/>
      <w:r w:rsidRPr="00B20C80">
        <w:rPr>
          <w:lang w:val="en-GB"/>
        </w:rPr>
        <w:t xml:space="preserve"> you must have secured employment that the college has agreed is suitable.</w:t>
      </w:r>
    </w:p>
    <w:p w14:paraId="075E2D91" w14:textId="77777777" w:rsidR="00B20C80" w:rsidRPr="00B20C80" w:rsidRDefault="00B20C80" w:rsidP="00B20C80">
      <w:pPr>
        <w:pStyle w:val="Heading4"/>
        <w:rPr>
          <w:i w:val="0"/>
          <w:iCs w:val="0"/>
          <w:lang w:val="en-GB"/>
        </w:rPr>
      </w:pPr>
      <w:r w:rsidRPr="00B20C80">
        <w:rPr>
          <w:i w:val="0"/>
          <w:iCs w:val="0"/>
          <w:lang w:val="en-GB"/>
        </w:rPr>
        <w:t>Progression</w:t>
      </w:r>
    </w:p>
    <w:p w14:paraId="220CBCF6" w14:textId="77777777" w:rsidR="00B20C80" w:rsidRDefault="00B20C80" w:rsidP="009741BE">
      <w:pPr>
        <w:pStyle w:val="ListParagraph"/>
        <w:numPr>
          <w:ilvl w:val="0"/>
          <w:numId w:val="71"/>
        </w:numPr>
        <w:rPr>
          <w:lang w:val="en-GB"/>
        </w:rPr>
      </w:pPr>
      <w:r w:rsidRPr="00B20C80">
        <w:rPr>
          <w:lang w:val="en-GB"/>
        </w:rPr>
        <w:t>Level 3 Craft Carpentry apprenticeship</w:t>
      </w:r>
    </w:p>
    <w:p w14:paraId="785D5A74" w14:textId="6E112030" w:rsidR="00B20C80" w:rsidRPr="00B20C80" w:rsidRDefault="00B20C80" w:rsidP="009741BE">
      <w:pPr>
        <w:pStyle w:val="ListParagraph"/>
        <w:numPr>
          <w:ilvl w:val="0"/>
          <w:numId w:val="71"/>
        </w:numPr>
        <w:rPr>
          <w:lang w:val="en-GB"/>
        </w:rPr>
      </w:pPr>
      <w:r w:rsidRPr="00B20C80">
        <w:rPr>
          <w:lang w:val="en-GB"/>
        </w:rPr>
        <w:t>Employment</w:t>
      </w:r>
    </w:p>
    <w:p w14:paraId="30641731" w14:textId="77777777" w:rsidR="00B20C80" w:rsidRPr="00B20C80" w:rsidRDefault="00B20C80" w:rsidP="00B20C80">
      <w:pPr>
        <w:pStyle w:val="Heading3"/>
        <w:rPr>
          <w:lang w:val="en-GB"/>
        </w:rPr>
      </w:pPr>
      <w:r w:rsidRPr="00B20C80">
        <w:rPr>
          <w:lang w:val="en-GB"/>
        </w:rPr>
        <w:t>Furniture Manufacturer (Modern Upholster) Apprenticeship Level 2</w:t>
      </w:r>
    </w:p>
    <w:p w14:paraId="0ADA80CE" w14:textId="77777777" w:rsidR="00B20C80" w:rsidRPr="00B20C80" w:rsidRDefault="00B20C80" w:rsidP="00B20C80">
      <w:pPr>
        <w:pStyle w:val="Heading4"/>
        <w:rPr>
          <w:i w:val="0"/>
          <w:iCs w:val="0"/>
          <w:lang w:val="en-GB"/>
        </w:rPr>
      </w:pPr>
      <w:r w:rsidRPr="00B20C80">
        <w:rPr>
          <w:i w:val="0"/>
          <w:iCs w:val="0"/>
          <w:lang w:val="en-GB"/>
        </w:rPr>
        <w:t>Entry Requirements</w:t>
      </w:r>
    </w:p>
    <w:p w14:paraId="7B8C15AE" w14:textId="77777777" w:rsidR="00B20C80" w:rsidRPr="00B20C80" w:rsidRDefault="00B20C80" w:rsidP="009741BE">
      <w:pPr>
        <w:pStyle w:val="ListParagraph"/>
        <w:numPr>
          <w:ilvl w:val="0"/>
          <w:numId w:val="72"/>
        </w:numPr>
        <w:rPr>
          <w:lang w:val="en-GB"/>
        </w:rPr>
      </w:pPr>
      <w:r w:rsidRPr="00B20C80">
        <w:rPr>
          <w:lang w:val="en-GB"/>
        </w:rPr>
        <w:t>GCSE English and Maths at grade 2 or above.</w:t>
      </w:r>
    </w:p>
    <w:p w14:paraId="4828B2EA" w14:textId="77777777" w:rsidR="00B20C80" w:rsidRPr="00B20C80" w:rsidRDefault="00B20C80" w:rsidP="009741BE">
      <w:pPr>
        <w:pStyle w:val="ListParagraph"/>
        <w:numPr>
          <w:ilvl w:val="0"/>
          <w:numId w:val="72"/>
        </w:numPr>
        <w:rPr>
          <w:lang w:val="en-GB"/>
        </w:rPr>
      </w:pPr>
      <w:r w:rsidRPr="00B20C80">
        <w:rPr>
          <w:lang w:val="en-GB"/>
        </w:rPr>
        <w:t xml:space="preserve">To start your </w:t>
      </w:r>
      <w:proofErr w:type="gramStart"/>
      <w:r w:rsidRPr="00B20C80">
        <w:rPr>
          <w:lang w:val="en-GB"/>
        </w:rPr>
        <w:t>apprenticeship</w:t>
      </w:r>
      <w:proofErr w:type="gramEnd"/>
      <w:r w:rsidRPr="00B20C80">
        <w:rPr>
          <w:lang w:val="en-GB"/>
        </w:rPr>
        <w:t xml:space="preserve"> you must have secured employment that the college has agreed is suitable.</w:t>
      </w:r>
    </w:p>
    <w:p w14:paraId="5C649AD7" w14:textId="77777777" w:rsidR="00B20C80" w:rsidRPr="00B20C80" w:rsidRDefault="00B20C80" w:rsidP="00B20C80">
      <w:pPr>
        <w:pStyle w:val="Heading4"/>
        <w:rPr>
          <w:i w:val="0"/>
          <w:iCs w:val="0"/>
          <w:lang w:val="en-GB"/>
        </w:rPr>
      </w:pPr>
      <w:r w:rsidRPr="00B20C80">
        <w:rPr>
          <w:i w:val="0"/>
          <w:iCs w:val="0"/>
          <w:lang w:val="en-GB"/>
        </w:rPr>
        <w:t>Progression</w:t>
      </w:r>
    </w:p>
    <w:p w14:paraId="1A951029" w14:textId="77777777" w:rsidR="00B20C80" w:rsidRPr="00B20C80" w:rsidRDefault="00B20C80" w:rsidP="009741BE">
      <w:pPr>
        <w:pStyle w:val="ListParagraph"/>
        <w:numPr>
          <w:ilvl w:val="0"/>
          <w:numId w:val="73"/>
        </w:numPr>
        <w:rPr>
          <w:lang w:val="en-GB"/>
        </w:rPr>
      </w:pPr>
      <w:r w:rsidRPr="00B20C80">
        <w:rPr>
          <w:lang w:val="en-GB"/>
        </w:rPr>
        <w:t>Level 3 apprenticeship</w:t>
      </w:r>
    </w:p>
    <w:p w14:paraId="657EB8F0" w14:textId="77777777" w:rsidR="00B20C80" w:rsidRDefault="00B20C80" w:rsidP="009741BE">
      <w:pPr>
        <w:pStyle w:val="ListParagraph"/>
        <w:numPr>
          <w:ilvl w:val="0"/>
          <w:numId w:val="73"/>
        </w:numPr>
        <w:rPr>
          <w:lang w:val="en-GB"/>
        </w:rPr>
      </w:pPr>
      <w:r w:rsidRPr="00B20C80">
        <w:rPr>
          <w:lang w:val="en-GB"/>
        </w:rPr>
        <w:t>Level 3 related course</w:t>
      </w:r>
    </w:p>
    <w:p w14:paraId="1B21BC10" w14:textId="0B30AD8D" w:rsidR="00B20C80" w:rsidRPr="00B20C80" w:rsidRDefault="00B20C80" w:rsidP="009741BE">
      <w:pPr>
        <w:pStyle w:val="ListParagraph"/>
        <w:numPr>
          <w:ilvl w:val="0"/>
          <w:numId w:val="73"/>
        </w:numPr>
        <w:rPr>
          <w:lang w:val="en-GB"/>
        </w:rPr>
      </w:pPr>
      <w:r w:rsidRPr="00B20C80">
        <w:rPr>
          <w:lang w:val="en-GB"/>
        </w:rPr>
        <w:t>Employment</w:t>
      </w:r>
    </w:p>
    <w:p w14:paraId="78387060" w14:textId="77777777" w:rsidR="00B20C80" w:rsidRPr="00B20C80" w:rsidRDefault="00B20C80" w:rsidP="00B20C80">
      <w:pPr>
        <w:pStyle w:val="Heading3"/>
        <w:rPr>
          <w:lang w:val="en-GB"/>
        </w:rPr>
      </w:pPr>
      <w:r w:rsidRPr="00B20C80">
        <w:rPr>
          <w:lang w:val="en-GB"/>
        </w:rPr>
        <w:t>Furniture Manufacturer (Wood Machinist) Apprenticeship Level 2</w:t>
      </w:r>
    </w:p>
    <w:p w14:paraId="283C066B" w14:textId="77777777" w:rsidR="00B20C80" w:rsidRPr="00B20C80" w:rsidRDefault="00B20C80" w:rsidP="00B20C80">
      <w:pPr>
        <w:pStyle w:val="Heading4"/>
        <w:rPr>
          <w:i w:val="0"/>
          <w:iCs w:val="0"/>
          <w:lang w:val="en-GB"/>
        </w:rPr>
      </w:pPr>
      <w:r w:rsidRPr="00B20C80">
        <w:rPr>
          <w:i w:val="0"/>
          <w:iCs w:val="0"/>
          <w:lang w:val="en-GB"/>
        </w:rPr>
        <w:t>Entry Requirements</w:t>
      </w:r>
    </w:p>
    <w:p w14:paraId="21CEEDF2" w14:textId="77777777" w:rsidR="00B20C80" w:rsidRPr="00B20C80" w:rsidRDefault="00B20C80" w:rsidP="009741BE">
      <w:pPr>
        <w:pStyle w:val="ListParagraph"/>
        <w:numPr>
          <w:ilvl w:val="0"/>
          <w:numId w:val="74"/>
        </w:numPr>
        <w:rPr>
          <w:lang w:val="en-GB"/>
        </w:rPr>
      </w:pPr>
      <w:r w:rsidRPr="00B20C80">
        <w:rPr>
          <w:lang w:val="en-GB"/>
        </w:rPr>
        <w:t>GCSE English and Maths at grade 2 or above.</w:t>
      </w:r>
    </w:p>
    <w:p w14:paraId="1A8B23CD" w14:textId="77777777" w:rsidR="00B20C80" w:rsidRPr="00B20C80" w:rsidRDefault="00B20C80" w:rsidP="009741BE">
      <w:pPr>
        <w:pStyle w:val="ListParagraph"/>
        <w:numPr>
          <w:ilvl w:val="0"/>
          <w:numId w:val="74"/>
        </w:numPr>
        <w:rPr>
          <w:lang w:val="en-GB"/>
        </w:rPr>
      </w:pPr>
      <w:r w:rsidRPr="00B20C80">
        <w:rPr>
          <w:lang w:val="en-GB"/>
        </w:rPr>
        <w:t xml:space="preserve">To start your </w:t>
      </w:r>
      <w:proofErr w:type="gramStart"/>
      <w:r w:rsidRPr="00B20C80">
        <w:rPr>
          <w:lang w:val="en-GB"/>
        </w:rPr>
        <w:t>apprenticeship</w:t>
      </w:r>
      <w:proofErr w:type="gramEnd"/>
      <w:r w:rsidRPr="00B20C80">
        <w:rPr>
          <w:lang w:val="en-GB"/>
        </w:rPr>
        <w:t xml:space="preserve"> you must have secured employment that the college has agreed is suitable.</w:t>
      </w:r>
    </w:p>
    <w:p w14:paraId="66E91C81" w14:textId="77777777" w:rsidR="00B20C80" w:rsidRPr="00B20C80" w:rsidRDefault="00B20C80" w:rsidP="00B20C80">
      <w:pPr>
        <w:pStyle w:val="Heading3"/>
        <w:rPr>
          <w:lang w:val="en-GB"/>
        </w:rPr>
      </w:pPr>
      <w:r w:rsidRPr="00B20C80">
        <w:rPr>
          <w:lang w:val="en-GB"/>
        </w:rPr>
        <w:t>Progression</w:t>
      </w:r>
    </w:p>
    <w:p w14:paraId="17F76113" w14:textId="77777777" w:rsidR="00B20C80" w:rsidRPr="00B20C80" w:rsidRDefault="00B20C80" w:rsidP="009741BE">
      <w:pPr>
        <w:pStyle w:val="ListParagraph"/>
        <w:numPr>
          <w:ilvl w:val="0"/>
          <w:numId w:val="75"/>
        </w:numPr>
        <w:rPr>
          <w:lang w:val="en-GB"/>
        </w:rPr>
      </w:pPr>
      <w:r w:rsidRPr="00B20C80">
        <w:rPr>
          <w:lang w:val="en-GB"/>
        </w:rPr>
        <w:t>Level 3 apprenticeship</w:t>
      </w:r>
    </w:p>
    <w:p w14:paraId="0853D213" w14:textId="77777777" w:rsidR="00B20C80" w:rsidRPr="00B20C80" w:rsidRDefault="00B20C80" w:rsidP="009741BE">
      <w:pPr>
        <w:pStyle w:val="ListParagraph"/>
        <w:numPr>
          <w:ilvl w:val="0"/>
          <w:numId w:val="75"/>
        </w:numPr>
        <w:rPr>
          <w:lang w:val="en-GB"/>
        </w:rPr>
      </w:pPr>
      <w:r w:rsidRPr="00B20C80">
        <w:rPr>
          <w:lang w:val="en-GB"/>
        </w:rPr>
        <w:t>Level 3 construction course</w:t>
      </w:r>
    </w:p>
    <w:p w14:paraId="12AED0E9" w14:textId="77777777" w:rsidR="00B20C80" w:rsidRPr="00B20C80" w:rsidRDefault="00B20C80" w:rsidP="00B20C80">
      <w:pPr>
        <w:pStyle w:val="Heading4"/>
        <w:rPr>
          <w:i w:val="0"/>
          <w:iCs w:val="0"/>
          <w:lang w:val="en-GB"/>
        </w:rPr>
      </w:pPr>
      <w:r w:rsidRPr="00B20C80">
        <w:rPr>
          <w:i w:val="0"/>
          <w:iCs w:val="0"/>
          <w:lang w:val="en-GB"/>
        </w:rPr>
        <w:t>Employment</w:t>
      </w:r>
    </w:p>
    <w:p w14:paraId="5791425A" w14:textId="77777777" w:rsidR="00B20C80" w:rsidRPr="00B20C80" w:rsidRDefault="00B20C80" w:rsidP="00B20C80">
      <w:pPr>
        <w:pStyle w:val="Heading3"/>
        <w:rPr>
          <w:lang w:val="en-GB"/>
        </w:rPr>
      </w:pPr>
      <w:r w:rsidRPr="00B20C80">
        <w:rPr>
          <w:lang w:val="en-GB"/>
        </w:rPr>
        <w:t>Architectural Joinery Apprenticeship Level 2</w:t>
      </w:r>
    </w:p>
    <w:p w14:paraId="7AAB4A03" w14:textId="77777777" w:rsidR="00B20C80" w:rsidRPr="00B20C80" w:rsidRDefault="00B20C80" w:rsidP="00B20C80">
      <w:pPr>
        <w:pStyle w:val="Heading4"/>
        <w:rPr>
          <w:rStyle w:val="Heading4Char"/>
          <w:i/>
          <w:iCs/>
          <w:lang w:val="en-GB"/>
        </w:rPr>
      </w:pPr>
      <w:r w:rsidRPr="00B20C80">
        <w:rPr>
          <w:i w:val="0"/>
          <w:iCs w:val="0"/>
          <w:lang w:val="en-GB"/>
        </w:rPr>
        <w:t>Entry Requirements</w:t>
      </w:r>
    </w:p>
    <w:p w14:paraId="184354B2" w14:textId="77777777" w:rsidR="00B20C80" w:rsidRPr="00B20C80" w:rsidRDefault="00B20C80" w:rsidP="009741BE">
      <w:pPr>
        <w:pStyle w:val="ListParagraph"/>
        <w:numPr>
          <w:ilvl w:val="0"/>
          <w:numId w:val="76"/>
        </w:numPr>
        <w:rPr>
          <w:lang w:val="en-GB"/>
        </w:rPr>
      </w:pPr>
      <w:r w:rsidRPr="00B20C80">
        <w:rPr>
          <w:lang w:val="en-GB"/>
        </w:rPr>
        <w:t>GCSE English and Maths at grade 2 or above.</w:t>
      </w:r>
    </w:p>
    <w:p w14:paraId="6A14F106" w14:textId="77777777" w:rsidR="00B20C80" w:rsidRPr="00B20C80" w:rsidRDefault="00B20C80" w:rsidP="009741BE">
      <w:pPr>
        <w:pStyle w:val="ListParagraph"/>
        <w:numPr>
          <w:ilvl w:val="0"/>
          <w:numId w:val="76"/>
        </w:numPr>
        <w:rPr>
          <w:lang w:val="en-GB"/>
        </w:rPr>
      </w:pPr>
      <w:r w:rsidRPr="00B20C80">
        <w:rPr>
          <w:lang w:val="en-GB"/>
        </w:rPr>
        <w:t xml:space="preserve">To start your </w:t>
      </w:r>
      <w:proofErr w:type="gramStart"/>
      <w:r w:rsidRPr="00B20C80">
        <w:rPr>
          <w:lang w:val="en-GB"/>
        </w:rPr>
        <w:t>apprenticeship</w:t>
      </w:r>
      <w:proofErr w:type="gramEnd"/>
      <w:r w:rsidRPr="00B20C80">
        <w:rPr>
          <w:lang w:val="en-GB"/>
        </w:rPr>
        <w:t xml:space="preserve"> you must have secured employment that the college has agreed is suitable.</w:t>
      </w:r>
    </w:p>
    <w:p w14:paraId="406F7482" w14:textId="77777777" w:rsidR="00B20C80" w:rsidRPr="00B20C80" w:rsidRDefault="00B20C80" w:rsidP="00B20C80">
      <w:pPr>
        <w:pStyle w:val="Heading4"/>
        <w:rPr>
          <w:i w:val="0"/>
          <w:iCs w:val="0"/>
          <w:lang w:val="en-GB"/>
        </w:rPr>
      </w:pPr>
      <w:r w:rsidRPr="00B20C80">
        <w:rPr>
          <w:i w:val="0"/>
          <w:iCs w:val="0"/>
          <w:lang w:val="en-GB"/>
        </w:rPr>
        <w:t>Progression</w:t>
      </w:r>
    </w:p>
    <w:p w14:paraId="0ED56656" w14:textId="77777777" w:rsidR="00B20C80" w:rsidRPr="00B20C80" w:rsidRDefault="00B20C80" w:rsidP="009741BE">
      <w:pPr>
        <w:pStyle w:val="ListParagraph"/>
        <w:numPr>
          <w:ilvl w:val="0"/>
          <w:numId w:val="77"/>
        </w:numPr>
        <w:rPr>
          <w:lang w:val="en-GB"/>
        </w:rPr>
      </w:pPr>
      <w:r w:rsidRPr="00B20C80">
        <w:rPr>
          <w:lang w:val="en-GB"/>
        </w:rPr>
        <w:t>Level 3 apprenticeship in Architectural Joinery</w:t>
      </w:r>
    </w:p>
    <w:p w14:paraId="2BC3B32E" w14:textId="77777777" w:rsidR="00B20C80" w:rsidRPr="00B20C80" w:rsidRDefault="00B20C80" w:rsidP="009741BE">
      <w:pPr>
        <w:pStyle w:val="ListParagraph"/>
        <w:numPr>
          <w:ilvl w:val="0"/>
          <w:numId w:val="77"/>
        </w:numPr>
        <w:rPr>
          <w:lang w:val="en-GB"/>
        </w:rPr>
      </w:pPr>
      <w:r w:rsidRPr="00B20C80">
        <w:rPr>
          <w:lang w:val="en-GB"/>
        </w:rPr>
        <w:t>Employment</w:t>
      </w:r>
    </w:p>
    <w:p w14:paraId="0DBDBF8F" w14:textId="77777777" w:rsidR="00B20C80" w:rsidRPr="00B20C80" w:rsidRDefault="00B20C80" w:rsidP="00B20C80">
      <w:pPr>
        <w:pStyle w:val="Heading3"/>
        <w:rPr>
          <w:lang w:val="en-GB"/>
        </w:rPr>
      </w:pPr>
      <w:r w:rsidRPr="00B20C80">
        <w:rPr>
          <w:lang w:val="en-GB"/>
        </w:rPr>
        <w:lastRenderedPageBreak/>
        <w:t>Craft Carpentry and Joinery Apprenticeship Level 3</w:t>
      </w:r>
    </w:p>
    <w:p w14:paraId="436A8E3E" w14:textId="77777777" w:rsidR="00B20C80" w:rsidRPr="00B20C80" w:rsidRDefault="00B20C80" w:rsidP="00B20C80">
      <w:pPr>
        <w:pStyle w:val="Heading4"/>
        <w:rPr>
          <w:i w:val="0"/>
          <w:iCs w:val="0"/>
          <w:lang w:val="en-GB"/>
        </w:rPr>
      </w:pPr>
      <w:r w:rsidRPr="00B20C80">
        <w:rPr>
          <w:i w:val="0"/>
          <w:iCs w:val="0"/>
          <w:lang w:val="en-GB"/>
        </w:rPr>
        <w:t>Entry Requirements</w:t>
      </w:r>
    </w:p>
    <w:p w14:paraId="69DFAA53" w14:textId="77777777" w:rsidR="00B20C80" w:rsidRPr="00B20C80" w:rsidRDefault="00B20C80" w:rsidP="009741BE">
      <w:pPr>
        <w:pStyle w:val="ListParagraph"/>
        <w:numPr>
          <w:ilvl w:val="0"/>
          <w:numId w:val="78"/>
        </w:numPr>
        <w:rPr>
          <w:lang w:val="en-GB"/>
        </w:rPr>
      </w:pPr>
      <w:r w:rsidRPr="00B20C80">
        <w:rPr>
          <w:lang w:val="en-GB"/>
        </w:rPr>
        <w:t>An appropriate Level 2 qualification</w:t>
      </w:r>
    </w:p>
    <w:p w14:paraId="62DB7628" w14:textId="77777777" w:rsidR="00B20C80" w:rsidRDefault="00B20C80" w:rsidP="009741BE">
      <w:pPr>
        <w:pStyle w:val="ListParagraph"/>
        <w:numPr>
          <w:ilvl w:val="0"/>
          <w:numId w:val="78"/>
        </w:numPr>
        <w:rPr>
          <w:lang w:val="en-GB"/>
        </w:rPr>
      </w:pPr>
      <w:r w:rsidRPr="00B20C80">
        <w:rPr>
          <w:lang w:val="en-GB"/>
        </w:rPr>
        <w:t>GCSE English and Maths at grade 3 or above</w:t>
      </w:r>
    </w:p>
    <w:p w14:paraId="509B044A" w14:textId="5A6B5652" w:rsidR="00B20C80" w:rsidRPr="00B20C80" w:rsidRDefault="00B20C80" w:rsidP="009741BE">
      <w:pPr>
        <w:pStyle w:val="ListParagraph"/>
        <w:numPr>
          <w:ilvl w:val="0"/>
          <w:numId w:val="78"/>
        </w:numPr>
        <w:rPr>
          <w:lang w:val="en-GB"/>
        </w:rPr>
      </w:pPr>
      <w:r w:rsidRPr="00B20C80">
        <w:rPr>
          <w:lang w:val="en-GB"/>
        </w:rPr>
        <w:t xml:space="preserve">To start your </w:t>
      </w:r>
      <w:proofErr w:type="gramStart"/>
      <w:r w:rsidRPr="00B20C80">
        <w:rPr>
          <w:lang w:val="en-GB"/>
        </w:rPr>
        <w:t>apprenticeship</w:t>
      </w:r>
      <w:proofErr w:type="gramEnd"/>
      <w:r w:rsidRPr="00B20C80">
        <w:rPr>
          <w:lang w:val="en-GB"/>
        </w:rPr>
        <w:t xml:space="preserve"> you must have secured employment that the college has agreed is suitable.</w:t>
      </w:r>
    </w:p>
    <w:p w14:paraId="66007C06" w14:textId="77777777" w:rsidR="00B20C80" w:rsidRPr="00B20C80" w:rsidRDefault="00B20C80" w:rsidP="00B20C80">
      <w:pPr>
        <w:pStyle w:val="Heading4"/>
        <w:rPr>
          <w:i w:val="0"/>
          <w:iCs w:val="0"/>
          <w:lang w:val="en-GB"/>
        </w:rPr>
      </w:pPr>
      <w:r w:rsidRPr="00B20C80">
        <w:rPr>
          <w:i w:val="0"/>
          <w:iCs w:val="0"/>
          <w:lang w:val="en-GB"/>
        </w:rPr>
        <w:t>Progression</w:t>
      </w:r>
    </w:p>
    <w:p w14:paraId="1F2CEF15" w14:textId="3BA2D6A9" w:rsidR="00245F0E" w:rsidRPr="00B20C80" w:rsidRDefault="00B20C80" w:rsidP="009741BE">
      <w:pPr>
        <w:pStyle w:val="ListParagraph"/>
        <w:numPr>
          <w:ilvl w:val="0"/>
          <w:numId w:val="79"/>
        </w:numPr>
        <w:rPr>
          <w:lang w:val="en-GB"/>
        </w:rPr>
      </w:pPr>
      <w:r w:rsidRPr="00B20C80">
        <w:rPr>
          <w:lang w:val="en-GB"/>
        </w:rPr>
        <w:t>Employment</w:t>
      </w:r>
    </w:p>
    <w:p w14:paraId="022F58BA" w14:textId="61CA4687" w:rsidR="00245F0E" w:rsidRPr="00245F0E" w:rsidRDefault="00B20C80" w:rsidP="00B20C80">
      <w:pPr>
        <w:pStyle w:val="Heading2"/>
        <w:rPr>
          <w:lang w:val="en-GB"/>
        </w:rPr>
      </w:pPr>
      <w:r>
        <w:rPr>
          <w:lang w:val="en-GB"/>
        </w:rPr>
        <w:t xml:space="preserve">Painting and Decorating </w:t>
      </w:r>
    </w:p>
    <w:p w14:paraId="6DA988FB" w14:textId="77777777" w:rsidR="00B20C80" w:rsidRPr="00B20C80" w:rsidRDefault="00B20C80" w:rsidP="00B20C80">
      <w:pPr>
        <w:pStyle w:val="Heading3"/>
        <w:rPr>
          <w:lang w:val="en-GB"/>
        </w:rPr>
      </w:pPr>
      <w:r w:rsidRPr="00B20C80">
        <w:rPr>
          <w:lang w:val="en-GB"/>
        </w:rPr>
        <w:t>Painting and Decorating Level 1</w:t>
      </w:r>
    </w:p>
    <w:p w14:paraId="1BF90277" w14:textId="77777777" w:rsidR="00B20C80" w:rsidRPr="00B20C80" w:rsidRDefault="00B20C80" w:rsidP="00B20C80">
      <w:pPr>
        <w:pStyle w:val="Heading4"/>
        <w:rPr>
          <w:i w:val="0"/>
          <w:iCs w:val="0"/>
          <w:lang w:val="en-GB"/>
        </w:rPr>
      </w:pPr>
      <w:r w:rsidRPr="00B20C80">
        <w:rPr>
          <w:i w:val="0"/>
          <w:iCs w:val="0"/>
          <w:lang w:val="en-GB"/>
        </w:rPr>
        <w:t>Entry Requirements</w:t>
      </w:r>
    </w:p>
    <w:p w14:paraId="3AE05DAE" w14:textId="77777777" w:rsidR="00B20C80" w:rsidRPr="00B20C80" w:rsidRDefault="00B20C80" w:rsidP="00B20C80">
      <w:pPr>
        <w:rPr>
          <w:lang w:val="en-GB"/>
        </w:rPr>
      </w:pPr>
      <w:r w:rsidRPr="00B20C80">
        <w:rPr>
          <w:lang w:val="en-GB"/>
        </w:rPr>
        <w:t>You will need a minimum of a grade 2 in GCSE English and Maths.</w:t>
      </w:r>
    </w:p>
    <w:p w14:paraId="4C76BCDE" w14:textId="77777777" w:rsidR="00B20C80" w:rsidRPr="00B20C80" w:rsidRDefault="00B20C80" w:rsidP="00B20C80">
      <w:pPr>
        <w:pStyle w:val="Heading4"/>
        <w:rPr>
          <w:i w:val="0"/>
          <w:iCs w:val="0"/>
          <w:lang w:val="en-GB"/>
        </w:rPr>
      </w:pPr>
      <w:r w:rsidRPr="00B20C80">
        <w:rPr>
          <w:i w:val="0"/>
          <w:iCs w:val="0"/>
          <w:lang w:val="en-GB"/>
        </w:rPr>
        <w:t>Progression</w:t>
      </w:r>
    </w:p>
    <w:p w14:paraId="023876A1" w14:textId="77777777" w:rsidR="00B20C80" w:rsidRPr="00B20C80" w:rsidRDefault="00B20C80" w:rsidP="00B20C80">
      <w:pPr>
        <w:rPr>
          <w:lang w:val="en-GB"/>
        </w:rPr>
      </w:pPr>
      <w:r w:rsidRPr="00B20C80">
        <w:rPr>
          <w:lang w:val="en-GB"/>
        </w:rPr>
        <w:t>You can progress to Level 2 Painting and Decorating, or another relevant Construction Level 2 course at college</w:t>
      </w:r>
    </w:p>
    <w:p w14:paraId="4B2BBA21" w14:textId="77777777" w:rsidR="00B20C80" w:rsidRPr="00B20C80" w:rsidRDefault="00B20C80" w:rsidP="00B20C80">
      <w:pPr>
        <w:pStyle w:val="Heading3"/>
        <w:rPr>
          <w:lang w:val="en-GB"/>
        </w:rPr>
      </w:pPr>
      <w:r w:rsidRPr="00B20C80">
        <w:rPr>
          <w:lang w:val="en-GB"/>
        </w:rPr>
        <w:t>Painting and Decorating Level 2</w:t>
      </w:r>
    </w:p>
    <w:p w14:paraId="6790744E" w14:textId="77777777" w:rsidR="00B20C80" w:rsidRPr="00B20C80" w:rsidRDefault="00B20C80" w:rsidP="00B20C80">
      <w:pPr>
        <w:pStyle w:val="Heading4"/>
        <w:rPr>
          <w:i w:val="0"/>
          <w:iCs w:val="0"/>
          <w:lang w:val="en-GB"/>
        </w:rPr>
      </w:pPr>
      <w:r w:rsidRPr="00B20C80">
        <w:rPr>
          <w:i w:val="0"/>
          <w:iCs w:val="0"/>
          <w:lang w:val="en-GB"/>
        </w:rPr>
        <w:t>Entry Requirements</w:t>
      </w:r>
    </w:p>
    <w:p w14:paraId="2BCACFE5" w14:textId="77777777" w:rsidR="00B20C80" w:rsidRPr="00B20C80" w:rsidRDefault="00B20C80" w:rsidP="00B20C80">
      <w:pPr>
        <w:rPr>
          <w:lang w:val="en-GB"/>
        </w:rPr>
      </w:pPr>
      <w:r w:rsidRPr="00B20C80">
        <w:rPr>
          <w:lang w:val="en-GB"/>
        </w:rPr>
        <w:t>A minimum of GCSE English and Maths grade 4 or above, or a Level 1 relevant vocational qualification.</w:t>
      </w:r>
    </w:p>
    <w:p w14:paraId="1E964BD3" w14:textId="77777777" w:rsidR="00B20C80" w:rsidRPr="00B20C80" w:rsidRDefault="00B20C80" w:rsidP="00B20C80">
      <w:pPr>
        <w:pStyle w:val="Heading4"/>
        <w:rPr>
          <w:i w:val="0"/>
          <w:iCs w:val="0"/>
          <w:lang w:val="en-GB"/>
        </w:rPr>
      </w:pPr>
      <w:r w:rsidRPr="00B20C80">
        <w:rPr>
          <w:i w:val="0"/>
          <w:iCs w:val="0"/>
          <w:lang w:val="en-GB"/>
        </w:rPr>
        <w:t>Progression</w:t>
      </w:r>
    </w:p>
    <w:p w14:paraId="06E7AA02" w14:textId="77777777" w:rsidR="00B20C80" w:rsidRPr="00B20C80" w:rsidRDefault="00B20C80" w:rsidP="009741BE">
      <w:pPr>
        <w:pStyle w:val="ListParagraph"/>
        <w:numPr>
          <w:ilvl w:val="0"/>
          <w:numId w:val="79"/>
        </w:numPr>
        <w:rPr>
          <w:lang w:val="en-GB"/>
        </w:rPr>
      </w:pPr>
      <w:r w:rsidRPr="00B20C80">
        <w:rPr>
          <w:lang w:val="en-GB"/>
        </w:rPr>
        <w:t>Apprenticeship</w:t>
      </w:r>
    </w:p>
    <w:p w14:paraId="0071C5BA" w14:textId="77777777" w:rsidR="00B20C80" w:rsidRPr="009741BE" w:rsidRDefault="00B20C80" w:rsidP="009741BE">
      <w:pPr>
        <w:pStyle w:val="Heading3"/>
        <w:rPr>
          <w:lang w:val="en-GB"/>
        </w:rPr>
      </w:pPr>
      <w:r w:rsidRPr="009741BE">
        <w:rPr>
          <w:lang w:val="en-GB"/>
        </w:rPr>
        <w:t>Painting and Decorating Level 2 Apprenticeship</w:t>
      </w:r>
    </w:p>
    <w:p w14:paraId="27BB307C" w14:textId="77777777" w:rsidR="00B20C80" w:rsidRPr="009741BE" w:rsidRDefault="00B20C80" w:rsidP="009741BE">
      <w:pPr>
        <w:pStyle w:val="Heading4"/>
        <w:rPr>
          <w:i w:val="0"/>
          <w:iCs w:val="0"/>
          <w:lang w:val="en-GB"/>
        </w:rPr>
      </w:pPr>
      <w:r w:rsidRPr="009741BE">
        <w:rPr>
          <w:i w:val="0"/>
          <w:iCs w:val="0"/>
          <w:lang w:val="en-GB"/>
        </w:rPr>
        <w:t>Entry Requirements</w:t>
      </w:r>
    </w:p>
    <w:p w14:paraId="533FDC90" w14:textId="77777777" w:rsidR="00B20C80" w:rsidRPr="009741BE" w:rsidRDefault="00B20C80" w:rsidP="009741BE">
      <w:pPr>
        <w:pStyle w:val="ListParagraph"/>
        <w:numPr>
          <w:ilvl w:val="0"/>
          <w:numId w:val="80"/>
        </w:numPr>
        <w:rPr>
          <w:lang w:val="en-GB"/>
        </w:rPr>
      </w:pPr>
      <w:r w:rsidRPr="009741BE">
        <w:rPr>
          <w:lang w:val="en-GB"/>
        </w:rPr>
        <w:t>A minimum of grade 2 in both English and Maths.</w:t>
      </w:r>
    </w:p>
    <w:p w14:paraId="53FD6BA5" w14:textId="77777777" w:rsidR="00B20C80" w:rsidRPr="009741BE" w:rsidRDefault="00B20C80" w:rsidP="009741BE">
      <w:pPr>
        <w:pStyle w:val="ListParagraph"/>
        <w:numPr>
          <w:ilvl w:val="0"/>
          <w:numId w:val="80"/>
        </w:numPr>
        <w:rPr>
          <w:lang w:val="en-GB"/>
        </w:rPr>
      </w:pPr>
      <w:r w:rsidRPr="009741BE">
        <w:rPr>
          <w:lang w:val="en-GB"/>
        </w:rPr>
        <w:t>To start your apprenticeship, you must have secured employment that the college has agreed is suitable.</w:t>
      </w:r>
    </w:p>
    <w:p w14:paraId="3C178DAE" w14:textId="77777777" w:rsidR="00B20C80" w:rsidRPr="009741BE" w:rsidRDefault="00B20C80" w:rsidP="009741BE">
      <w:pPr>
        <w:pStyle w:val="Heading4"/>
        <w:rPr>
          <w:i w:val="0"/>
          <w:iCs w:val="0"/>
          <w:lang w:val="en-GB"/>
        </w:rPr>
      </w:pPr>
      <w:r w:rsidRPr="009741BE">
        <w:rPr>
          <w:i w:val="0"/>
          <w:iCs w:val="0"/>
          <w:lang w:val="en-GB"/>
        </w:rPr>
        <w:t>Progression</w:t>
      </w:r>
    </w:p>
    <w:p w14:paraId="6EA325E6" w14:textId="77777777" w:rsidR="00B20C80" w:rsidRPr="009741BE" w:rsidRDefault="00B20C80" w:rsidP="009741BE">
      <w:pPr>
        <w:pStyle w:val="ListParagraph"/>
        <w:numPr>
          <w:ilvl w:val="0"/>
          <w:numId w:val="81"/>
        </w:numPr>
        <w:rPr>
          <w:lang w:val="en-GB"/>
        </w:rPr>
      </w:pPr>
      <w:r w:rsidRPr="009741BE">
        <w:rPr>
          <w:lang w:val="en-GB"/>
        </w:rPr>
        <w:t>Level 3 course</w:t>
      </w:r>
    </w:p>
    <w:p w14:paraId="03F1D2A8" w14:textId="77777777" w:rsidR="00B20C80" w:rsidRPr="009741BE" w:rsidRDefault="00B20C80" w:rsidP="009741BE">
      <w:pPr>
        <w:pStyle w:val="ListParagraph"/>
        <w:numPr>
          <w:ilvl w:val="0"/>
          <w:numId w:val="81"/>
        </w:numPr>
        <w:rPr>
          <w:lang w:val="en-GB"/>
        </w:rPr>
      </w:pPr>
      <w:r w:rsidRPr="009741BE">
        <w:rPr>
          <w:lang w:val="en-GB"/>
        </w:rPr>
        <w:t>Employment</w:t>
      </w:r>
    </w:p>
    <w:p w14:paraId="6F2B324C" w14:textId="77777777" w:rsidR="00B20C80" w:rsidRPr="00B20C80" w:rsidRDefault="00B20C80" w:rsidP="009741BE">
      <w:pPr>
        <w:pStyle w:val="Heading3"/>
        <w:rPr>
          <w:lang w:val="en-GB"/>
        </w:rPr>
      </w:pPr>
      <w:r w:rsidRPr="00B20C80">
        <w:rPr>
          <w:lang w:val="en-GB"/>
        </w:rPr>
        <w:t>Plastering Level 1</w:t>
      </w:r>
    </w:p>
    <w:p w14:paraId="67358172" w14:textId="77777777" w:rsidR="00B20C80" w:rsidRPr="009741BE" w:rsidRDefault="00B20C80" w:rsidP="009741BE">
      <w:pPr>
        <w:pStyle w:val="Heading4"/>
        <w:rPr>
          <w:i w:val="0"/>
          <w:iCs w:val="0"/>
          <w:lang w:val="en-GB"/>
        </w:rPr>
      </w:pPr>
      <w:r w:rsidRPr="009741BE">
        <w:rPr>
          <w:i w:val="0"/>
          <w:iCs w:val="0"/>
          <w:lang w:val="en-GB"/>
        </w:rPr>
        <w:t>Entry Requirements</w:t>
      </w:r>
    </w:p>
    <w:p w14:paraId="0AB3EBBA" w14:textId="77777777" w:rsidR="00B20C80" w:rsidRPr="00B20C80" w:rsidRDefault="00B20C80" w:rsidP="00B20C80">
      <w:pPr>
        <w:rPr>
          <w:lang w:val="en-GB"/>
        </w:rPr>
      </w:pPr>
      <w:r w:rsidRPr="00B20C80">
        <w:rPr>
          <w:lang w:val="en-GB"/>
        </w:rPr>
        <w:t>A minimum of GCSE English and Maths grade 2 or above.</w:t>
      </w:r>
    </w:p>
    <w:p w14:paraId="3366F4F8" w14:textId="77777777" w:rsidR="00B20C80" w:rsidRPr="009741BE" w:rsidRDefault="00B20C80" w:rsidP="009741BE">
      <w:pPr>
        <w:pStyle w:val="Heading4"/>
        <w:rPr>
          <w:i w:val="0"/>
          <w:iCs w:val="0"/>
          <w:lang w:val="en-GB"/>
        </w:rPr>
      </w:pPr>
      <w:r w:rsidRPr="009741BE">
        <w:rPr>
          <w:i w:val="0"/>
          <w:iCs w:val="0"/>
          <w:lang w:val="en-GB"/>
        </w:rPr>
        <w:lastRenderedPageBreak/>
        <w:t>Progression</w:t>
      </w:r>
    </w:p>
    <w:p w14:paraId="0FD0A2FE" w14:textId="77777777" w:rsidR="00B20C80" w:rsidRPr="009741BE" w:rsidRDefault="00B20C80" w:rsidP="009741BE">
      <w:pPr>
        <w:pStyle w:val="ListParagraph"/>
        <w:numPr>
          <w:ilvl w:val="0"/>
          <w:numId w:val="82"/>
        </w:numPr>
        <w:rPr>
          <w:lang w:val="en-GB"/>
        </w:rPr>
      </w:pPr>
      <w:r w:rsidRPr="009741BE">
        <w:rPr>
          <w:lang w:val="en-GB"/>
        </w:rPr>
        <w:t>Plastering Level 2</w:t>
      </w:r>
    </w:p>
    <w:p w14:paraId="52099608" w14:textId="77777777" w:rsidR="00B20C80" w:rsidRPr="009741BE" w:rsidRDefault="00B20C80" w:rsidP="009741BE">
      <w:pPr>
        <w:pStyle w:val="ListParagraph"/>
        <w:numPr>
          <w:ilvl w:val="0"/>
          <w:numId w:val="82"/>
        </w:numPr>
        <w:rPr>
          <w:lang w:val="en-GB"/>
        </w:rPr>
      </w:pPr>
      <w:r w:rsidRPr="009741BE">
        <w:rPr>
          <w:lang w:val="en-GB"/>
        </w:rPr>
        <w:t>Plastering apprenticeship Level 2</w:t>
      </w:r>
    </w:p>
    <w:p w14:paraId="54CD8DBE" w14:textId="77777777" w:rsidR="00B20C80" w:rsidRPr="009741BE" w:rsidRDefault="00B20C80" w:rsidP="009741BE">
      <w:pPr>
        <w:pStyle w:val="Heading3"/>
        <w:rPr>
          <w:lang w:val="en-GB"/>
        </w:rPr>
      </w:pPr>
      <w:r w:rsidRPr="009741BE">
        <w:rPr>
          <w:lang w:val="en-GB"/>
        </w:rPr>
        <w:t>Plastering Level 2</w:t>
      </w:r>
    </w:p>
    <w:p w14:paraId="6CC38DE2" w14:textId="77777777" w:rsidR="00B20C80" w:rsidRPr="009741BE" w:rsidRDefault="00B20C80" w:rsidP="009741BE">
      <w:pPr>
        <w:pStyle w:val="Heading4"/>
        <w:rPr>
          <w:i w:val="0"/>
          <w:iCs w:val="0"/>
          <w:lang w:val="en-GB"/>
        </w:rPr>
      </w:pPr>
      <w:r w:rsidRPr="009741BE">
        <w:rPr>
          <w:i w:val="0"/>
          <w:iCs w:val="0"/>
          <w:lang w:val="en-GB"/>
        </w:rPr>
        <w:t>Entry Requirements</w:t>
      </w:r>
    </w:p>
    <w:p w14:paraId="25270B78" w14:textId="77777777" w:rsidR="00B20C80" w:rsidRPr="009741BE" w:rsidRDefault="00B20C80" w:rsidP="009741BE">
      <w:pPr>
        <w:pStyle w:val="ListParagraph"/>
        <w:numPr>
          <w:ilvl w:val="0"/>
          <w:numId w:val="83"/>
        </w:numPr>
        <w:rPr>
          <w:lang w:val="en-GB"/>
        </w:rPr>
      </w:pPr>
      <w:r w:rsidRPr="009741BE">
        <w:rPr>
          <w:lang w:val="en-GB"/>
        </w:rPr>
        <w:t>Level 1 relevant vocational qualification</w:t>
      </w:r>
    </w:p>
    <w:p w14:paraId="65EFB184" w14:textId="77777777" w:rsidR="00B20C80" w:rsidRPr="009741BE" w:rsidRDefault="00B20C80" w:rsidP="009741BE">
      <w:pPr>
        <w:pStyle w:val="ListParagraph"/>
        <w:numPr>
          <w:ilvl w:val="0"/>
          <w:numId w:val="83"/>
        </w:numPr>
        <w:rPr>
          <w:lang w:val="en-GB"/>
        </w:rPr>
      </w:pPr>
      <w:r w:rsidRPr="009741BE">
        <w:rPr>
          <w:lang w:val="en-GB"/>
        </w:rPr>
        <w:t>GCSE English and Maths grade 2</w:t>
      </w:r>
    </w:p>
    <w:p w14:paraId="3779F443" w14:textId="77777777" w:rsidR="00B20C80" w:rsidRPr="009741BE" w:rsidRDefault="00B20C80" w:rsidP="009741BE">
      <w:pPr>
        <w:pStyle w:val="Heading4"/>
        <w:rPr>
          <w:i w:val="0"/>
          <w:iCs w:val="0"/>
          <w:lang w:val="en-GB"/>
        </w:rPr>
      </w:pPr>
      <w:r w:rsidRPr="009741BE">
        <w:rPr>
          <w:i w:val="0"/>
          <w:iCs w:val="0"/>
          <w:lang w:val="en-GB"/>
        </w:rPr>
        <w:t>Progression</w:t>
      </w:r>
    </w:p>
    <w:p w14:paraId="5C9C89FA" w14:textId="77777777" w:rsidR="00B20C80" w:rsidRPr="009741BE" w:rsidRDefault="00B20C80" w:rsidP="009741BE">
      <w:pPr>
        <w:pStyle w:val="ListParagraph"/>
        <w:numPr>
          <w:ilvl w:val="0"/>
          <w:numId w:val="84"/>
        </w:numPr>
        <w:rPr>
          <w:lang w:val="en-GB"/>
        </w:rPr>
      </w:pPr>
      <w:r w:rsidRPr="009741BE">
        <w:rPr>
          <w:lang w:val="en-GB"/>
        </w:rPr>
        <w:t>Level 3 Apprenticeship</w:t>
      </w:r>
    </w:p>
    <w:p w14:paraId="7C661B47" w14:textId="77777777" w:rsidR="00B20C80" w:rsidRPr="009741BE" w:rsidRDefault="00B20C80" w:rsidP="009741BE">
      <w:pPr>
        <w:pStyle w:val="ListParagraph"/>
        <w:numPr>
          <w:ilvl w:val="0"/>
          <w:numId w:val="84"/>
        </w:numPr>
        <w:rPr>
          <w:lang w:val="en-GB"/>
        </w:rPr>
      </w:pPr>
      <w:r w:rsidRPr="009741BE">
        <w:rPr>
          <w:lang w:val="en-GB"/>
        </w:rPr>
        <w:t>Employment</w:t>
      </w:r>
    </w:p>
    <w:p w14:paraId="74315C5D" w14:textId="77777777" w:rsidR="00B20C80" w:rsidRPr="00B20C80" w:rsidRDefault="00B20C80" w:rsidP="009741BE">
      <w:pPr>
        <w:pStyle w:val="Heading3"/>
        <w:rPr>
          <w:lang w:val="en-GB"/>
        </w:rPr>
      </w:pPr>
      <w:r w:rsidRPr="00B20C80">
        <w:rPr>
          <w:lang w:val="en-GB"/>
        </w:rPr>
        <w:t>Plastering Apprenticeship Level 2</w:t>
      </w:r>
    </w:p>
    <w:p w14:paraId="24B15971" w14:textId="77777777" w:rsidR="00B20C80" w:rsidRPr="009741BE" w:rsidRDefault="00B20C80" w:rsidP="009741BE">
      <w:pPr>
        <w:pStyle w:val="Heading4"/>
        <w:rPr>
          <w:i w:val="0"/>
          <w:iCs w:val="0"/>
          <w:lang w:val="en-GB"/>
        </w:rPr>
      </w:pPr>
      <w:r w:rsidRPr="009741BE">
        <w:rPr>
          <w:i w:val="0"/>
          <w:iCs w:val="0"/>
          <w:lang w:val="en-GB"/>
        </w:rPr>
        <w:t>Entry Requirements</w:t>
      </w:r>
    </w:p>
    <w:p w14:paraId="42C10F0E" w14:textId="77777777" w:rsidR="00B20C80" w:rsidRPr="009741BE" w:rsidRDefault="00B20C80" w:rsidP="009741BE">
      <w:pPr>
        <w:pStyle w:val="ListParagraph"/>
        <w:numPr>
          <w:ilvl w:val="0"/>
          <w:numId w:val="85"/>
        </w:numPr>
        <w:rPr>
          <w:lang w:val="en-GB"/>
        </w:rPr>
      </w:pPr>
      <w:r w:rsidRPr="009741BE">
        <w:rPr>
          <w:lang w:val="en-GB"/>
        </w:rPr>
        <w:t>GCSE English and Maths at grade 2 or above.</w:t>
      </w:r>
    </w:p>
    <w:p w14:paraId="036B5F1C" w14:textId="77777777" w:rsidR="00B20C80" w:rsidRPr="009741BE" w:rsidRDefault="00B20C80" w:rsidP="009741BE">
      <w:pPr>
        <w:pStyle w:val="ListParagraph"/>
        <w:numPr>
          <w:ilvl w:val="0"/>
          <w:numId w:val="85"/>
        </w:numPr>
        <w:rPr>
          <w:lang w:val="en-GB"/>
        </w:rPr>
      </w:pPr>
      <w:r w:rsidRPr="009741BE">
        <w:rPr>
          <w:lang w:val="en-GB"/>
        </w:rPr>
        <w:t xml:space="preserve">To start your </w:t>
      </w:r>
      <w:proofErr w:type="gramStart"/>
      <w:r w:rsidRPr="009741BE">
        <w:rPr>
          <w:lang w:val="en-GB"/>
        </w:rPr>
        <w:t>apprenticeship</w:t>
      </w:r>
      <w:proofErr w:type="gramEnd"/>
      <w:r w:rsidRPr="009741BE">
        <w:rPr>
          <w:lang w:val="en-GB"/>
        </w:rPr>
        <w:t xml:space="preserve"> you must have secured employment that the college has agreed is suitable.</w:t>
      </w:r>
    </w:p>
    <w:p w14:paraId="492C728A" w14:textId="77777777" w:rsidR="00B20C80" w:rsidRPr="009741BE" w:rsidRDefault="00B20C80" w:rsidP="009741BE">
      <w:pPr>
        <w:pStyle w:val="Heading4"/>
        <w:rPr>
          <w:i w:val="0"/>
          <w:iCs w:val="0"/>
          <w:lang w:val="en-GB"/>
        </w:rPr>
      </w:pPr>
      <w:r w:rsidRPr="009741BE">
        <w:rPr>
          <w:i w:val="0"/>
          <w:iCs w:val="0"/>
          <w:lang w:val="en-GB"/>
        </w:rPr>
        <w:t>Progression</w:t>
      </w:r>
    </w:p>
    <w:p w14:paraId="4932E8E8" w14:textId="77777777" w:rsidR="00B20C80" w:rsidRPr="009741BE" w:rsidRDefault="00B20C80" w:rsidP="009741BE">
      <w:pPr>
        <w:pStyle w:val="ListParagraph"/>
        <w:numPr>
          <w:ilvl w:val="0"/>
          <w:numId w:val="86"/>
        </w:numPr>
        <w:rPr>
          <w:lang w:val="en-GB"/>
        </w:rPr>
      </w:pPr>
      <w:r w:rsidRPr="009741BE">
        <w:rPr>
          <w:lang w:val="en-GB"/>
        </w:rPr>
        <w:t>Higher level apprenticeship qualification</w:t>
      </w:r>
    </w:p>
    <w:p w14:paraId="0AB92B6D" w14:textId="411DDEC7" w:rsidR="00245F0E" w:rsidRDefault="00B20C80" w:rsidP="009741BE">
      <w:pPr>
        <w:pStyle w:val="ListParagraph"/>
        <w:numPr>
          <w:ilvl w:val="0"/>
          <w:numId w:val="86"/>
        </w:numPr>
        <w:rPr>
          <w:lang w:val="en-GB"/>
        </w:rPr>
      </w:pPr>
      <w:r w:rsidRPr="009741BE">
        <w:rPr>
          <w:lang w:val="en-GB"/>
        </w:rPr>
        <w:t>Employment</w:t>
      </w:r>
    </w:p>
    <w:p w14:paraId="00179AE6" w14:textId="238653D1" w:rsidR="009741BE" w:rsidRPr="009741BE" w:rsidRDefault="009741BE" w:rsidP="009741BE">
      <w:pPr>
        <w:pStyle w:val="Heading2"/>
        <w:rPr>
          <w:lang w:val="en-GB"/>
        </w:rPr>
      </w:pPr>
      <w:r>
        <w:rPr>
          <w:lang w:val="en-GB"/>
        </w:rPr>
        <w:t>Plumbing</w:t>
      </w:r>
    </w:p>
    <w:p w14:paraId="593DA64E" w14:textId="77777777" w:rsidR="009741BE" w:rsidRPr="009741BE" w:rsidRDefault="009741BE" w:rsidP="009741BE">
      <w:pPr>
        <w:pStyle w:val="Heading3"/>
        <w:rPr>
          <w:lang w:val="en-GB"/>
        </w:rPr>
      </w:pPr>
      <w:r w:rsidRPr="009741BE">
        <w:rPr>
          <w:lang w:val="en-GB"/>
        </w:rPr>
        <w:t>Plumbing Level 1</w:t>
      </w:r>
    </w:p>
    <w:p w14:paraId="2D21D27B" w14:textId="77777777" w:rsidR="009741BE" w:rsidRPr="009741BE" w:rsidRDefault="009741BE" w:rsidP="009741BE">
      <w:pPr>
        <w:pStyle w:val="Heading4"/>
        <w:rPr>
          <w:i w:val="0"/>
          <w:iCs w:val="0"/>
          <w:lang w:val="en-GB"/>
        </w:rPr>
      </w:pPr>
      <w:r w:rsidRPr="009741BE">
        <w:rPr>
          <w:i w:val="0"/>
          <w:iCs w:val="0"/>
          <w:lang w:val="en-GB"/>
        </w:rPr>
        <w:t>Entry Requirements</w:t>
      </w:r>
    </w:p>
    <w:p w14:paraId="059491DA" w14:textId="77777777" w:rsidR="009741BE" w:rsidRPr="009741BE" w:rsidRDefault="009741BE" w:rsidP="009741BE">
      <w:pPr>
        <w:rPr>
          <w:lang w:val="en-GB"/>
        </w:rPr>
      </w:pPr>
      <w:r w:rsidRPr="009741BE">
        <w:rPr>
          <w:lang w:val="en-GB"/>
        </w:rPr>
        <w:t>A minimum of GCSE English and Maths grade 2 or above.</w:t>
      </w:r>
    </w:p>
    <w:p w14:paraId="2FAC1184" w14:textId="77777777" w:rsidR="009741BE" w:rsidRPr="009741BE" w:rsidRDefault="009741BE" w:rsidP="009741BE">
      <w:pPr>
        <w:pStyle w:val="Heading4"/>
        <w:rPr>
          <w:i w:val="0"/>
          <w:iCs w:val="0"/>
          <w:lang w:val="en-GB"/>
        </w:rPr>
      </w:pPr>
      <w:r w:rsidRPr="009741BE">
        <w:rPr>
          <w:i w:val="0"/>
          <w:iCs w:val="0"/>
          <w:lang w:val="en-GB"/>
        </w:rPr>
        <w:t>Progression</w:t>
      </w:r>
    </w:p>
    <w:p w14:paraId="7728CD11" w14:textId="77777777" w:rsidR="009741BE" w:rsidRPr="009741BE" w:rsidRDefault="009741BE" w:rsidP="009741BE">
      <w:pPr>
        <w:pStyle w:val="ListParagraph"/>
        <w:numPr>
          <w:ilvl w:val="0"/>
          <w:numId w:val="87"/>
        </w:numPr>
        <w:rPr>
          <w:lang w:val="en-GB"/>
        </w:rPr>
      </w:pPr>
      <w:r w:rsidRPr="009741BE">
        <w:rPr>
          <w:lang w:val="en-GB"/>
        </w:rPr>
        <w:t>Plumbing and Heating Level 2</w:t>
      </w:r>
    </w:p>
    <w:p w14:paraId="734FF664" w14:textId="77777777" w:rsidR="009741BE" w:rsidRPr="009741BE" w:rsidRDefault="009741BE" w:rsidP="009741BE">
      <w:pPr>
        <w:pStyle w:val="ListParagraph"/>
        <w:numPr>
          <w:ilvl w:val="0"/>
          <w:numId w:val="87"/>
        </w:numPr>
        <w:rPr>
          <w:lang w:val="en-GB"/>
        </w:rPr>
      </w:pPr>
      <w:r w:rsidRPr="009741BE">
        <w:rPr>
          <w:lang w:val="en-GB"/>
        </w:rPr>
        <w:t>Apprenticeship</w:t>
      </w:r>
    </w:p>
    <w:p w14:paraId="5DAC45D9" w14:textId="77777777" w:rsidR="009741BE" w:rsidRPr="009741BE" w:rsidRDefault="009741BE" w:rsidP="009741BE">
      <w:pPr>
        <w:pStyle w:val="Heading3"/>
        <w:rPr>
          <w:lang w:val="en-GB"/>
        </w:rPr>
      </w:pPr>
      <w:r w:rsidRPr="009741BE">
        <w:rPr>
          <w:lang w:val="en-GB"/>
        </w:rPr>
        <w:t>Plumbing and Heating Level 2</w:t>
      </w:r>
    </w:p>
    <w:p w14:paraId="350088D9" w14:textId="77777777" w:rsidR="009741BE" w:rsidRPr="009741BE" w:rsidRDefault="009741BE" w:rsidP="009741BE">
      <w:pPr>
        <w:pStyle w:val="Heading4"/>
        <w:rPr>
          <w:i w:val="0"/>
          <w:iCs w:val="0"/>
          <w:lang w:val="en-GB"/>
        </w:rPr>
      </w:pPr>
      <w:r w:rsidRPr="009741BE">
        <w:rPr>
          <w:i w:val="0"/>
          <w:iCs w:val="0"/>
          <w:lang w:val="en-GB"/>
        </w:rPr>
        <w:t>Entry Requirements</w:t>
      </w:r>
    </w:p>
    <w:p w14:paraId="708EBFB3" w14:textId="77777777" w:rsidR="009741BE" w:rsidRPr="009741BE" w:rsidRDefault="009741BE" w:rsidP="009741BE">
      <w:pPr>
        <w:rPr>
          <w:lang w:val="en-GB"/>
        </w:rPr>
      </w:pPr>
      <w:r w:rsidRPr="009741BE">
        <w:rPr>
          <w:lang w:val="en-GB"/>
        </w:rPr>
        <w:t>A minimum of GCSE English and Maths grade 4 or above, or a Level 1 relevant vocational qualification.</w:t>
      </w:r>
    </w:p>
    <w:p w14:paraId="2F5D322F" w14:textId="77777777" w:rsidR="009741BE" w:rsidRPr="009741BE" w:rsidRDefault="009741BE" w:rsidP="009741BE">
      <w:pPr>
        <w:pStyle w:val="Heading4"/>
        <w:rPr>
          <w:i w:val="0"/>
          <w:iCs w:val="0"/>
          <w:lang w:val="en-GB"/>
        </w:rPr>
      </w:pPr>
      <w:r w:rsidRPr="009741BE">
        <w:rPr>
          <w:i w:val="0"/>
          <w:iCs w:val="0"/>
          <w:lang w:val="en-GB"/>
        </w:rPr>
        <w:t>Progression</w:t>
      </w:r>
    </w:p>
    <w:p w14:paraId="255B0E2A" w14:textId="77777777" w:rsidR="009741BE" w:rsidRPr="009741BE" w:rsidRDefault="009741BE" w:rsidP="009741BE">
      <w:pPr>
        <w:rPr>
          <w:lang w:val="en-GB"/>
        </w:rPr>
      </w:pPr>
      <w:r w:rsidRPr="009741BE">
        <w:rPr>
          <w:lang w:val="en-GB"/>
        </w:rPr>
        <w:t>Plumbing and Heating Apprenticeship Level 3</w:t>
      </w:r>
    </w:p>
    <w:p w14:paraId="2548B503" w14:textId="77777777" w:rsidR="009741BE" w:rsidRDefault="009741BE" w:rsidP="009741BE">
      <w:pPr>
        <w:rPr>
          <w:lang w:val="en-GB"/>
        </w:rPr>
      </w:pPr>
    </w:p>
    <w:p w14:paraId="313B39F9" w14:textId="2098E9A9" w:rsidR="009741BE" w:rsidRPr="009741BE" w:rsidRDefault="009741BE" w:rsidP="009741BE">
      <w:pPr>
        <w:pStyle w:val="Heading3"/>
        <w:rPr>
          <w:lang w:val="en-GB"/>
        </w:rPr>
      </w:pPr>
      <w:r w:rsidRPr="009741BE">
        <w:rPr>
          <w:lang w:val="en-GB"/>
        </w:rPr>
        <w:lastRenderedPageBreak/>
        <w:t>Plumbing and Heating Apprenticeship Level 3</w:t>
      </w:r>
    </w:p>
    <w:p w14:paraId="482BE1B2" w14:textId="77777777" w:rsidR="009741BE" w:rsidRPr="009741BE" w:rsidRDefault="009741BE" w:rsidP="009741BE">
      <w:pPr>
        <w:pStyle w:val="Heading4"/>
        <w:rPr>
          <w:i w:val="0"/>
          <w:iCs w:val="0"/>
          <w:lang w:val="en-GB"/>
        </w:rPr>
      </w:pPr>
      <w:r w:rsidRPr="009741BE">
        <w:rPr>
          <w:i w:val="0"/>
          <w:iCs w:val="0"/>
          <w:lang w:val="en-GB"/>
        </w:rPr>
        <w:t>Entry Requirements</w:t>
      </w:r>
    </w:p>
    <w:p w14:paraId="567E3424" w14:textId="77777777" w:rsidR="009741BE" w:rsidRPr="009741BE" w:rsidRDefault="009741BE" w:rsidP="009741BE">
      <w:pPr>
        <w:pStyle w:val="ListParagraph"/>
        <w:numPr>
          <w:ilvl w:val="0"/>
          <w:numId w:val="88"/>
        </w:numPr>
        <w:rPr>
          <w:lang w:val="en-GB"/>
        </w:rPr>
      </w:pPr>
      <w:r w:rsidRPr="009741BE">
        <w:rPr>
          <w:lang w:val="en-GB"/>
        </w:rPr>
        <w:t>A minimum of grade 4 in GCSE English and Maths.</w:t>
      </w:r>
    </w:p>
    <w:p w14:paraId="42A3380C" w14:textId="77777777" w:rsidR="009741BE" w:rsidRPr="009741BE" w:rsidRDefault="009741BE" w:rsidP="009741BE">
      <w:pPr>
        <w:pStyle w:val="ListParagraph"/>
        <w:numPr>
          <w:ilvl w:val="0"/>
          <w:numId w:val="88"/>
        </w:numPr>
        <w:rPr>
          <w:lang w:val="en-GB"/>
        </w:rPr>
      </w:pPr>
      <w:r w:rsidRPr="009741BE">
        <w:rPr>
          <w:lang w:val="en-GB"/>
        </w:rPr>
        <w:t xml:space="preserve">To start your </w:t>
      </w:r>
      <w:proofErr w:type="gramStart"/>
      <w:r w:rsidRPr="009741BE">
        <w:rPr>
          <w:lang w:val="en-GB"/>
        </w:rPr>
        <w:t>apprenticeship</w:t>
      </w:r>
      <w:proofErr w:type="gramEnd"/>
      <w:r w:rsidRPr="009741BE">
        <w:rPr>
          <w:lang w:val="en-GB"/>
        </w:rPr>
        <w:t xml:space="preserve"> you must have secured employment that the college has agreed is suitable.</w:t>
      </w:r>
    </w:p>
    <w:p w14:paraId="0AA9FE94" w14:textId="77777777" w:rsidR="009741BE" w:rsidRPr="009741BE" w:rsidRDefault="009741BE" w:rsidP="009741BE">
      <w:pPr>
        <w:pStyle w:val="Heading4"/>
        <w:rPr>
          <w:i w:val="0"/>
          <w:iCs w:val="0"/>
          <w:lang w:val="en-GB"/>
        </w:rPr>
      </w:pPr>
      <w:r w:rsidRPr="009741BE">
        <w:rPr>
          <w:i w:val="0"/>
          <w:iCs w:val="0"/>
          <w:lang w:val="en-GB"/>
        </w:rPr>
        <w:t>Progression</w:t>
      </w:r>
    </w:p>
    <w:p w14:paraId="36981B8E" w14:textId="77777777" w:rsidR="009741BE" w:rsidRPr="009741BE" w:rsidRDefault="009741BE" w:rsidP="009741BE">
      <w:pPr>
        <w:pStyle w:val="ListParagraph"/>
        <w:numPr>
          <w:ilvl w:val="0"/>
          <w:numId w:val="89"/>
        </w:numPr>
        <w:rPr>
          <w:lang w:val="en-GB"/>
        </w:rPr>
      </w:pPr>
      <w:r w:rsidRPr="009741BE">
        <w:rPr>
          <w:lang w:val="en-GB"/>
        </w:rPr>
        <w:t>Professional qualification</w:t>
      </w:r>
    </w:p>
    <w:p w14:paraId="0465DB60" w14:textId="77777777" w:rsidR="009741BE" w:rsidRDefault="009741BE" w:rsidP="009741BE">
      <w:pPr>
        <w:pStyle w:val="ListParagraph"/>
        <w:numPr>
          <w:ilvl w:val="0"/>
          <w:numId w:val="89"/>
        </w:numPr>
        <w:rPr>
          <w:lang w:val="en-GB"/>
        </w:rPr>
      </w:pPr>
      <w:r w:rsidRPr="009741BE">
        <w:rPr>
          <w:lang w:val="en-GB"/>
        </w:rPr>
        <w:t>Full time employment</w:t>
      </w:r>
    </w:p>
    <w:p w14:paraId="0E6D691B" w14:textId="4ABDACA8" w:rsidR="009741BE" w:rsidRPr="009741BE" w:rsidRDefault="009741BE" w:rsidP="009741BE">
      <w:pPr>
        <w:pStyle w:val="Heading2"/>
        <w:rPr>
          <w:lang w:val="en-GB"/>
        </w:rPr>
      </w:pPr>
      <w:r>
        <w:rPr>
          <w:lang w:val="en-GB"/>
        </w:rPr>
        <w:t>Construction T Levels</w:t>
      </w:r>
    </w:p>
    <w:p w14:paraId="529D9B9C" w14:textId="77777777" w:rsidR="009741BE" w:rsidRPr="009741BE" w:rsidRDefault="009741BE" w:rsidP="009741BE">
      <w:pPr>
        <w:pStyle w:val="Heading3"/>
        <w:rPr>
          <w:lang w:val="en-GB"/>
        </w:rPr>
      </w:pPr>
      <w:r w:rsidRPr="009741BE">
        <w:rPr>
          <w:lang w:val="en-GB"/>
        </w:rPr>
        <w:t>T Level Building Services Engineering for Construction: Electrotechnical Engineering Level 3</w:t>
      </w:r>
    </w:p>
    <w:p w14:paraId="0367902F" w14:textId="77777777" w:rsidR="009741BE" w:rsidRPr="009741BE" w:rsidRDefault="009741BE" w:rsidP="009741BE">
      <w:pPr>
        <w:pStyle w:val="Heading4"/>
        <w:rPr>
          <w:i w:val="0"/>
          <w:iCs w:val="0"/>
          <w:lang w:val="en-GB"/>
        </w:rPr>
      </w:pPr>
      <w:r w:rsidRPr="009741BE">
        <w:rPr>
          <w:i w:val="0"/>
          <w:iCs w:val="0"/>
          <w:lang w:val="en-GB"/>
        </w:rPr>
        <w:t>Entry Requirements</w:t>
      </w:r>
    </w:p>
    <w:p w14:paraId="37130CC1" w14:textId="77777777" w:rsidR="009741BE" w:rsidRPr="009741BE" w:rsidRDefault="009741BE" w:rsidP="009741BE">
      <w:pPr>
        <w:pStyle w:val="ListParagraph"/>
        <w:numPr>
          <w:ilvl w:val="0"/>
          <w:numId w:val="90"/>
        </w:numPr>
        <w:rPr>
          <w:lang w:val="en-GB"/>
        </w:rPr>
      </w:pPr>
      <w:r w:rsidRPr="009741BE">
        <w:rPr>
          <w:lang w:val="en-GB"/>
        </w:rPr>
        <w:t>Four GCSEs at grade 4 or above, including English, Maths and a Science subject.</w:t>
      </w:r>
    </w:p>
    <w:p w14:paraId="70DD0BFF" w14:textId="77777777" w:rsidR="009741BE" w:rsidRPr="009741BE" w:rsidRDefault="009741BE" w:rsidP="009741BE">
      <w:pPr>
        <w:pStyle w:val="ListParagraph"/>
        <w:numPr>
          <w:ilvl w:val="0"/>
          <w:numId w:val="90"/>
        </w:numPr>
        <w:rPr>
          <w:lang w:val="en-GB"/>
        </w:rPr>
      </w:pPr>
      <w:r w:rsidRPr="009741BE">
        <w:rPr>
          <w:lang w:val="en-GB"/>
        </w:rPr>
        <w:t>Either Maths or Science must also be at a grade 5.</w:t>
      </w:r>
    </w:p>
    <w:p w14:paraId="6B222534" w14:textId="77777777" w:rsidR="009741BE" w:rsidRPr="009741BE" w:rsidRDefault="009741BE" w:rsidP="009741BE">
      <w:pPr>
        <w:pStyle w:val="Heading4"/>
        <w:rPr>
          <w:i w:val="0"/>
          <w:iCs w:val="0"/>
          <w:lang w:val="en-GB"/>
        </w:rPr>
      </w:pPr>
      <w:r w:rsidRPr="009741BE">
        <w:rPr>
          <w:i w:val="0"/>
          <w:iCs w:val="0"/>
          <w:lang w:val="en-GB"/>
        </w:rPr>
        <w:t>Progression</w:t>
      </w:r>
    </w:p>
    <w:p w14:paraId="17FA2791" w14:textId="77777777" w:rsidR="009741BE" w:rsidRPr="009741BE" w:rsidRDefault="009741BE" w:rsidP="009741BE">
      <w:pPr>
        <w:pStyle w:val="ListParagraph"/>
        <w:numPr>
          <w:ilvl w:val="0"/>
          <w:numId w:val="91"/>
        </w:numPr>
        <w:rPr>
          <w:lang w:val="en-GB"/>
        </w:rPr>
      </w:pPr>
      <w:r w:rsidRPr="009741BE">
        <w:rPr>
          <w:lang w:val="en-GB"/>
        </w:rPr>
        <w:t>Apprenticeship</w:t>
      </w:r>
    </w:p>
    <w:p w14:paraId="72CC99E6" w14:textId="77777777" w:rsidR="009741BE" w:rsidRPr="009741BE" w:rsidRDefault="009741BE" w:rsidP="009741BE">
      <w:pPr>
        <w:pStyle w:val="ListParagraph"/>
        <w:numPr>
          <w:ilvl w:val="0"/>
          <w:numId w:val="91"/>
        </w:numPr>
        <w:rPr>
          <w:lang w:val="en-GB"/>
        </w:rPr>
      </w:pPr>
      <w:r w:rsidRPr="009741BE">
        <w:rPr>
          <w:lang w:val="en-GB"/>
        </w:rPr>
        <w:t>Employment</w:t>
      </w:r>
    </w:p>
    <w:p w14:paraId="2E38FD8C" w14:textId="77777777" w:rsidR="009741BE" w:rsidRPr="009741BE" w:rsidRDefault="009741BE" w:rsidP="009741BE">
      <w:pPr>
        <w:pStyle w:val="Heading3"/>
        <w:rPr>
          <w:lang w:val="en-GB"/>
        </w:rPr>
      </w:pPr>
      <w:r w:rsidRPr="009741BE">
        <w:rPr>
          <w:lang w:val="en-GB"/>
        </w:rPr>
        <w:t>T Level Design Surveying and Planning for Construction Level 3</w:t>
      </w:r>
    </w:p>
    <w:p w14:paraId="5B63BA66" w14:textId="77777777" w:rsidR="009741BE" w:rsidRPr="009741BE" w:rsidRDefault="009741BE" w:rsidP="009741BE">
      <w:pPr>
        <w:pStyle w:val="Heading4"/>
        <w:rPr>
          <w:i w:val="0"/>
          <w:iCs w:val="0"/>
          <w:lang w:val="en-GB"/>
        </w:rPr>
      </w:pPr>
      <w:r w:rsidRPr="009741BE">
        <w:rPr>
          <w:i w:val="0"/>
          <w:iCs w:val="0"/>
          <w:lang w:val="en-GB"/>
        </w:rPr>
        <w:t>Entry Requirements</w:t>
      </w:r>
    </w:p>
    <w:p w14:paraId="1BF2D364" w14:textId="77777777" w:rsidR="009741BE" w:rsidRPr="009741BE" w:rsidRDefault="009741BE" w:rsidP="009741BE">
      <w:pPr>
        <w:pStyle w:val="ListParagraph"/>
        <w:numPr>
          <w:ilvl w:val="0"/>
          <w:numId w:val="92"/>
        </w:numPr>
        <w:rPr>
          <w:lang w:val="en-GB"/>
        </w:rPr>
      </w:pPr>
      <w:r w:rsidRPr="009741BE">
        <w:rPr>
          <w:lang w:val="en-GB"/>
        </w:rPr>
        <w:t>GCSE Maths or Science at grade 5.</w:t>
      </w:r>
    </w:p>
    <w:p w14:paraId="4DA4723A" w14:textId="77777777" w:rsidR="009741BE" w:rsidRPr="009741BE" w:rsidRDefault="009741BE" w:rsidP="009741BE">
      <w:pPr>
        <w:pStyle w:val="ListParagraph"/>
        <w:numPr>
          <w:ilvl w:val="0"/>
          <w:numId w:val="92"/>
        </w:numPr>
        <w:rPr>
          <w:lang w:val="en-GB"/>
        </w:rPr>
      </w:pPr>
      <w:r w:rsidRPr="009741BE">
        <w:rPr>
          <w:lang w:val="en-GB"/>
        </w:rPr>
        <w:t>Four other GCSEs at grade 4 or above to include English, Maths and Science.</w:t>
      </w:r>
    </w:p>
    <w:p w14:paraId="38BEFF2D" w14:textId="77777777" w:rsidR="009741BE" w:rsidRPr="009741BE" w:rsidRDefault="009741BE" w:rsidP="009741BE">
      <w:pPr>
        <w:pStyle w:val="Heading4"/>
        <w:rPr>
          <w:i w:val="0"/>
          <w:iCs w:val="0"/>
          <w:lang w:val="en-GB"/>
        </w:rPr>
      </w:pPr>
      <w:r w:rsidRPr="009741BE">
        <w:rPr>
          <w:i w:val="0"/>
          <w:iCs w:val="0"/>
          <w:lang w:val="en-GB"/>
        </w:rPr>
        <w:t>Progression</w:t>
      </w:r>
    </w:p>
    <w:p w14:paraId="12502E9A" w14:textId="77777777" w:rsidR="009741BE" w:rsidRPr="009741BE" w:rsidRDefault="009741BE" w:rsidP="009741BE">
      <w:pPr>
        <w:pStyle w:val="ListParagraph"/>
        <w:numPr>
          <w:ilvl w:val="0"/>
          <w:numId w:val="93"/>
        </w:numPr>
        <w:rPr>
          <w:lang w:val="en-GB"/>
        </w:rPr>
      </w:pPr>
      <w:r w:rsidRPr="009741BE">
        <w:rPr>
          <w:lang w:val="en-GB"/>
        </w:rPr>
        <w:t>Apprenticeship</w:t>
      </w:r>
    </w:p>
    <w:p w14:paraId="291887D6" w14:textId="77777777" w:rsidR="009741BE" w:rsidRPr="009741BE" w:rsidRDefault="009741BE" w:rsidP="009741BE">
      <w:pPr>
        <w:pStyle w:val="ListParagraph"/>
        <w:numPr>
          <w:ilvl w:val="0"/>
          <w:numId w:val="93"/>
        </w:numPr>
        <w:rPr>
          <w:lang w:val="en-GB"/>
        </w:rPr>
      </w:pPr>
      <w:r w:rsidRPr="009741BE">
        <w:rPr>
          <w:lang w:val="en-GB"/>
        </w:rPr>
        <w:t>Employment</w:t>
      </w:r>
    </w:p>
    <w:p w14:paraId="6A1DDDED" w14:textId="2D1FF7EE" w:rsidR="00B241AF" w:rsidRDefault="009741BE" w:rsidP="009741BE">
      <w:pPr>
        <w:pStyle w:val="ListParagraph"/>
        <w:numPr>
          <w:ilvl w:val="0"/>
          <w:numId w:val="93"/>
        </w:numPr>
        <w:rPr>
          <w:lang w:val="en-GB"/>
        </w:rPr>
      </w:pPr>
      <w:r w:rsidRPr="009741BE">
        <w:rPr>
          <w:lang w:val="en-GB"/>
        </w:rPr>
        <w:t>Higher Education</w:t>
      </w:r>
    </w:p>
    <w:p w14:paraId="50B1CD0E" w14:textId="707F43B2" w:rsidR="0082659E" w:rsidRDefault="0082659E" w:rsidP="0082659E">
      <w:pPr>
        <w:pStyle w:val="Heading1"/>
        <w:rPr>
          <w:lang w:val="en-GB"/>
        </w:rPr>
      </w:pPr>
      <w:r>
        <w:rPr>
          <w:lang w:val="en-GB"/>
        </w:rPr>
        <w:t>Creative Industries</w:t>
      </w:r>
    </w:p>
    <w:p w14:paraId="019BCA07" w14:textId="4999861E" w:rsidR="0082659E" w:rsidRDefault="0082659E" w:rsidP="0082659E">
      <w:pPr>
        <w:rPr>
          <w:lang w:val="en-GB"/>
        </w:rPr>
      </w:pPr>
      <w:r w:rsidRPr="0082659E">
        <w:rPr>
          <w:lang w:val="en-GB"/>
        </w:rPr>
        <w:t>According to the West Yorkshire</w:t>
      </w:r>
      <w:r>
        <w:rPr>
          <w:lang w:val="en-GB"/>
        </w:rPr>
        <w:t xml:space="preserve"> </w:t>
      </w:r>
      <w:r w:rsidRPr="0082659E">
        <w:rPr>
          <w:lang w:val="en-GB"/>
        </w:rPr>
        <w:t>Local Skills Improvement Plan,</w:t>
      </w:r>
      <w:r>
        <w:rPr>
          <w:lang w:val="en-GB"/>
        </w:rPr>
        <w:t xml:space="preserve"> </w:t>
      </w:r>
      <w:r w:rsidRPr="0082659E">
        <w:rPr>
          <w:lang w:val="en-GB"/>
        </w:rPr>
        <w:t>Creative Industries is one of the</w:t>
      </w:r>
      <w:r>
        <w:rPr>
          <w:lang w:val="en-GB"/>
        </w:rPr>
        <w:t xml:space="preserve"> </w:t>
      </w:r>
      <w:r w:rsidRPr="0082659E">
        <w:rPr>
          <w:lang w:val="en-GB"/>
        </w:rPr>
        <w:t>largest growing sectors in our</w:t>
      </w:r>
      <w:r>
        <w:rPr>
          <w:lang w:val="en-GB"/>
        </w:rPr>
        <w:t xml:space="preserve"> </w:t>
      </w:r>
      <w:r w:rsidRPr="0082659E">
        <w:rPr>
          <w:lang w:val="en-GB"/>
        </w:rPr>
        <w:t>region. Whether your interests lie</w:t>
      </w:r>
      <w:r>
        <w:rPr>
          <w:lang w:val="en-GB"/>
        </w:rPr>
        <w:t xml:space="preserve"> </w:t>
      </w:r>
      <w:r w:rsidRPr="0082659E">
        <w:rPr>
          <w:lang w:val="en-GB"/>
        </w:rPr>
        <w:t>in art and design, music or media,</w:t>
      </w:r>
      <w:r>
        <w:rPr>
          <w:lang w:val="en-GB"/>
        </w:rPr>
        <w:t xml:space="preserve"> </w:t>
      </w:r>
      <w:r w:rsidRPr="0082659E">
        <w:rPr>
          <w:lang w:val="en-GB"/>
        </w:rPr>
        <w:t>we have a range of vocational</w:t>
      </w:r>
      <w:r>
        <w:rPr>
          <w:lang w:val="en-GB"/>
        </w:rPr>
        <w:t xml:space="preserve"> </w:t>
      </w:r>
      <w:r w:rsidRPr="0082659E">
        <w:rPr>
          <w:lang w:val="en-GB"/>
        </w:rPr>
        <w:t>courses from Entry Level to Level 3</w:t>
      </w:r>
      <w:r>
        <w:rPr>
          <w:lang w:val="en-GB"/>
        </w:rPr>
        <w:t xml:space="preserve"> </w:t>
      </w:r>
      <w:r w:rsidRPr="0082659E">
        <w:rPr>
          <w:lang w:val="en-GB"/>
        </w:rPr>
        <w:t>that will allow you to perfect your</w:t>
      </w:r>
      <w:r>
        <w:rPr>
          <w:lang w:val="en-GB"/>
        </w:rPr>
        <w:t xml:space="preserve"> </w:t>
      </w:r>
      <w:r w:rsidRPr="0082659E">
        <w:rPr>
          <w:lang w:val="en-GB"/>
        </w:rPr>
        <w:t>craft and become a practitioner in</w:t>
      </w:r>
      <w:r>
        <w:rPr>
          <w:lang w:val="en-GB"/>
        </w:rPr>
        <w:t xml:space="preserve"> </w:t>
      </w:r>
      <w:r w:rsidRPr="0082659E">
        <w:rPr>
          <w:lang w:val="en-GB"/>
        </w:rPr>
        <w:t>your field</w:t>
      </w:r>
      <w:r>
        <w:rPr>
          <w:lang w:val="en-GB"/>
        </w:rPr>
        <w:t>.</w:t>
      </w:r>
    </w:p>
    <w:p w14:paraId="1F15514D" w14:textId="7C8522AA" w:rsidR="0082659E" w:rsidRDefault="0082659E" w:rsidP="0082659E">
      <w:pPr>
        <w:rPr>
          <w:lang w:val="en-GB"/>
        </w:rPr>
      </w:pPr>
      <w:r w:rsidRPr="0082659E">
        <w:rPr>
          <w:lang w:val="en-GB"/>
        </w:rPr>
        <w:t>At Kirklees College, you will benefit from</w:t>
      </w:r>
      <w:r>
        <w:rPr>
          <w:lang w:val="en-GB"/>
        </w:rPr>
        <w:t xml:space="preserve"> </w:t>
      </w:r>
      <w:r w:rsidRPr="0082659E">
        <w:rPr>
          <w:lang w:val="en-GB"/>
        </w:rPr>
        <w:t>amazing facilities for creative courses, from</w:t>
      </w:r>
      <w:r>
        <w:rPr>
          <w:lang w:val="en-GB"/>
        </w:rPr>
        <w:t xml:space="preserve"> </w:t>
      </w:r>
      <w:r w:rsidRPr="0082659E">
        <w:rPr>
          <w:lang w:val="en-GB"/>
        </w:rPr>
        <w:t>textile and printmaking facilities at our</w:t>
      </w:r>
      <w:r>
        <w:rPr>
          <w:lang w:val="en-GB"/>
        </w:rPr>
        <w:t xml:space="preserve"> </w:t>
      </w:r>
      <w:r w:rsidRPr="0082659E">
        <w:rPr>
          <w:lang w:val="en-GB"/>
        </w:rPr>
        <w:t>Pioneer Higher Skills Centre, to brand-new</w:t>
      </w:r>
      <w:r>
        <w:rPr>
          <w:lang w:val="en-GB"/>
        </w:rPr>
        <w:t xml:space="preserve"> </w:t>
      </w:r>
      <w:r w:rsidRPr="0082659E">
        <w:rPr>
          <w:lang w:val="en-GB"/>
        </w:rPr>
        <w:t>digital music production equipment and</w:t>
      </w:r>
      <w:r>
        <w:rPr>
          <w:lang w:val="en-GB"/>
        </w:rPr>
        <w:t xml:space="preserve"> </w:t>
      </w:r>
      <w:r w:rsidRPr="0082659E">
        <w:rPr>
          <w:lang w:val="en-GB"/>
        </w:rPr>
        <w:t>multi-media generation facilities at our</w:t>
      </w:r>
      <w:r>
        <w:rPr>
          <w:lang w:val="en-GB"/>
        </w:rPr>
        <w:t xml:space="preserve"> </w:t>
      </w:r>
      <w:r w:rsidRPr="0082659E">
        <w:rPr>
          <w:lang w:val="en-GB"/>
        </w:rPr>
        <w:t>Huddersfield Centre. All of our Creative</w:t>
      </w:r>
      <w:r>
        <w:rPr>
          <w:lang w:val="en-GB"/>
        </w:rPr>
        <w:t xml:space="preserve"> </w:t>
      </w:r>
      <w:r w:rsidRPr="0082659E">
        <w:rPr>
          <w:lang w:val="en-GB"/>
        </w:rPr>
        <w:t>Industries courses are hands-on, and you will</w:t>
      </w:r>
      <w:r>
        <w:rPr>
          <w:lang w:val="en-GB"/>
        </w:rPr>
        <w:t xml:space="preserve"> </w:t>
      </w:r>
      <w:r w:rsidRPr="0082659E">
        <w:rPr>
          <w:lang w:val="en-GB"/>
        </w:rPr>
        <w:t>also benefit from enhanced work experience</w:t>
      </w:r>
      <w:r>
        <w:rPr>
          <w:lang w:val="en-GB"/>
        </w:rPr>
        <w:t xml:space="preserve"> </w:t>
      </w:r>
      <w:r w:rsidRPr="0082659E">
        <w:rPr>
          <w:lang w:val="en-GB"/>
        </w:rPr>
        <w:t>opportunities to help you prepare for a</w:t>
      </w:r>
      <w:r>
        <w:rPr>
          <w:lang w:val="en-GB"/>
        </w:rPr>
        <w:t xml:space="preserve"> </w:t>
      </w:r>
      <w:r w:rsidRPr="0082659E">
        <w:rPr>
          <w:lang w:val="en-GB"/>
        </w:rPr>
        <w:t>career in this exciting world.</w:t>
      </w:r>
    </w:p>
    <w:p w14:paraId="189B6EF2" w14:textId="3287E78E" w:rsidR="0082659E" w:rsidRDefault="0082659E" w:rsidP="0082659E">
      <w:pPr>
        <w:pStyle w:val="Heading2"/>
        <w:rPr>
          <w:lang w:val="en-GB"/>
        </w:rPr>
      </w:pPr>
      <w:r>
        <w:rPr>
          <w:lang w:val="en-GB"/>
        </w:rPr>
        <w:lastRenderedPageBreak/>
        <w:t>Average Salaries</w:t>
      </w:r>
    </w:p>
    <w:p w14:paraId="64650607" w14:textId="4FBD4591" w:rsidR="0082659E" w:rsidRPr="0082659E" w:rsidRDefault="0082659E" w:rsidP="0082659E">
      <w:pPr>
        <w:rPr>
          <w:lang w:val="en-GB"/>
        </w:rPr>
      </w:pPr>
      <w:r w:rsidRPr="0082659E">
        <w:rPr>
          <w:lang w:val="en-GB"/>
        </w:rPr>
        <w:t>£36,850</w:t>
      </w:r>
      <w:r>
        <w:rPr>
          <w:lang w:val="en-GB"/>
        </w:rPr>
        <w:t xml:space="preserve"> </w:t>
      </w:r>
      <w:r w:rsidRPr="0082659E">
        <w:rPr>
          <w:lang w:val="en-GB"/>
        </w:rPr>
        <w:t>Fashion Designers</w:t>
      </w:r>
    </w:p>
    <w:p w14:paraId="625F2185" w14:textId="69D2FA88" w:rsidR="0082659E" w:rsidRPr="0082659E" w:rsidRDefault="0082659E" w:rsidP="0082659E">
      <w:pPr>
        <w:rPr>
          <w:lang w:val="en-GB"/>
        </w:rPr>
      </w:pPr>
      <w:r w:rsidRPr="0082659E">
        <w:rPr>
          <w:lang w:val="en-GB"/>
        </w:rPr>
        <w:t>£47,760</w:t>
      </w:r>
      <w:r>
        <w:rPr>
          <w:lang w:val="en-GB"/>
        </w:rPr>
        <w:t xml:space="preserve"> </w:t>
      </w:r>
      <w:r w:rsidRPr="0082659E">
        <w:rPr>
          <w:lang w:val="en-GB"/>
        </w:rPr>
        <w:t>Artists</w:t>
      </w:r>
    </w:p>
    <w:p w14:paraId="1445F385" w14:textId="6079595E" w:rsidR="0082659E" w:rsidRDefault="0082659E" w:rsidP="0082659E">
      <w:pPr>
        <w:rPr>
          <w:lang w:val="en-GB"/>
        </w:rPr>
      </w:pPr>
      <w:r w:rsidRPr="0082659E">
        <w:rPr>
          <w:lang w:val="en-GB"/>
        </w:rPr>
        <w:t>£32,510</w:t>
      </w:r>
      <w:r>
        <w:rPr>
          <w:lang w:val="en-GB"/>
        </w:rPr>
        <w:t xml:space="preserve"> </w:t>
      </w:r>
      <w:r w:rsidRPr="0082659E">
        <w:rPr>
          <w:lang w:val="en-GB"/>
        </w:rPr>
        <w:t>Graphic and</w:t>
      </w:r>
      <w:r>
        <w:rPr>
          <w:lang w:val="en-GB"/>
        </w:rPr>
        <w:t xml:space="preserve"> </w:t>
      </w:r>
      <w:r w:rsidRPr="0082659E">
        <w:rPr>
          <w:lang w:val="en-GB"/>
        </w:rPr>
        <w:t>Multimedia</w:t>
      </w:r>
      <w:r>
        <w:rPr>
          <w:lang w:val="en-GB"/>
        </w:rPr>
        <w:t xml:space="preserve"> </w:t>
      </w:r>
      <w:r w:rsidRPr="0082659E">
        <w:rPr>
          <w:lang w:val="en-GB"/>
        </w:rPr>
        <w:t>Designers</w:t>
      </w:r>
    </w:p>
    <w:p w14:paraId="095FDFF2" w14:textId="6F9E5F80" w:rsidR="0082659E" w:rsidRPr="0082659E" w:rsidRDefault="0082659E" w:rsidP="0082659E">
      <w:pPr>
        <w:rPr>
          <w:lang w:val="en-GB"/>
        </w:rPr>
      </w:pPr>
      <w:r w:rsidRPr="0082659E">
        <w:rPr>
          <w:lang w:val="en-GB"/>
        </w:rPr>
        <w:t>“One of the</w:t>
      </w:r>
      <w:r>
        <w:rPr>
          <w:lang w:val="en-GB"/>
        </w:rPr>
        <w:t xml:space="preserve"> </w:t>
      </w:r>
      <w:r w:rsidRPr="0082659E">
        <w:rPr>
          <w:lang w:val="en-GB"/>
        </w:rPr>
        <w:t>best parts of my</w:t>
      </w:r>
      <w:r>
        <w:rPr>
          <w:lang w:val="en-GB"/>
        </w:rPr>
        <w:t xml:space="preserve"> </w:t>
      </w:r>
      <w:r w:rsidRPr="0082659E">
        <w:rPr>
          <w:lang w:val="en-GB"/>
        </w:rPr>
        <w:t>time at Kirklees</w:t>
      </w:r>
      <w:r>
        <w:rPr>
          <w:lang w:val="en-GB"/>
        </w:rPr>
        <w:t xml:space="preserve"> </w:t>
      </w:r>
      <w:r w:rsidRPr="0082659E">
        <w:rPr>
          <w:lang w:val="en-GB"/>
        </w:rPr>
        <w:t>College was</w:t>
      </w:r>
      <w:r>
        <w:rPr>
          <w:lang w:val="en-GB"/>
        </w:rPr>
        <w:t xml:space="preserve"> </w:t>
      </w:r>
      <w:r w:rsidRPr="0082659E">
        <w:rPr>
          <w:lang w:val="en-GB"/>
        </w:rPr>
        <w:t>being nominated</w:t>
      </w:r>
      <w:r>
        <w:rPr>
          <w:lang w:val="en-GB"/>
        </w:rPr>
        <w:t xml:space="preserve"> </w:t>
      </w:r>
      <w:r w:rsidRPr="0082659E">
        <w:rPr>
          <w:lang w:val="en-GB"/>
        </w:rPr>
        <w:t>for a COLS</w:t>
      </w:r>
      <w:r>
        <w:rPr>
          <w:lang w:val="en-GB"/>
        </w:rPr>
        <w:t xml:space="preserve"> </w:t>
      </w:r>
      <w:r w:rsidRPr="0082659E">
        <w:rPr>
          <w:lang w:val="en-GB"/>
        </w:rPr>
        <w:t>award. It made</w:t>
      </w:r>
      <w:r>
        <w:rPr>
          <w:lang w:val="en-GB"/>
        </w:rPr>
        <w:t xml:space="preserve"> </w:t>
      </w:r>
      <w:r w:rsidRPr="0082659E">
        <w:rPr>
          <w:lang w:val="en-GB"/>
        </w:rPr>
        <w:t>me feel even</w:t>
      </w:r>
      <w:r>
        <w:rPr>
          <w:lang w:val="en-GB"/>
        </w:rPr>
        <w:t xml:space="preserve"> </w:t>
      </w:r>
      <w:r w:rsidRPr="0082659E">
        <w:rPr>
          <w:lang w:val="en-GB"/>
        </w:rPr>
        <w:t>more confident in</w:t>
      </w:r>
      <w:r>
        <w:rPr>
          <w:lang w:val="en-GB"/>
        </w:rPr>
        <w:t xml:space="preserve"> </w:t>
      </w:r>
      <w:r w:rsidRPr="0082659E">
        <w:rPr>
          <w:lang w:val="en-GB"/>
        </w:rPr>
        <w:t>my own ability.”</w:t>
      </w:r>
    </w:p>
    <w:p w14:paraId="52CD0726" w14:textId="77777777" w:rsidR="0082659E" w:rsidRPr="0082659E" w:rsidRDefault="0082659E" w:rsidP="0082659E">
      <w:pPr>
        <w:rPr>
          <w:lang w:val="en-GB"/>
        </w:rPr>
      </w:pPr>
      <w:r w:rsidRPr="0082659E">
        <w:rPr>
          <w:lang w:val="en-GB"/>
        </w:rPr>
        <w:t>Jack</w:t>
      </w:r>
    </w:p>
    <w:p w14:paraId="60FC368A" w14:textId="1E982854" w:rsidR="0082659E" w:rsidRDefault="0082659E" w:rsidP="0082659E">
      <w:pPr>
        <w:rPr>
          <w:i/>
          <w:iCs/>
          <w:lang w:val="en-GB"/>
        </w:rPr>
      </w:pPr>
      <w:r w:rsidRPr="0082659E">
        <w:rPr>
          <w:i/>
          <w:iCs/>
          <w:lang w:val="en-GB"/>
        </w:rPr>
        <w:t>Level 3 Art and Design</w:t>
      </w:r>
    </w:p>
    <w:p w14:paraId="20B03E91" w14:textId="34353077" w:rsidR="0082659E" w:rsidRDefault="0082659E" w:rsidP="0082659E">
      <w:pPr>
        <w:pStyle w:val="Heading2"/>
        <w:rPr>
          <w:lang w:val="en-GB"/>
        </w:rPr>
      </w:pPr>
      <w:r>
        <w:rPr>
          <w:lang w:val="en-GB"/>
        </w:rPr>
        <w:t>Art and Design</w:t>
      </w:r>
    </w:p>
    <w:p w14:paraId="5D83DBC5" w14:textId="77777777" w:rsidR="0082659E" w:rsidRPr="0082659E" w:rsidRDefault="0082659E" w:rsidP="0082659E">
      <w:pPr>
        <w:pStyle w:val="Heading3"/>
        <w:rPr>
          <w:lang w:val="en-GB"/>
        </w:rPr>
      </w:pPr>
      <w:r w:rsidRPr="0082659E">
        <w:rPr>
          <w:lang w:val="en-GB"/>
        </w:rPr>
        <w:t>Vocational Pathways - Pathway to Creative Arts Entry 3</w:t>
      </w:r>
    </w:p>
    <w:p w14:paraId="269304BC" w14:textId="77777777" w:rsidR="0082659E" w:rsidRPr="0082659E" w:rsidRDefault="0082659E" w:rsidP="0082659E">
      <w:pPr>
        <w:pStyle w:val="Heading4"/>
        <w:rPr>
          <w:i w:val="0"/>
          <w:iCs w:val="0"/>
          <w:lang w:val="en-GB"/>
        </w:rPr>
      </w:pPr>
      <w:r w:rsidRPr="0082659E">
        <w:rPr>
          <w:i w:val="0"/>
          <w:iCs w:val="0"/>
          <w:lang w:val="en-GB"/>
        </w:rPr>
        <w:t>Entry Requirements</w:t>
      </w:r>
    </w:p>
    <w:p w14:paraId="712976E9" w14:textId="77777777" w:rsidR="0082659E" w:rsidRPr="0082659E" w:rsidRDefault="0082659E" w:rsidP="0082659E">
      <w:pPr>
        <w:rPr>
          <w:lang w:val="en-GB"/>
        </w:rPr>
      </w:pPr>
      <w:r w:rsidRPr="0082659E">
        <w:rPr>
          <w:lang w:val="en-GB"/>
        </w:rPr>
        <w:t>Please see page 129 for full entry requirements for Vocational Pathways courses.</w:t>
      </w:r>
    </w:p>
    <w:p w14:paraId="5EC3C7F2" w14:textId="77777777" w:rsidR="0082659E" w:rsidRPr="0082659E" w:rsidRDefault="0082659E" w:rsidP="0082659E">
      <w:pPr>
        <w:pStyle w:val="Heading4"/>
        <w:rPr>
          <w:i w:val="0"/>
          <w:iCs w:val="0"/>
          <w:lang w:val="en-GB"/>
        </w:rPr>
      </w:pPr>
      <w:r w:rsidRPr="0082659E">
        <w:rPr>
          <w:i w:val="0"/>
          <w:iCs w:val="0"/>
          <w:lang w:val="en-GB"/>
        </w:rPr>
        <w:t>Progression</w:t>
      </w:r>
    </w:p>
    <w:p w14:paraId="17DA8022" w14:textId="77777777" w:rsidR="0082659E" w:rsidRPr="0082659E" w:rsidRDefault="0082659E" w:rsidP="0082659E">
      <w:pPr>
        <w:numPr>
          <w:ilvl w:val="0"/>
          <w:numId w:val="94"/>
        </w:numPr>
        <w:rPr>
          <w:lang w:val="en-GB"/>
        </w:rPr>
      </w:pPr>
      <w:r w:rsidRPr="0082659E">
        <w:rPr>
          <w:lang w:val="en-GB"/>
        </w:rPr>
        <w:t>After this course, you can progress onto an accredited Level 1 course within the college or employment.</w:t>
      </w:r>
    </w:p>
    <w:p w14:paraId="2277574C" w14:textId="7F924773" w:rsidR="0082659E" w:rsidRPr="0082659E" w:rsidRDefault="0082659E" w:rsidP="0082659E">
      <w:pPr>
        <w:numPr>
          <w:ilvl w:val="0"/>
          <w:numId w:val="94"/>
        </w:numPr>
        <w:rPr>
          <w:lang w:val="en-GB"/>
        </w:rPr>
      </w:pPr>
      <w:r w:rsidRPr="0082659E">
        <w:rPr>
          <w:lang w:val="en-GB"/>
        </w:rPr>
        <w:t>Gaining your GCSE in English and Maths will support this transition.</w:t>
      </w:r>
    </w:p>
    <w:p w14:paraId="575CCEA2" w14:textId="77777777" w:rsidR="0082659E" w:rsidRPr="0082659E" w:rsidRDefault="0082659E" w:rsidP="0082659E">
      <w:pPr>
        <w:pStyle w:val="Heading3"/>
        <w:rPr>
          <w:lang w:val="en-GB"/>
        </w:rPr>
      </w:pPr>
      <w:r w:rsidRPr="0082659E">
        <w:rPr>
          <w:lang w:val="en-GB"/>
        </w:rPr>
        <w:t>Skills for Creative Industries Level 1</w:t>
      </w:r>
    </w:p>
    <w:p w14:paraId="1E6FF665" w14:textId="77777777" w:rsidR="0082659E" w:rsidRPr="0082659E" w:rsidRDefault="0082659E" w:rsidP="0082659E">
      <w:pPr>
        <w:pStyle w:val="Heading4"/>
        <w:rPr>
          <w:i w:val="0"/>
          <w:iCs w:val="0"/>
          <w:lang w:val="en-GB"/>
        </w:rPr>
      </w:pPr>
      <w:r w:rsidRPr="0082659E">
        <w:rPr>
          <w:i w:val="0"/>
          <w:iCs w:val="0"/>
          <w:lang w:val="en-GB"/>
        </w:rPr>
        <w:t>Entry Requirements</w:t>
      </w:r>
    </w:p>
    <w:p w14:paraId="484C367D" w14:textId="77777777" w:rsidR="0082659E" w:rsidRPr="0082659E" w:rsidRDefault="0082659E" w:rsidP="0082659E">
      <w:pPr>
        <w:rPr>
          <w:lang w:val="en-GB"/>
        </w:rPr>
      </w:pPr>
      <w:r w:rsidRPr="0082659E">
        <w:rPr>
          <w:lang w:val="en-GB"/>
        </w:rPr>
        <w:t>A minimum of four GCSEs with the following grades:</w:t>
      </w:r>
    </w:p>
    <w:p w14:paraId="2ED34349" w14:textId="77777777" w:rsidR="0082659E" w:rsidRPr="0082659E" w:rsidRDefault="0082659E" w:rsidP="0082659E">
      <w:pPr>
        <w:pStyle w:val="ListParagraph"/>
        <w:numPr>
          <w:ilvl w:val="0"/>
          <w:numId w:val="97"/>
        </w:numPr>
        <w:rPr>
          <w:lang w:val="en-GB"/>
        </w:rPr>
      </w:pPr>
      <w:r w:rsidRPr="0082659E">
        <w:rPr>
          <w:lang w:val="en-GB"/>
        </w:rPr>
        <w:t>English at 2 or above</w:t>
      </w:r>
    </w:p>
    <w:p w14:paraId="79C9143E" w14:textId="77777777" w:rsidR="0082659E" w:rsidRPr="0082659E" w:rsidRDefault="0082659E" w:rsidP="0082659E">
      <w:pPr>
        <w:pStyle w:val="ListParagraph"/>
        <w:numPr>
          <w:ilvl w:val="0"/>
          <w:numId w:val="97"/>
        </w:numPr>
        <w:rPr>
          <w:lang w:val="en-GB"/>
        </w:rPr>
      </w:pPr>
      <w:r w:rsidRPr="0082659E">
        <w:rPr>
          <w:lang w:val="en-GB"/>
        </w:rPr>
        <w:t>Maths at 1 or above</w:t>
      </w:r>
    </w:p>
    <w:p w14:paraId="321A8EBA" w14:textId="77777777" w:rsidR="0082659E" w:rsidRPr="0082659E" w:rsidRDefault="0082659E" w:rsidP="0082659E">
      <w:pPr>
        <w:pStyle w:val="ListParagraph"/>
        <w:numPr>
          <w:ilvl w:val="0"/>
          <w:numId w:val="97"/>
        </w:numPr>
        <w:rPr>
          <w:lang w:val="en-GB"/>
        </w:rPr>
      </w:pPr>
      <w:r w:rsidRPr="0082659E">
        <w:rPr>
          <w:lang w:val="en-GB"/>
        </w:rPr>
        <w:t>Two other GCSEs at 2 or above</w:t>
      </w:r>
    </w:p>
    <w:p w14:paraId="3FE24751" w14:textId="77777777" w:rsidR="0082659E" w:rsidRPr="0082659E" w:rsidRDefault="0082659E" w:rsidP="0082659E">
      <w:pPr>
        <w:pStyle w:val="Heading4"/>
        <w:rPr>
          <w:i w:val="0"/>
          <w:iCs w:val="0"/>
          <w:lang w:val="en-GB"/>
        </w:rPr>
      </w:pPr>
      <w:r w:rsidRPr="0082659E">
        <w:rPr>
          <w:i w:val="0"/>
          <w:iCs w:val="0"/>
          <w:lang w:val="en-GB"/>
        </w:rPr>
        <w:t>Progression</w:t>
      </w:r>
    </w:p>
    <w:p w14:paraId="66D6CEC8" w14:textId="77777777" w:rsidR="0082659E" w:rsidRPr="0082659E" w:rsidRDefault="0082659E" w:rsidP="0082659E">
      <w:pPr>
        <w:numPr>
          <w:ilvl w:val="0"/>
          <w:numId w:val="95"/>
        </w:numPr>
        <w:rPr>
          <w:lang w:val="en-GB"/>
        </w:rPr>
      </w:pPr>
      <w:r w:rsidRPr="0082659E">
        <w:rPr>
          <w:lang w:val="en-GB"/>
        </w:rPr>
        <w:t>Art and Design Level 2</w:t>
      </w:r>
    </w:p>
    <w:p w14:paraId="59C7BF1F" w14:textId="77777777" w:rsidR="0082659E" w:rsidRPr="0082659E" w:rsidRDefault="0082659E" w:rsidP="0082659E">
      <w:pPr>
        <w:numPr>
          <w:ilvl w:val="0"/>
          <w:numId w:val="95"/>
        </w:numPr>
        <w:rPr>
          <w:lang w:val="en-GB"/>
        </w:rPr>
      </w:pPr>
      <w:r w:rsidRPr="0082659E">
        <w:rPr>
          <w:lang w:val="en-GB"/>
        </w:rPr>
        <w:t>Media Level 2</w:t>
      </w:r>
    </w:p>
    <w:p w14:paraId="5EFBFAC0" w14:textId="77777777" w:rsidR="0082659E" w:rsidRPr="0082659E" w:rsidRDefault="0082659E" w:rsidP="0082659E">
      <w:pPr>
        <w:numPr>
          <w:ilvl w:val="0"/>
          <w:numId w:val="95"/>
        </w:numPr>
        <w:rPr>
          <w:lang w:val="en-GB"/>
        </w:rPr>
      </w:pPr>
      <w:r w:rsidRPr="0082659E">
        <w:rPr>
          <w:lang w:val="en-GB"/>
        </w:rPr>
        <w:t>Music Level 2</w:t>
      </w:r>
    </w:p>
    <w:p w14:paraId="4B6A5B51" w14:textId="046CC630" w:rsidR="0082659E" w:rsidRPr="0082659E" w:rsidRDefault="0082659E" w:rsidP="0082659E">
      <w:pPr>
        <w:numPr>
          <w:ilvl w:val="0"/>
          <w:numId w:val="95"/>
        </w:numPr>
        <w:rPr>
          <w:lang w:val="en-GB"/>
        </w:rPr>
      </w:pPr>
      <w:r w:rsidRPr="0082659E">
        <w:rPr>
          <w:lang w:val="en-GB"/>
        </w:rPr>
        <w:t>Fashion Level 2</w:t>
      </w:r>
    </w:p>
    <w:p w14:paraId="4A3E08D1" w14:textId="77777777" w:rsidR="0082659E" w:rsidRPr="0082659E" w:rsidRDefault="0082659E" w:rsidP="0082659E">
      <w:pPr>
        <w:pStyle w:val="Heading3"/>
        <w:rPr>
          <w:lang w:val="en-GB"/>
        </w:rPr>
      </w:pPr>
      <w:r w:rsidRPr="0082659E">
        <w:rPr>
          <w:lang w:val="en-GB"/>
        </w:rPr>
        <w:t>Art and Design Level 2</w:t>
      </w:r>
    </w:p>
    <w:p w14:paraId="48E52453" w14:textId="77777777" w:rsidR="0082659E" w:rsidRPr="0082659E" w:rsidRDefault="0082659E" w:rsidP="0082659E">
      <w:pPr>
        <w:pStyle w:val="Heading4"/>
        <w:rPr>
          <w:i w:val="0"/>
          <w:iCs w:val="0"/>
          <w:lang w:val="en-GB"/>
        </w:rPr>
      </w:pPr>
      <w:r w:rsidRPr="0082659E">
        <w:rPr>
          <w:i w:val="0"/>
          <w:iCs w:val="0"/>
          <w:lang w:val="en-GB"/>
        </w:rPr>
        <w:t>Entry Requirements</w:t>
      </w:r>
    </w:p>
    <w:p w14:paraId="19AF5B4C" w14:textId="77777777" w:rsidR="0082659E" w:rsidRPr="0082659E" w:rsidRDefault="0082659E" w:rsidP="0082659E">
      <w:pPr>
        <w:rPr>
          <w:lang w:val="en-GB"/>
        </w:rPr>
      </w:pPr>
      <w:r w:rsidRPr="0082659E">
        <w:rPr>
          <w:lang w:val="en-GB"/>
        </w:rPr>
        <w:t>A minimum of four GCSEs with the following grades:</w:t>
      </w:r>
    </w:p>
    <w:p w14:paraId="774E2F99" w14:textId="77777777" w:rsidR="0082659E" w:rsidRPr="0082659E" w:rsidRDefault="0082659E" w:rsidP="0082659E">
      <w:pPr>
        <w:pStyle w:val="ListParagraph"/>
        <w:numPr>
          <w:ilvl w:val="0"/>
          <w:numId w:val="98"/>
        </w:numPr>
        <w:rPr>
          <w:lang w:val="en-GB"/>
        </w:rPr>
      </w:pPr>
      <w:r w:rsidRPr="0082659E">
        <w:rPr>
          <w:lang w:val="en-GB"/>
        </w:rPr>
        <w:lastRenderedPageBreak/>
        <w:t>English at 3 or above</w:t>
      </w:r>
    </w:p>
    <w:p w14:paraId="0D84FB3E" w14:textId="77777777" w:rsidR="0082659E" w:rsidRPr="0082659E" w:rsidRDefault="0082659E" w:rsidP="0082659E">
      <w:pPr>
        <w:pStyle w:val="ListParagraph"/>
        <w:numPr>
          <w:ilvl w:val="0"/>
          <w:numId w:val="98"/>
        </w:numPr>
        <w:rPr>
          <w:lang w:val="en-GB"/>
        </w:rPr>
      </w:pPr>
      <w:r w:rsidRPr="0082659E">
        <w:rPr>
          <w:lang w:val="en-GB"/>
        </w:rPr>
        <w:t>Maths at 2 or above</w:t>
      </w:r>
    </w:p>
    <w:p w14:paraId="41A73A56" w14:textId="77777777" w:rsidR="0082659E" w:rsidRPr="0082659E" w:rsidRDefault="0082659E" w:rsidP="0082659E">
      <w:pPr>
        <w:pStyle w:val="ListParagraph"/>
        <w:numPr>
          <w:ilvl w:val="0"/>
          <w:numId w:val="98"/>
        </w:numPr>
        <w:rPr>
          <w:lang w:val="en-GB"/>
        </w:rPr>
      </w:pPr>
      <w:r w:rsidRPr="0082659E">
        <w:rPr>
          <w:lang w:val="en-GB"/>
        </w:rPr>
        <w:t>Two other GCSEs at 3 or above</w:t>
      </w:r>
    </w:p>
    <w:p w14:paraId="4775D3A7" w14:textId="77777777" w:rsidR="0082659E" w:rsidRPr="0082659E" w:rsidRDefault="0082659E" w:rsidP="0082659E">
      <w:pPr>
        <w:pStyle w:val="ListParagraph"/>
        <w:numPr>
          <w:ilvl w:val="0"/>
          <w:numId w:val="98"/>
        </w:numPr>
        <w:rPr>
          <w:lang w:val="en-GB"/>
        </w:rPr>
      </w:pPr>
      <w:r w:rsidRPr="0082659E">
        <w:rPr>
          <w:lang w:val="en-GB"/>
        </w:rPr>
        <w:t>Ideally to include an art and design subject</w:t>
      </w:r>
    </w:p>
    <w:p w14:paraId="0E45826A" w14:textId="77777777" w:rsidR="0082659E" w:rsidRPr="0082659E" w:rsidRDefault="0082659E" w:rsidP="0082659E">
      <w:pPr>
        <w:pStyle w:val="Heading4"/>
        <w:rPr>
          <w:i w:val="0"/>
          <w:iCs w:val="0"/>
          <w:lang w:val="en-GB"/>
        </w:rPr>
      </w:pPr>
      <w:r w:rsidRPr="0082659E">
        <w:rPr>
          <w:i w:val="0"/>
          <w:iCs w:val="0"/>
          <w:lang w:val="en-GB"/>
        </w:rPr>
        <w:t>Progression</w:t>
      </w:r>
    </w:p>
    <w:p w14:paraId="1BA8E0B2" w14:textId="77777777" w:rsidR="0082659E" w:rsidRPr="0082659E" w:rsidRDefault="0082659E" w:rsidP="0082659E">
      <w:pPr>
        <w:pStyle w:val="ListParagraph"/>
        <w:numPr>
          <w:ilvl w:val="0"/>
          <w:numId w:val="99"/>
        </w:numPr>
        <w:rPr>
          <w:lang w:val="en-GB"/>
        </w:rPr>
      </w:pPr>
      <w:r w:rsidRPr="0082659E">
        <w:rPr>
          <w:lang w:val="en-GB"/>
        </w:rPr>
        <w:t>Art and Design Level 3</w:t>
      </w:r>
    </w:p>
    <w:p w14:paraId="5747235A" w14:textId="377729A2" w:rsidR="0082659E" w:rsidRPr="0082659E" w:rsidRDefault="0082659E" w:rsidP="0082659E">
      <w:pPr>
        <w:pStyle w:val="ListParagraph"/>
        <w:numPr>
          <w:ilvl w:val="0"/>
          <w:numId w:val="99"/>
        </w:numPr>
        <w:rPr>
          <w:lang w:val="en-GB"/>
        </w:rPr>
      </w:pPr>
      <w:r w:rsidRPr="0082659E">
        <w:rPr>
          <w:lang w:val="en-GB"/>
        </w:rPr>
        <w:t>Fashion and Textiles Level 3</w:t>
      </w:r>
    </w:p>
    <w:p w14:paraId="5F2408BD" w14:textId="77777777" w:rsidR="0082659E" w:rsidRPr="0082659E" w:rsidRDefault="0082659E" w:rsidP="0082659E">
      <w:pPr>
        <w:pStyle w:val="Heading3"/>
        <w:rPr>
          <w:lang w:val="en-GB"/>
        </w:rPr>
      </w:pPr>
      <w:r w:rsidRPr="0082659E">
        <w:rPr>
          <w:lang w:val="en-GB"/>
        </w:rPr>
        <w:t>Art and Design Practice Level 3</w:t>
      </w:r>
    </w:p>
    <w:p w14:paraId="04701AB9" w14:textId="77777777" w:rsidR="0082659E" w:rsidRPr="0082659E" w:rsidRDefault="0082659E" w:rsidP="0082659E">
      <w:pPr>
        <w:pStyle w:val="Heading4"/>
        <w:rPr>
          <w:i w:val="0"/>
          <w:iCs w:val="0"/>
          <w:lang w:val="en-GB"/>
        </w:rPr>
      </w:pPr>
      <w:r w:rsidRPr="0082659E">
        <w:rPr>
          <w:i w:val="0"/>
          <w:iCs w:val="0"/>
          <w:lang w:val="en-GB"/>
        </w:rPr>
        <w:t>Entry Requirements</w:t>
      </w:r>
    </w:p>
    <w:p w14:paraId="5BBDD970" w14:textId="77777777" w:rsidR="0082659E" w:rsidRPr="0082659E" w:rsidRDefault="0082659E" w:rsidP="0082659E">
      <w:pPr>
        <w:pStyle w:val="ListParagraph"/>
        <w:numPr>
          <w:ilvl w:val="0"/>
          <w:numId w:val="100"/>
        </w:numPr>
        <w:rPr>
          <w:lang w:val="en-GB"/>
        </w:rPr>
      </w:pPr>
      <w:r w:rsidRPr="0082659E">
        <w:rPr>
          <w:lang w:val="en-GB"/>
        </w:rPr>
        <w:t>Five GCSEs at grade 4 or above including English and Maths</w:t>
      </w:r>
    </w:p>
    <w:p w14:paraId="1D4B7A4D" w14:textId="77777777" w:rsidR="0082659E" w:rsidRPr="0082659E" w:rsidRDefault="0082659E" w:rsidP="0082659E">
      <w:pPr>
        <w:pStyle w:val="ListParagraph"/>
        <w:numPr>
          <w:ilvl w:val="0"/>
          <w:numId w:val="100"/>
        </w:numPr>
        <w:rPr>
          <w:lang w:val="en-GB"/>
        </w:rPr>
      </w:pPr>
      <w:r w:rsidRPr="0082659E">
        <w:rPr>
          <w:lang w:val="en-GB"/>
        </w:rPr>
        <w:t>A GCSE in an art or creative subject</w:t>
      </w:r>
    </w:p>
    <w:p w14:paraId="739FA2ED" w14:textId="77777777" w:rsidR="0082659E" w:rsidRPr="0082659E" w:rsidRDefault="0082659E" w:rsidP="0082659E">
      <w:pPr>
        <w:pStyle w:val="Heading4"/>
        <w:rPr>
          <w:i w:val="0"/>
          <w:iCs w:val="0"/>
          <w:lang w:val="en-GB"/>
        </w:rPr>
      </w:pPr>
      <w:r w:rsidRPr="0082659E">
        <w:rPr>
          <w:i w:val="0"/>
          <w:iCs w:val="0"/>
          <w:lang w:val="en-GB"/>
        </w:rPr>
        <w:t>Progression</w:t>
      </w:r>
    </w:p>
    <w:p w14:paraId="4E3A5ED3" w14:textId="77777777" w:rsidR="0082659E" w:rsidRPr="0082659E" w:rsidRDefault="0082659E" w:rsidP="0082659E">
      <w:pPr>
        <w:pStyle w:val="ListParagraph"/>
        <w:numPr>
          <w:ilvl w:val="0"/>
          <w:numId w:val="101"/>
        </w:numPr>
        <w:rPr>
          <w:lang w:val="en-GB"/>
        </w:rPr>
      </w:pPr>
      <w:r w:rsidRPr="0082659E">
        <w:rPr>
          <w:lang w:val="en-GB"/>
        </w:rPr>
        <w:t>Higher Education</w:t>
      </w:r>
    </w:p>
    <w:p w14:paraId="39AD154F" w14:textId="3A589EE5" w:rsidR="0082659E" w:rsidRPr="0082659E" w:rsidRDefault="0082659E" w:rsidP="0082659E">
      <w:pPr>
        <w:pStyle w:val="ListParagraph"/>
        <w:numPr>
          <w:ilvl w:val="0"/>
          <w:numId w:val="101"/>
        </w:numPr>
        <w:rPr>
          <w:lang w:val="en-GB"/>
        </w:rPr>
      </w:pPr>
      <w:r w:rsidRPr="0082659E">
        <w:rPr>
          <w:lang w:val="en-GB"/>
        </w:rPr>
        <w:t>Employment</w:t>
      </w:r>
    </w:p>
    <w:p w14:paraId="4017404E" w14:textId="77777777" w:rsidR="0082659E" w:rsidRPr="0082659E" w:rsidRDefault="0082659E" w:rsidP="0082659E">
      <w:pPr>
        <w:pStyle w:val="Heading3"/>
        <w:rPr>
          <w:lang w:val="en-GB"/>
        </w:rPr>
      </w:pPr>
      <w:r w:rsidRPr="0082659E">
        <w:rPr>
          <w:lang w:val="en-GB"/>
        </w:rPr>
        <w:t>Fashion Level 2</w:t>
      </w:r>
    </w:p>
    <w:p w14:paraId="570ACA8C" w14:textId="77777777" w:rsidR="0082659E" w:rsidRPr="0082659E" w:rsidRDefault="0082659E" w:rsidP="0082659E">
      <w:pPr>
        <w:pStyle w:val="Heading4"/>
        <w:rPr>
          <w:i w:val="0"/>
          <w:iCs w:val="0"/>
          <w:lang w:val="en-GB"/>
        </w:rPr>
      </w:pPr>
      <w:r w:rsidRPr="0082659E">
        <w:rPr>
          <w:i w:val="0"/>
          <w:iCs w:val="0"/>
          <w:lang w:val="en-GB"/>
        </w:rPr>
        <w:t>Entry Requirements</w:t>
      </w:r>
    </w:p>
    <w:p w14:paraId="5409515F" w14:textId="77777777" w:rsidR="0082659E" w:rsidRPr="0082659E" w:rsidRDefault="0082659E" w:rsidP="0082659E">
      <w:pPr>
        <w:rPr>
          <w:lang w:val="en-GB"/>
        </w:rPr>
      </w:pPr>
      <w:r w:rsidRPr="0082659E">
        <w:rPr>
          <w:lang w:val="en-GB"/>
        </w:rPr>
        <w:t>A minimum of four GCSEs with the following grades:</w:t>
      </w:r>
    </w:p>
    <w:p w14:paraId="048394AA" w14:textId="77777777" w:rsidR="0082659E" w:rsidRPr="0082659E" w:rsidRDefault="0082659E" w:rsidP="0082659E">
      <w:pPr>
        <w:pStyle w:val="ListParagraph"/>
        <w:numPr>
          <w:ilvl w:val="0"/>
          <w:numId w:val="102"/>
        </w:numPr>
        <w:rPr>
          <w:lang w:val="en-GB"/>
        </w:rPr>
      </w:pPr>
      <w:r w:rsidRPr="0082659E">
        <w:rPr>
          <w:lang w:val="en-GB"/>
        </w:rPr>
        <w:t>English at 3 or above</w:t>
      </w:r>
    </w:p>
    <w:p w14:paraId="46EAE77E" w14:textId="77777777" w:rsidR="0082659E" w:rsidRPr="0082659E" w:rsidRDefault="0082659E" w:rsidP="0082659E">
      <w:pPr>
        <w:pStyle w:val="ListParagraph"/>
        <w:numPr>
          <w:ilvl w:val="0"/>
          <w:numId w:val="102"/>
        </w:numPr>
        <w:rPr>
          <w:lang w:val="en-GB"/>
        </w:rPr>
      </w:pPr>
      <w:r w:rsidRPr="0082659E">
        <w:rPr>
          <w:lang w:val="en-GB"/>
        </w:rPr>
        <w:t>Maths at 2 or above</w:t>
      </w:r>
    </w:p>
    <w:p w14:paraId="3CBFAD48" w14:textId="77777777" w:rsidR="0082659E" w:rsidRPr="0082659E" w:rsidRDefault="0082659E" w:rsidP="0082659E">
      <w:pPr>
        <w:pStyle w:val="ListParagraph"/>
        <w:numPr>
          <w:ilvl w:val="0"/>
          <w:numId w:val="102"/>
        </w:numPr>
        <w:rPr>
          <w:lang w:val="en-GB"/>
        </w:rPr>
      </w:pPr>
      <w:r w:rsidRPr="0082659E">
        <w:rPr>
          <w:lang w:val="en-GB"/>
        </w:rPr>
        <w:t>Two other GCSEs at 3 or above</w:t>
      </w:r>
    </w:p>
    <w:p w14:paraId="20677B33" w14:textId="77777777" w:rsidR="0082659E" w:rsidRPr="0082659E" w:rsidRDefault="0082659E" w:rsidP="0082659E">
      <w:pPr>
        <w:pStyle w:val="ListParagraph"/>
        <w:numPr>
          <w:ilvl w:val="0"/>
          <w:numId w:val="102"/>
        </w:numPr>
        <w:rPr>
          <w:lang w:val="en-GB"/>
        </w:rPr>
      </w:pPr>
      <w:r w:rsidRPr="0082659E">
        <w:rPr>
          <w:lang w:val="en-GB"/>
        </w:rPr>
        <w:t>Ideally to include an art and design subject</w:t>
      </w:r>
    </w:p>
    <w:p w14:paraId="3CEE176A" w14:textId="77777777" w:rsidR="0082659E" w:rsidRPr="0082659E" w:rsidRDefault="0082659E" w:rsidP="0082659E">
      <w:pPr>
        <w:pStyle w:val="Heading4"/>
        <w:rPr>
          <w:i w:val="0"/>
          <w:iCs w:val="0"/>
          <w:lang w:val="en-GB"/>
        </w:rPr>
      </w:pPr>
      <w:r w:rsidRPr="0082659E">
        <w:rPr>
          <w:i w:val="0"/>
          <w:iCs w:val="0"/>
          <w:lang w:val="en-GB"/>
        </w:rPr>
        <w:t>Progression</w:t>
      </w:r>
    </w:p>
    <w:p w14:paraId="150506B7" w14:textId="77777777" w:rsidR="0082659E" w:rsidRPr="0082659E" w:rsidRDefault="0082659E" w:rsidP="0082659E">
      <w:pPr>
        <w:pStyle w:val="ListParagraph"/>
        <w:numPr>
          <w:ilvl w:val="0"/>
          <w:numId w:val="103"/>
        </w:numPr>
        <w:rPr>
          <w:lang w:val="en-GB"/>
        </w:rPr>
      </w:pPr>
      <w:r w:rsidRPr="0082659E">
        <w:rPr>
          <w:lang w:val="en-GB"/>
        </w:rPr>
        <w:t>Art and Design Level 3</w:t>
      </w:r>
    </w:p>
    <w:p w14:paraId="2067C307" w14:textId="12F22F69" w:rsidR="0082659E" w:rsidRPr="0082659E" w:rsidRDefault="0082659E" w:rsidP="0082659E">
      <w:pPr>
        <w:pStyle w:val="ListParagraph"/>
        <w:numPr>
          <w:ilvl w:val="0"/>
          <w:numId w:val="103"/>
        </w:numPr>
        <w:rPr>
          <w:lang w:val="en-GB"/>
        </w:rPr>
      </w:pPr>
      <w:r w:rsidRPr="0082659E">
        <w:rPr>
          <w:lang w:val="en-GB"/>
        </w:rPr>
        <w:t>Fashion and Textiles Level 3</w:t>
      </w:r>
    </w:p>
    <w:p w14:paraId="47B1AB66" w14:textId="77777777" w:rsidR="0082659E" w:rsidRPr="0082659E" w:rsidRDefault="0082659E" w:rsidP="0082659E">
      <w:pPr>
        <w:pStyle w:val="Heading3"/>
        <w:rPr>
          <w:lang w:val="en-GB"/>
        </w:rPr>
      </w:pPr>
      <w:r w:rsidRPr="0082659E">
        <w:rPr>
          <w:lang w:val="en-GB"/>
        </w:rPr>
        <w:t>Fashion and Textiles Level 3</w:t>
      </w:r>
    </w:p>
    <w:p w14:paraId="06094951" w14:textId="77777777" w:rsidR="0082659E" w:rsidRPr="0082659E" w:rsidRDefault="0082659E" w:rsidP="0082659E">
      <w:pPr>
        <w:pStyle w:val="Heading4"/>
        <w:rPr>
          <w:i w:val="0"/>
          <w:iCs w:val="0"/>
          <w:lang w:val="en-GB"/>
        </w:rPr>
      </w:pPr>
      <w:r w:rsidRPr="0082659E">
        <w:rPr>
          <w:i w:val="0"/>
          <w:iCs w:val="0"/>
          <w:lang w:val="en-GB"/>
        </w:rPr>
        <w:t>Entry Requirements</w:t>
      </w:r>
    </w:p>
    <w:p w14:paraId="2D4E5310" w14:textId="77777777" w:rsidR="0082659E" w:rsidRPr="0082659E" w:rsidRDefault="0082659E" w:rsidP="0082659E">
      <w:pPr>
        <w:pStyle w:val="ListParagraph"/>
        <w:numPr>
          <w:ilvl w:val="0"/>
          <w:numId w:val="104"/>
        </w:numPr>
        <w:rPr>
          <w:lang w:val="en-GB"/>
        </w:rPr>
      </w:pPr>
      <w:r w:rsidRPr="0082659E">
        <w:rPr>
          <w:lang w:val="en-GB"/>
        </w:rPr>
        <w:t>Five GCSEs at grade 4 or above including English and Maths</w:t>
      </w:r>
    </w:p>
    <w:p w14:paraId="30D54DDA" w14:textId="77777777" w:rsidR="0082659E" w:rsidRPr="0082659E" w:rsidRDefault="0082659E" w:rsidP="0082659E">
      <w:pPr>
        <w:pStyle w:val="ListParagraph"/>
        <w:numPr>
          <w:ilvl w:val="0"/>
          <w:numId w:val="104"/>
        </w:numPr>
        <w:rPr>
          <w:lang w:val="en-GB"/>
        </w:rPr>
      </w:pPr>
      <w:r w:rsidRPr="0082659E">
        <w:rPr>
          <w:lang w:val="en-GB"/>
        </w:rPr>
        <w:t>A GCSE/Level 2 qualification in fashion or a creative subject</w:t>
      </w:r>
    </w:p>
    <w:p w14:paraId="02187127" w14:textId="77777777" w:rsidR="0082659E" w:rsidRPr="0082659E" w:rsidRDefault="0082659E" w:rsidP="0082659E">
      <w:pPr>
        <w:pStyle w:val="Heading4"/>
        <w:rPr>
          <w:i w:val="0"/>
          <w:iCs w:val="0"/>
          <w:lang w:val="en-GB"/>
        </w:rPr>
      </w:pPr>
      <w:r w:rsidRPr="0082659E">
        <w:rPr>
          <w:i w:val="0"/>
          <w:iCs w:val="0"/>
          <w:lang w:val="en-GB"/>
        </w:rPr>
        <w:t>Progression</w:t>
      </w:r>
    </w:p>
    <w:p w14:paraId="2E8401C0" w14:textId="4F8FF0BA" w:rsidR="0082659E" w:rsidRPr="0082659E" w:rsidRDefault="0082659E" w:rsidP="0082659E">
      <w:pPr>
        <w:numPr>
          <w:ilvl w:val="0"/>
          <w:numId w:val="96"/>
        </w:numPr>
        <w:rPr>
          <w:lang w:val="en-GB"/>
        </w:rPr>
      </w:pPr>
      <w:r w:rsidRPr="0082659E">
        <w:rPr>
          <w:lang w:val="en-GB"/>
        </w:rPr>
        <w:t>Higher Education, including Foundation and BA (Hons) degrees in fashion-related subjects</w:t>
      </w:r>
    </w:p>
    <w:p w14:paraId="1943EDE8" w14:textId="77777777" w:rsidR="0082659E" w:rsidRPr="0082659E" w:rsidRDefault="0082659E" w:rsidP="0082659E">
      <w:pPr>
        <w:pStyle w:val="Heading3"/>
        <w:rPr>
          <w:lang w:val="en-GB"/>
        </w:rPr>
      </w:pPr>
      <w:r w:rsidRPr="0082659E">
        <w:rPr>
          <w:lang w:val="en-GB"/>
        </w:rPr>
        <w:lastRenderedPageBreak/>
        <w:t>T Level Craft and Design: Fashion and Textiles Level 3</w:t>
      </w:r>
    </w:p>
    <w:p w14:paraId="5E0A97E0" w14:textId="77777777" w:rsidR="0082659E" w:rsidRPr="0082659E" w:rsidRDefault="0082659E" w:rsidP="0082659E">
      <w:pPr>
        <w:pStyle w:val="Heading4"/>
        <w:rPr>
          <w:i w:val="0"/>
          <w:iCs w:val="0"/>
          <w:lang w:val="en-GB"/>
        </w:rPr>
      </w:pPr>
      <w:r w:rsidRPr="0082659E">
        <w:rPr>
          <w:i w:val="0"/>
          <w:iCs w:val="0"/>
          <w:lang w:val="en-GB"/>
        </w:rPr>
        <w:t>Entry Requirements</w:t>
      </w:r>
    </w:p>
    <w:p w14:paraId="577147DD" w14:textId="77777777" w:rsidR="0082659E" w:rsidRPr="0082659E" w:rsidRDefault="0082659E" w:rsidP="0082659E">
      <w:pPr>
        <w:pStyle w:val="ListParagraph"/>
        <w:numPr>
          <w:ilvl w:val="0"/>
          <w:numId w:val="105"/>
        </w:numPr>
        <w:rPr>
          <w:lang w:val="en-GB"/>
        </w:rPr>
      </w:pPr>
      <w:r w:rsidRPr="0082659E">
        <w:rPr>
          <w:lang w:val="en-GB"/>
        </w:rPr>
        <w:t>Five GCSEs at grade 4 or above including English and Maths</w:t>
      </w:r>
    </w:p>
    <w:p w14:paraId="2FDEBACF" w14:textId="77777777" w:rsidR="0082659E" w:rsidRPr="0082659E" w:rsidRDefault="0082659E" w:rsidP="0082659E">
      <w:pPr>
        <w:pStyle w:val="ListParagraph"/>
        <w:numPr>
          <w:ilvl w:val="0"/>
          <w:numId w:val="105"/>
        </w:numPr>
        <w:rPr>
          <w:lang w:val="en-GB"/>
        </w:rPr>
      </w:pPr>
      <w:r w:rsidRPr="0082659E">
        <w:rPr>
          <w:lang w:val="en-GB"/>
        </w:rPr>
        <w:t>A GCSE/Level 2 qualification in fashion or a creative subject</w:t>
      </w:r>
    </w:p>
    <w:p w14:paraId="0EB162A8" w14:textId="77777777" w:rsidR="0082659E" w:rsidRPr="0082659E" w:rsidRDefault="0082659E" w:rsidP="0082659E">
      <w:pPr>
        <w:pStyle w:val="Heading4"/>
        <w:rPr>
          <w:i w:val="0"/>
          <w:iCs w:val="0"/>
          <w:lang w:val="en-GB"/>
        </w:rPr>
      </w:pPr>
      <w:r w:rsidRPr="0082659E">
        <w:rPr>
          <w:i w:val="0"/>
          <w:iCs w:val="0"/>
          <w:lang w:val="en-GB"/>
        </w:rPr>
        <w:t>Progression</w:t>
      </w:r>
    </w:p>
    <w:p w14:paraId="46227723" w14:textId="77777777" w:rsidR="0082659E" w:rsidRPr="0082659E" w:rsidRDefault="0082659E" w:rsidP="0082659E">
      <w:pPr>
        <w:pStyle w:val="ListParagraph"/>
        <w:numPr>
          <w:ilvl w:val="0"/>
          <w:numId w:val="106"/>
        </w:numPr>
        <w:rPr>
          <w:lang w:val="en-GB"/>
        </w:rPr>
      </w:pPr>
      <w:r w:rsidRPr="0082659E">
        <w:rPr>
          <w:lang w:val="en-GB"/>
        </w:rPr>
        <w:t>Higher Education, including Foundation and BA (Hons) degrees in fashion-related subjects</w:t>
      </w:r>
    </w:p>
    <w:p w14:paraId="25CF2A17" w14:textId="1AD9F5F2" w:rsidR="0082659E" w:rsidRDefault="00122CE0" w:rsidP="00122CE0">
      <w:pPr>
        <w:pStyle w:val="Heading2"/>
        <w:rPr>
          <w:lang w:val="en-GB"/>
        </w:rPr>
      </w:pPr>
      <w:r>
        <w:rPr>
          <w:lang w:val="en-GB"/>
        </w:rPr>
        <w:t>Media</w:t>
      </w:r>
    </w:p>
    <w:p w14:paraId="3D7194A8" w14:textId="77777777" w:rsidR="00122CE0" w:rsidRPr="00122CE0" w:rsidRDefault="00122CE0" w:rsidP="00122CE0">
      <w:pPr>
        <w:pStyle w:val="Heading3"/>
        <w:rPr>
          <w:lang w:val="en-GB"/>
        </w:rPr>
      </w:pPr>
      <w:r w:rsidRPr="00122CE0">
        <w:rPr>
          <w:lang w:val="en-GB"/>
        </w:rPr>
        <w:t>Skills for Creative Industries Level 1</w:t>
      </w:r>
    </w:p>
    <w:p w14:paraId="4960D7FC" w14:textId="77777777" w:rsidR="00122CE0" w:rsidRPr="00122CE0" w:rsidRDefault="00122CE0" w:rsidP="00122CE0">
      <w:pPr>
        <w:pStyle w:val="Heading4"/>
        <w:rPr>
          <w:i w:val="0"/>
          <w:iCs w:val="0"/>
          <w:lang w:val="en-GB"/>
        </w:rPr>
      </w:pPr>
      <w:r w:rsidRPr="00122CE0">
        <w:rPr>
          <w:i w:val="0"/>
          <w:iCs w:val="0"/>
          <w:lang w:val="en-GB"/>
        </w:rPr>
        <w:t>Entry Requirements</w:t>
      </w:r>
    </w:p>
    <w:p w14:paraId="234AA80E" w14:textId="77777777" w:rsidR="00122CE0" w:rsidRPr="00122CE0" w:rsidRDefault="00122CE0" w:rsidP="00122CE0">
      <w:pPr>
        <w:rPr>
          <w:lang w:val="en-GB"/>
        </w:rPr>
      </w:pPr>
      <w:r w:rsidRPr="00122CE0">
        <w:rPr>
          <w:lang w:val="en-GB"/>
        </w:rPr>
        <w:t>A minimum of four GCSEs at grade 2 or above in:</w:t>
      </w:r>
    </w:p>
    <w:p w14:paraId="021DDBD5" w14:textId="77777777" w:rsidR="00122CE0" w:rsidRPr="00122CE0" w:rsidRDefault="00122CE0" w:rsidP="00122CE0">
      <w:pPr>
        <w:pStyle w:val="ListParagraph"/>
        <w:numPr>
          <w:ilvl w:val="0"/>
          <w:numId w:val="106"/>
        </w:numPr>
        <w:rPr>
          <w:lang w:val="en-GB"/>
        </w:rPr>
      </w:pPr>
      <w:r w:rsidRPr="00122CE0">
        <w:rPr>
          <w:lang w:val="en-GB"/>
        </w:rPr>
        <w:t>English and/or Maths</w:t>
      </w:r>
    </w:p>
    <w:p w14:paraId="4E873D70" w14:textId="77777777" w:rsidR="00122CE0" w:rsidRPr="00122CE0" w:rsidRDefault="00122CE0" w:rsidP="00122CE0">
      <w:pPr>
        <w:pStyle w:val="ListParagraph"/>
        <w:numPr>
          <w:ilvl w:val="0"/>
          <w:numId w:val="106"/>
        </w:numPr>
        <w:rPr>
          <w:lang w:val="en-GB"/>
        </w:rPr>
      </w:pPr>
      <w:r w:rsidRPr="00122CE0">
        <w:rPr>
          <w:lang w:val="en-GB"/>
        </w:rPr>
        <w:t>An art-based subject</w:t>
      </w:r>
    </w:p>
    <w:p w14:paraId="354CE155" w14:textId="77777777" w:rsidR="00122CE0" w:rsidRPr="00122CE0" w:rsidRDefault="00122CE0" w:rsidP="00122CE0">
      <w:pPr>
        <w:pStyle w:val="Heading4"/>
        <w:rPr>
          <w:i w:val="0"/>
          <w:iCs w:val="0"/>
          <w:lang w:val="en-GB"/>
        </w:rPr>
      </w:pPr>
      <w:r w:rsidRPr="00122CE0">
        <w:rPr>
          <w:i w:val="0"/>
          <w:iCs w:val="0"/>
          <w:lang w:val="en-GB"/>
        </w:rPr>
        <w:t>Progression</w:t>
      </w:r>
    </w:p>
    <w:p w14:paraId="616D5D15" w14:textId="77777777" w:rsidR="00122CE0" w:rsidRPr="00122CE0" w:rsidRDefault="00122CE0" w:rsidP="00122CE0">
      <w:pPr>
        <w:pStyle w:val="ListParagraph"/>
        <w:numPr>
          <w:ilvl w:val="0"/>
          <w:numId w:val="107"/>
        </w:numPr>
        <w:rPr>
          <w:lang w:val="en-GB"/>
        </w:rPr>
      </w:pPr>
      <w:r w:rsidRPr="00122CE0">
        <w:rPr>
          <w:lang w:val="en-GB"/>
        </w:rPr>
        <w:t>Art and Design Level 2</w:t>
      </w:r>
    </w:p>
    <w:p w14:paraId="3B98DB5A" w14:textId="77777777" w:rsidR="00122CE0" w:rsidRPr="00122CE0" w:rsidRDefault="00122CE0" w:rsidP="00122CE0">
      <w:pPr>
        <w:pStyle w:val="ListParagraph"/>
        <w:numPr>
          <w:ilvl w:val="0"/>
          <w:numId w:val="107"/>
        </w:numPr>
        <w:rPr>
          <w:lang w:val="en-GB"/>
        </w:rPr>
      </w:pPr>
      <w:r w:rsidRPr="00122CE0">
        <w:rPr>
          <w:lang w:val="en-GB"/>
        </w:rPr>
        <w:t>Creative Media Level 2</w:t>
      </w:r>
    </w:p>
    <w:p w14:paraId="7223D4AC" w14:textId="77777777" w:rsidR="00122CE0" w:rsidRPr="00122CE0" w:rsidRDefault="00122CE0" w:rsidP="00122CE0">
      <w:pPr>
        <w:pStyle w:val="ListParagraph"/>
        <w:numPr>
          <w:ilvl w:val="0"/>
          <w:numId w:val="107"/>
        </w:numPr>
        <w:rPr>
          <w:lang w:val="en-GB"/>
        </w:rPr>
      </w:pPr>
      <w:r w:rsidRPr="00122CE0">
        <w:rPr>
          <w:lang w:val="en-GB"/>
        </w:rPr>
        <w:t>Music Level 2</w:t>
      </w:r>
    </w:p>
    <w:p w14:paraId="76CDD91D" w14:textId="0EA8DAB9" w:rsidR="00122CE0" w:rsidRPr="00122CE0" w:rsidRDefault="00122CE0" w:rsidP="00122CE0">
      <w:pPr>
        <w:pStyle w:val="ListParagraph"/>
        <w:numPr>
          <w:ilvl w:val="0"/>
          <w:numId w:val="107"/>
        </w:numPr>
        <w:rPr>
          <w:lang w:val="en-GB"/>
        </w:rPr>
      </w:pPr>
      <w:r w:rsidRPr="00122CE0">
        <w:rPr>
          <w:lang w:val="en-GB"/>
        </w:rPr>
        <w:t>Fashion Level 2</w:t>
      </w:r>
    </w:p>
    <w:p w14:paraId="520F2186" w14:textId="77777777" w:rsidR="00122CE0" w:rsidRPr="00122CE0" w:rsidRDefault="00122CE0" w:rsidP="00122CE0">
      <w:pPr>
        <w:pStyle w:val="Heading3"/>
        <w:rPr>
          <w:lang w:val="en-GB"/>
        </w:rPr>
      </w:pPr>
      <w:r w:rsidRPr="00122CE0">
        <w:rPr>
          <w:lang w:val="en-GB"/>
        </w:rPr>
        <w:t>Creative Media Level 2</w:t>
      </w:r>
    </w:p>
    <w:p w14:paraId="2985F26A" w14:textId="77777777" w:rsidR="00122CE0" w:rsidRPr="00122CE0" w:rsidRDefault="00122CE0" w:rsidP="00122CE0">
      <w:pPr>
        <w:pStyle w:val="Heading4"/>
        <w:rPr>
          <w:i w:val="0"/>
          <w:iCs w:val="0"/>
          <w:lang w:val="en-GB"/>
        </w:rPr>
      </w:pPr>
      <w:r w:rsidRPr="00122CE0">
        <w:rPr>
          <w:i w:val="0"/>
          <w:iCs w:val="0"/>
          <w:lang w:val="en-GB"/>
        </w:rPr>
        <w:t>Entry Requirements</w:t>
      </w:r>
    </w:p>
    <w:p w14:paraId="12B19318" w14:textId="77777777" w:rsidR="00122CE0" w:rsidRPr="00122CE0" w:rsidRDefault="00122CE0" w:rsidP="00122CE0">
      <w:pPr>
        <w:rPr>
          <w:lang w:val="en-GB"/>
        </w:rPr>
      </w:pPr>
      <w:r w:rsidRPr="00122CE0">
        <w:rPr>
          <w:lang w:val="en-GB"/>
        </w:rPr>
        <w:t>A minimum of four GCSEs with the following grades:</w:t>
      </w:r>
    </w:p>
    <w:p w14:paraId="4164B73E" w14:textId="77777777" w:rsidR="00122CE0" w:rsidRPr="00122CE0" w:rsidRDefault="00122CE0" w:rsidP="00122CE0">
      <w:pPr>
        <w:pStyle w:val="ListParagraph"/>
        <w:numPr>
          <w:ilvl w:val="0"/>
          <w:numId w:val="108"/>
        </w:numPr>
        <w:rPr>
          <w:lang w:val="en-GB"/>
        </w:rPr>
      </w:pPr>
      <w:r w:rsidRPr="00122CE0">
        <w:rPr>
          <w:lang w:val="en-GB"/>
        </w:rPr>
        <w:t>English at 3 or above</w:t>
      </w:r>
    </w:p>
    <w:p w14:paraId="4FD68FDA" w14:textId="77777777" w:rsidR="00122CE0" w:rsidRPr="00122CE0" w:rsidRDefault="00122CE0" w:rsidP="00122CE0">
      <w:pPr>
        <w:pStyle w:val="ListParagraph"/>
        <w:numPr>
          <w:ilvl w:val="0"/>
          <w:numId w:val="108"/>
        </w:numPr>
        <w:rPr>
          <w:lang w:val="en-GB"/>
        </w:rPr>
      </w:pPr>
      <w:r w:rsidRPr="00122CE0">
        <w:rPr>
          <w:lang w:val="en-GB"/>
        </w:rPr>
        <w:t>Maths at 3 or above</w:t>
      </w:r>
    </w:p>
    <w:p w14:paraId="75597F39" w14:textId="77777777" w:rsidR="00122CE0" w:rsidRPr="00122CE0" w:rsidRDefault="00122CE0" w:rsidP="00122CE0">
      <w:pPr>
        <w:pStyle w:val="ListParagraph"/>
        <w:numPr>
          <w:ilvl w:val="0"/>
          <w:numId w:val="108"/>
        </w:numPr>
        <w:rPr>
          <w:lang w:val="en-GB"/>
        </w:rPr>
      </w:pPr>
      <w:r w:rsidRPr="00122CE0">
        <w:rPr>
          <w:lang w:val="en-GB"/>
        </w:rPr>
        <w:t>Two other GCSEs at 3 or above</w:t>
      </w:r>
    </w:p>
    <w:p w14:paraId="0572B688" w14:textId="77777777" w:rsidR="00122CE0" w:rsidRPr="00122CE0" w:rsidRDefault="00122CE0" w:rsidP="00122CE0">
      <w:pPr>
        <w:pStyle w:val="Heading4"/>
        <w:rPr>
          <w:i w:val="0"/>
          <w:iCs w:val="0"/>
          <w:lang w:val="en-GB"/>
        </w:rPr>
      </w:pPr>
      <w:r w:rsidRPr="00122CE0">
        <w:rPr>
          <w:i w:val="0"/>
          <w:iCs w:val="0"/>
          <w:lang w:val="en-GB"/>
        </w:rPr>
        <w:t>Progression</w:t>
      </w:r>
    </w:p>
    <w:p w14:paraId="1EC26EFC" w14:textId="0D6B343B" w:rsidR="00122CE0" w:rsidRPr="00122CE0" w:rsidRDefault="00122CE0" w:rsidP="00122CE0">
      <w:pPr>
        <w:pStyle w:val="ListParagraph"/>
        <w:numPr>
          <w:ilvl w:val="0"/>
          <w:numId w:val="109"/>
        </w:numPr>
        <w:rPr>
          <w:lang w:val="en-GB"/>
        </w:rPr>
      </w:pPr>
      <w:r w:rsidRPr="00122CE0">
        <w:rPr>
          <w:lang w:val="en-GB"/>
        </w:rPr>
        <w:t>Creative Media Practice Level 3</w:t>
      </w:r>
    </w:p>
    <w:p w14:paraId="24288441" w14:textId="77777777" w:rsidR="00122CE0" w:rsidRPr="00122CE0" w:rsidRDefault="00122CE0" w:rsidP="00122CE0">
      <w:pPr>
        <w:pStyle w:val="Heading3"/>
        <w:rPr>
          <w:lang w:val="en-GB"/>
        </w:rPr>
      </w:pPr>
      <w:r w:rsidRPr="00122CE0">
        <w:rPr>
          <w:lang w:val="en-GB"/>
        </w:rPr>
        <w:t>Creative Media Practice Level 3</w:t>
      </w:r>
    </w:p>
    <w:p w14:paraId="416668C3" w14:textId="77777777" w:rsidR="00122CE0" w:rsidRPr="00122CE0" w:rsidRDefault="00122CE0" w:rsidP="00122CE0">
      <w:pPr>
        <w:pStyle w:val="Heading4"/>
        <w:rPr>
          <w:i w:val="0"/>
          <w:iCs w:val="0"/>
          <w:lang w:val="en-GB"/>
        </w:rPr>
      </w:pPr>
      <w:r w:rsidRPr="00122CE0">
        <w:rPr>
          <w:i w:val="0"/>
          <w:iCs w:val="0"/>
          <w:lang w:val="en-GB"/>
        </w:rPr>
        <w:t>Entry Requirements</w:t>
      </w:r>
    </w:p>
    <w:p w14:paraId="10CDCEB2" w14:textId="77777777" w:rsidR="00122CE0" w:rsidRPr="00122CE0" w:rsidRDefault="00122CE0" w:rsidP="00122CE0">
      <w:pPr>
        <w:rPr>
          <w:lang w:val="en-GB"/>
        </w:rPr>
      </w:pPr>
      <w:r w:rsidRPr="00122CE0">
        <w:rPr>
          <w:lang w:val="en-GB"/>
        </w:rPr>
        <w:t>A minimum of five GCSEs with the following grades:</w:t>
      </w:r>
    </w:p>
    <w:p w14:paraId="427F2B93" w14:textId="77777777" w:rsidR="00122CE0" w:rsidRPr="00122CE0" w:rsidRDefault="00122CE0" w:rsidP="00122CE0">
      <w:pPr>
        <w:pStyle w:val="ListParagraph"/>
        <w:numPr>
          <w:ilvl w:val="0"/>
          <w:numId w:val="109"/>
        </w:numPr>
        <w:rPr>
          <w:lang w:val="en-GB"/>
        </w:rPr>
      </w:pPr>
      <w:r w:rsidRPr="00122CE0">
        <w:rPr>
          <w:lang w:val="en-GB"/>
        </w:rPr>
        <w:t>English at 4 or above</w:t>
      </w:r>
    </w:p>
    <w:p w14:paraId="23B786FD" w14:textId="77777777" w:rsidR="00122CE0" w:rsidRPr="00122CE0" w:rsidRDefault="00122CE0" w:rsidP="00122CE0">
      <w:pPr>
        <w:pStyle w:val="ListParagraph"/>
        <w:numPr>
          <w:ilvl w:val="0"/>
          <w:numId w:val="109"/>
        </w:numPr>
        <w:rPr>
          <w:lang w:val="en-GB"/>
        </w:rPr>
      </w:pPr>
      <w:r w:rsidRPr="00122CE0">
        <w:rPr>
          <w:lang w:val="en-GB"/>
        </w:rPr>
        <w:t>Maths at 4 or above</w:t>
      </w:r>
    </w:p>
    <w:p w14:paraId="52C2508E" w14:textId="77777777" w:rsidR="00122CE0" w:rsidRPr="00122CE0" w:rsidRDefault="00122CE0" w:rsidP="00122CE0">
      <w:pPr>
        <w:pStyle w:val="ListParagraph"/>
        <w:numPr>
          <w:ilvl w:val="0"/>
          <w:numId w:val="109"/>
        </w:numPr>
        <w:rPr>
          <w:lang w:val="en-GB"/>
        </w:rPr>
      </w:pPr>
      <w:r w:rsidRPr="00122CE0">
        <w:rPr>
          <w:lang w:val="en-GB"/>
        </w:rPr>
        <w:t>Three other GCSEs at 4 or above</w:t>
      </w:r>
    </w:p>
    <w:p w14:paraId="03993DB8" w14:textId="77777777" w:rsidR="00122CE0" w:rsidRPr="00122CE0" w:rsidRDefault="00122CE0" w:rsidP="00122CE0">
      <w:pPr>
        <w:pStyle w:val="Heading4"/>
        <w:rPr>
          <w:i w:val="0"/>
          <w:iCs w:val="0"/>
          <w:lang w:val="en-GB"/>
        </w:rPr>
      </w:pPr>
      <w:r w:rsidRPr="00122CE0">
        <w:rPr>
          <w:i w:val="0"/>
          <w:iCs w:val="0"/>
          <w:lang w:val="en-GB"/>
        </w:rPr>
        <w:lastRenderedPageBreak/>
        <w:t>Progression</w:t>
      </w:r>
    </w:p>
    <w:p w14:paraId="28E15F10" w14:textId="77777777" w:rsidR="00122CE0" w:rsidRPr="00122CE0" w:rsidRDefault="00122CE0" w:rsidP="00122CE0">
      <w:pPr>
        <w:pStyle w:val="ListParagraph"/>
        <w:numPr>
          <w:ilvl w:val="0"/>
          <w:numId w:val="110"/>
        </w:numPr>
        <w:rPr>
          <w:lang w:val="en-GB"/>
        </w:rPr>
      </w:pPr>
      <w:r w:rsidRPr="00122CE0">
        <w:rPr>
          <w:lang w:val="en-GB"/>
        </w:rPr>
        <w:t>Art, Design and Media Practice Foundation Diploma Level 3/4</w:t>
      </w:r>
    </w:p>
    <w:p w14:paraId="6908AA86" w14:textId="77777777" w:rsidR="00122CE0" w:rsidRPr="00122CE0" w:rsidRDefault="00122CE0" w:rsidP="00122CE0">
      <w:pPr>
        <w:pStyle w:val="ListParagraph"/>
        <w:numPr>
          <w:ilvl w:val="0"/>
          <w:numId w:val="110"/>
        </w:numPr>
        <w:rPr>
          <w:lang w:val="en-GB"/>
        </w:rPr>
      </w:pPr>
      <w:r w:rsidRPr="00122CE0">
        <w:rPr>
          <w:lang w:val="en-GB"/>
        </w:rPr>
        <w:t>Higher Education</w:t>
      </w:r>
    </w:p>
    <w:p w14:paraId="0C82BBFC" w14:textId="77777777" w:rsidR="00122CE0" w:rsidRPr="00122CE0" w:rsidRDefault="00122CE0" w:rsidP="00122CE0">
      <w:pPr>
        <w:pStyle w:val="ListParagraph"/>
        <w:numPr>
          <w:ilvl w:val="0"/>
          <w:numId w:val="110"/>
        </w:numPr>
        <w:rPr>
          <w:lang w:val="en-GB"/>
        </w:rPr>
      </w:pPr>
      <w:r w:rsidRPr="00122CE0">
        <w:rPr>
          <w:lang w:val="en-GB"/>
        </w:rPr>
        <w:t>Employment</w:t>
      </w:r>
    </w:p>
    <w:p w14:paraId="0C35931F" w14:textId="6099DFA8" w:rsidR="00122CE0" w:rsidRDefault="00122CE0" w:rsidP="00122CE0">
      <w:pPr>
        <w:pStyle w:val="Heading2"/>
        <w:rPr>
          <w:lang w:val="en-GB"/>
        </w:rPr>
      </w:pPr>
      <w:r>
        <w:rPr>
          <w:lang w:val="en-GB"/>
        </w:rPr>
        <w:t>Music</w:t>
      </w:r>
    </w:p>
    <w:p w14:paraId="435D918B" w14:textId="77777777" w:rsidR="00122CE0" w:rsidRPr="00122CE0" w:rsidRDefault="00122CE0" w:rsidP="00122CE0">
      <w:pPr>
        <w:pStyle w:val="Heading3"/>
        <w:rPr>
          <w:lang w:val="en-GB"/>
        </w:rPr>
      </w:pPr>
      <w:r w:rsidRPr="00122CE0">
        <w:rPr>
          <w:lang w:val="en-GB"/>
        </w:rPr>
        <w:t>Skills for Creative Industries Level 1</w:t>
      </w:r>
    </w:p>
    <w:p w14:paraId="77A549F3" w14:textId="77777777" w:rsidR="00122CE0" w:rsidRPr="00122CE0" w:rsidRDefault="00122CE0" w:rsidP="00122CE0">
      <w:pPr>
        <w:pStyle w:val="Heading4"/>
        <w:rPr>
          <w:i w:val="0"/>
          <w:iCs w:val="0"/>
          <w:lang w:val="en-GB"/>
        </w:rPr>
      </w:pPr>
      <w:r w:rsidRPr="00122CE0">
        <w:rPr>
          <w:i w:val="0"/>
          <w:iCs w:val="0"/>
          <w:lang w:val="en-GB"/>
        </w:rPr>
        <w:t>Entry Requirements</w:t>
      </w:r>
    </w:p>
    <w:p w14:paraId="1B12E1EC" w14:textId="77777777" w:rsidR="00122CE0" w:rsidRPr="00122CE0" w:rsidRDefault="00122CE0" w:rsidP="00122CE0">
      <w:pPr>
        <w:rPr>
          <w:lang w:val="en-GB"/>
        </w:rPr>
      </w:pPr>
      <w:r w:rsidRPr="00122CE0">
        <w:rPr>
          <w:lang w:val="en-GB"/>
        </w:rPr>
        <w:t>A minimum of four GCSEs at grade 2 or above in:</w:t>
      </w:r>
    </w:p>
    <w:p w14:paraId="3E71CAEA" w14:textId="77777777" w:rsidR="00122CE0" w:rsidRPr="00122CE0" w:rsidRDefault="00122CE0" w:rsidP="00122CE0">
      <w:pPr>
        <w:pStyle w:val="ListParagraph"/>
        <w:numPr>
          <w:ilvl w:val="0"/>
          <w:numId w:val="112"/>
        </w:numPr>
        <w:rPr>
          <w:lang w:val="en-GB"/>
        </w:rPr>
      </w:pPr>
      <w:r w:rsidRPr="00122CE0">
        <w:rPr>
          <w:lang w:val="en-GB"/>
        </w:rPr>
        <w:t>English and/or Maths</w:t>
      </w:r>
    </w:p>
    <w:p w14:paraId="2E8244FB" w14:textId="77777777" w:rsidR="00122CE0" w:rsidRPr="00122CE0" w:rsidRDefault="00122CE0" w:rsidP="00122CE0">
      <w:pPr>
        <w:pStyle w:val="ListParagraph"/>
        <w:numPr>
          <w:ilvl w:val="0"/>
          <w:numId w:val="112"/>
        </w:numPr>
        <w:rPr>
          <w:lang w:val="en-GB"/>
        </w:rPr>
      </w:pPr>
      <w:r w:rsidRPr="00122CE0">
        <w:rPr>
          <w:lang w:val="en-GB"/>
        </w:rPr>
        <w:t>An art-based subject</w:t>
      </w:r>
    </w:p>
    <w:p w14:paraId="569D2015" w14:textId="77777777" w:rsidR="00122CE0" w:rsidRPr="00122CE0" w:rsidRDefault="00122CE0" w:rsidP="00122CE0">
      <w:pPr>
        <w:pStyle w:val="Heading4"/>
        <w:rPr>
          <w:i w:val="0"/>
          <w:iCs w:val="0"/>
          <w:lang w:val="en-GB"/>
        </w:rPr>
      </w:pPr>
      <w:r w:rsidRPr="00122CE0">
        <w:rPr>
          <w:i w:val="0"/>
          <w:iCs w:val="0"/>
          <w:lang w:val="en-GB"/>
        </w:rPr>
        <w:t>Progression</w:t>
      </w:r>
    </w:p>
    <w:p w14:paraId="64E4A9BB" w14:textId="77777777" w:rsidR="00122CE0" w:rsidRPr="00122CE0" w:rsidRDefault="00122CE0" w:rsidP="00122CE0">
      <w:pPr>
        <w:pStyle w:val="ListParagraph"/>
        <w:numPr>
          <w:ilvl w:val="0"/>
          <w:numId w:val="113"/>
        </w:numPr>
        <w:rPr>
          <w:lang w:val="en-GB"/>
        </w:rPr>
      </w:pPr>
      <w:r w:rsidRPr="00122CE0">
        <w:rPr>
          <w:lang w:val="en-GB"/>
        </w:rPr>
        <w:t>Art and Design Level 2</w:t>
      </w:r>
    </w:p>
    <w:p w14:paraId="33505E8D" w14:textId="77777777" w:rsidR="00122CE0" w:rsidRPr="00122CE0" w:rsidRDefault="00122CE0" w:rsidP="00122CE0">
      <w:pPr>
        <w:pStyle w:val="ListParagraph"/>
        <w:numPr>
          <w:ilvl w:val="0"/>
          <w:numId w:val="113"/>
        </w:numPr>
        <w:rPr>
          <w:lang w:val="en-GB"/>
        </w:rPr>
      </w:pPr>
      <w:r w:rsidRPr="00122CE0">
        <w:rPr>
          <w:lang w:val="en-GB"/>
        </w:rPr>
        <w:t>Creative Media Level 2</w:t>
      </w:r>
    </w:p>
    <w:p w14:paraId="2D48051D" w14:textId="77777777" w:rsidR="00122CE0" w:rsidRPr="00122CE0" w:rsidRDefault="00122CE0" w:rsidP="00122CE0">
      <w:pPr>
        <w:pStyle w:val="ListParagraph"/>
        <w:numPr>
          <w:ilvl w:val="0"/>
          <w:numId w:val="113"/>
        </w:numPr>
        <w:rPr>
          <w:lang w:val="en-GB"/>
        </w:rPr>
      </w:pPr>
      <w:r w:rsidRPr="00122CE0">
        <w:rPr>
          <w:lang w:val="en-GB"/>
        </w:rPr>
        <w:t>Music Level 2</w:t>
      </w:r>
    </w:p>
    <w:p w14:paraId="72370937" w14:textId="0EFED589" w:rsidR="00122CE0" w:rsidRPr="00122CE0" w:rsidRDefault="00122CE0" w:rsidP="00122CE0">
      <w:pPr>
        <w:pStyle w:val="ListParagraph"/>
        <w:numPr>
          <w:ilvl w:val="0"/>
          <w:numId w:val="113"/>
        </w:numPr>
        <w:rPr>
          <w:lang w:val="en-GB"/>
        </w:rPr>
      </w:pPr>
      <w:r w:rsidRPr="00122CE0">
        <w:rPr>
          <w:lang w:val="en-GB"/>
        </w:rPr>
        <w:t>Fashion Level 2</w:t>
      </w:r>
    </w:p>
    <w:p w14:paraId="44698548" w14:textId="77777777" w:rsidR="00122CE0" w:rsidRPr="00122CE0" w:rsidRDefault="00122CE0" w:rsidP="00122CE0">
      <w:pPr>
        <w:pStyle w:val="Heading3"/>
        <w:rPr>
          <w:lang w:val="en-GB"/>
        </w:rPr>
      </w:pPr>
      <w:r w:rsidRPr="00122CE0">
        <w:rPr>
          <w:lang w:val="en-GB"/>
        </w:rPr>
        <w:t>Music Skills Level 2</w:t>
      </w:r>
    </w:p>
    <w:p w14:paraId="1F2AF034" w14:textId="77777777" w:rsidR="00122CE0" w:rsidRPr="00122CE0" w:rsidRDefault="00122CE0" w:rsidP="00122CE0">
      <w:pPr>
        <w:pStyle w:val="Heading4"/>
        <w:rPr>
          <w:i w:val="0"/>
          <w:iCs w:val="0"/>
          <w:lang w:val="en-GB"/>
        </w:rPr>
      </w:pPr>
      <w:r w:rsidRPr="00122CE0">
        <w:rPr>
          <w:i w:val="0"/>
          <w:iCs w:val="0"/>
          <w:lang w:val="en-GB"/>
        </w:rPr>
        <w:t>Entry Requirements</w:t>
      </w:r>
    </w:p>
    <w:p w14:paraId="4D4DB496" w14:textId="77777777" w:rsidR="00122CE0" w:rsidRPr="00122CE0" w:rsidRDefault="00122CE0" w:rsidP="00122CE0">
      <w:pPr>
        <w:rPr>
          <w:lang w:val="en-GB"/>
        </w:rPr>
      </w:pPr>
      <w:r w:rsidRPr="00122CE0">
        <w:rPr>
          <w:lang w:val="en-GB"/>
        </w:rPr>
        <w:t>A minimum of four GCSEs with the following grades:</w:t>
      </w:r>
    </w:p>
    <w:p w14:paraId="3915B316" w14:textId="77777777" w:rsidR="00122CE0" w:rsidRPr="00122CE0" w:rsidRDefault="00122CE0" w:rsidP="00122CE0">
      <w:pPr>
        <w:pStyle w:val="ListParagraph"/>
        <w:numPr>
          <w:ilvl w:val="0"/>
          <w:numId w:val="114"/>
        </w:numPr>
        <w:rPr>
          <w:lang w:val="en-GB"/>
        </w:rPr>
      </w:pPr>
      <w:r w:rsidRPr="00122CE0">
        <w:rPr>
          <w:lang w:val="en-GB"/>
        </w:rPr>
        <w:t>English at 3 or above</w:t>
      </w:r>
    </w:p>
    <w:p w14:paraId="10842F9B" w14:textId="77777777" w:rsidR="00122CE0" w:rsidRPr="00122CE0" w:rsidRDefault="00122CE0" w:rsidP="00122CE0">
      <w:pPr>
        <w:pStyle w:val="ListParagraph"/>
        <w:numPr>
          <w:ilvl w:val="0"/>
          <w:numId w:val="114"/>
        </w:numPr>
        <w:rPr>
          <w:lang w:val="en-GB"/>
        </w:rPr>
      </w:pPr>
      <w:r w:rsidRPr="00122CE0">
        <w:rPr>
          <w:lang w:val="en-GB"/>
        </w:rPr>
        <w:t>Maths at 2 or above</w:t>
      </w:r>
    </w:p>
    <w:p w14:paraId="3A231444" w14:textId="77777777" w:rsidR="00122CE0" w:rsidRPr="00122CE0" w:rsidRDefault="00122CE0" w:rsidP="00122CE0">
      <w:pPr>
        <w:pStyle w:val="ListParagraph"/>
        <w:numPr>
          <w:ilvl w:val="0"/>
          <w:numId w:val="114"/>
        </w:numPr>
        <w:rPr>
          <w:lang w:val="en-GB"/>
        </w:rPr>
      </w:pPr>
      <w:r w:rsidRPr="00122CE0">
        <w:rPr>
          <w:lang w:val="en-GB"/>
        </w:rPr>
        <w:t>Two other GCSEs at 3 or above</w:t>
      </w:r>
    </w:p>
    <w:p w14:paraId="6ECD4F10" w14:textId="77777777" w:rsidR="00122CE0" w:rsidRPr="00122CE0" w:rsidRDefault="00122CE0" w:rsidP="00122CE0">
      <w:pPr>
        <w:pStyle w:val="Heading4"/>
        <w:rPr>
          <w:i w:val="0"/>
          <w:iCs w:val="0"/>
          <w:lang w:val="en-GB"/>
        </w:rPr>
      </w:pPr>
      <w:r w:rsidRPr="00122CE0">
        <w:rPr>
          <w:i w:val="0"/>
          <w:iCs w:val="0"/>
          <w:lang w:val="en-GB"/>
        </w:rPr>
        <w:t>Progression</w:t>
      </w:r>
    </w:p>
    <w:p w14:paraId="3CA5BC52" w14:textId="49C35CD9" w:rsidR="00122CE0" w:rsidRPr="00122CE0" w:rsidRDefault="00122CE0" w:rsidP="00122CE0">
      <w:pPr>
        <w:pStyle w:val="ListParagraph"/>
        <w:numPr>
          <w:ilvl w:val="0"/>
          <w:numId w:val="115"/>
        </w:numPr>
        <w:rPr>
          <w:lang w:val="en-GB"/>
        </w:rPr>
      </w:pPr>
      <w:r w:rsidRPr="00122CE0">
        <w:rPr>
          <w:lang w:val="en-GB"/>
        </w:rPr>
        <w:t>Level 3 Music or related course</w:t>
      </w:r>
    </w:p>
    <w:p w14:paraId="3D366D9B" w14:textId="77777777" w:rsidR="00122CE0" w:rsidRPr="00122CE0" w:rsidRDefault="00122CE0" w:rsidP="00122CE0">
      <w:pPr>
        <w:pStyle w:val="Heading3"/>
        <w:rPr>
          <w:lang w:val="en-GB"/>
        </w:rPr>
      </w:pPr>
      <w:r w:rsidRPr="00122CE0">
        <w:rPr>
          <w:lang w:val="en-GB"/>
        </w:rPr>
        <w:t>Music Level 3</w:t>
      </w:r>
    </w:p>
    <w:p w14:paraId="6C17A8A6" w14:textId="77777777" w:rsidR="00122CE0" w:rsidRPr="00122CE0" w:rsidRDefault="00122CE0" w:rsidP="00122CE0">
      <w:pPr>
        <w:pStyle w:val="Heading4"/>
        <w:rPr>
          <w:i w:val="0"/>
          <w:iCs w:val="0"/>
          <w:lang w:val="en-GB"/>
        </w:rPr>
      </w:pPr>
      <w:r w:rsidRPr="00122CE0">
        <w:rPr>
          <w:i w:val="0"/>
          <w:iCs w:val="0"/>
          <w:lang w:val="en-GB"/>
        </w:rPr>
        <w:t>Entry Requirements</w:t>
      </w:r>
    </w:p>
    <w:p w14:paraId="62ADE43C" w14:textId="77777777" w:rsidR="00122CE0" w:rsidRPr="00122CE0" w:rsidRDefault="00122CE0" w:rsidP="00122CE0">
      <w:pPr>
        <w:rPr>
          <w:lang w:val="en-GB"/>
        </w:rPr>
      </w:pPr>
      <w:r w:rsidRPr="00122CE0">
        <w:rPr>
          <w:lang w:val="en-GB"/>
        </w:rPr>
        <w:t>A minimum of five GCSEs with the following grades:</w:t>
      </w:r>
    </w:p>
    <w:p w14:paraId="4419BC6B" w14:textId="77777777" w:rsidR="00122CE0" w:rsidRPr="00122CE0" w:rsidRDefault="00122CE0" w:rsidP="00122CE0">
      <w:pPr>
        <w:pStyle w:val="ListParagraph"/>
        <w:numPr>
          <w:ilvl w:val="0"/>
          <w:numId w:val="115"/>
        </w:numPr>
        <w:rPr>
          <w:lang w:val="en-GB"/>
        </w:rPr>
      </w:pPr>
      <w:r w:rsidRPr="00122CE0">
        <w:rPr>
          <w:lang w:val="en-GB"/>
        </w:rPr>
        <w:t>English at 4 or above</w:t>
      </w:r>
    </w:p>
    <w:p w14:paraId="2A5E40EB" w14:textId="77777777" w:rsidR="00122CE0" w:rsidRPr="00122CE0" w:rsidRDefault="00122CE0" w:rsidP="00122CE0">
      <w:pPr>
        <w:pStyle w:val="ListParagraph"/>
        <w:numPr>
          <w:ilvl w:val="0"/>
          <w:numId w:val="115"/>
        </w:numPr>
        <w:rPr>
          <w:lang w:val="en-GB"/>
        </w:rPr>
      </w:pPr>
      <w:r w:rsidRPr="00122CE0">
        <w:rPr>
          <w:lang w:val="en-GB"/>
        </w:rPr>
        <w:t>Maths at 3 or above</w:t>
      </w:r>
    </w:p>
    <w:p w14:paraId="7CED4E5C" w14:textId="77777777" w:rsidR="00122CE0" w:rsidRPr="00122CE0" w:rsidRDefault="00122CE0" w:rsidP="00122CE0">
      <w:pPr>
        <w:pStyle w:val="ListParagraph"/>
        <w:numPr>
          <w:ilvl w:val="0"/>
          <w:numId w:val="115"/>
        </w:numPr>
        <w:rPr>
          <w:lang w:val="en-GB"/>
        </w:rPr>
      </w:pPr>
      <w:r w:rsidRPr="00122CE0">
        <w:rPr>
          <w:lang w:val="en-GB"/>
        </w:rPr>
        <w:t>Three other GCSEs at 4 or above</w:t>
      </w:r>
    </w:p>
    <w:p w14:paraId="36E41B34" w14:textId="77777777" w:rsidR="00122CE0" w:rsidRPr="00122CE0" w:rsidRDefault="00122CE0" w:rsidP="00122CE0">
      <w:pPr>
        <w:pStyle w:val="Heading4"/>
        <w:rPr>
          <w:i w:val="0"/>
          <w:iCs w:val="0"/>
          <w:lang w:val="en-GB"/>
        </w:rPr>
      </w:pPr>
      <w:r w:rsidRPr="00122CE0">
        <w:rPr>
          <w:i w:val="0"/>
          <w:iCs w:val="0"/>
          <w:lang w:val="en-GB"/>
        </w:rPr>
        <w:t>Progression</w:t>
      </w:r>
    </w:p>
    <w:p w14:paraId="67F4766D" w14:textId="77777777" w:rsidR="00122CE0" w:rsidRPr="00122CE0" w:rsidRDefault="00122CE0" w:rsidP="00122CE0">
      <w:pPr>
        <w:pStyle w:val="ListParagraph"/>
        <w:numPr>
          <w:ilvl w:val="0"/>
          <w:numId w:val="111"/>
        </w:numPr>
        <w:rPr>
          <w:lang w:val="en-GB"/>
        </w:rPr>
      </w:pPr>
      <w:r w:rsidRPr="00122CE0">
        <w:rPr>
          <w:lang w:val="en-GB"/>
        </w:rPr>
        <w:t xml:space="preserve">University, degrees include: </w:t>
      </w:r>
    </w:p>
    <w:p w14:paraId="287019F4" w14:textId="77777777" w:rsidR="00122CE0" w:rsidRPr="00122CE0" w:rsidRDefault="00122CE0" w:rsidP="00122CE0">
      <w:pPr>
        <w:pStyle w:val="ListParagraph"/>
        <w:numPr>
          <w:ilvl w:val="1"/>
          <w:numId w:val="111"/>
        </w:numPr>
        <w:rPr>
          <w:lang w:val="en-GB"/>
        </w:rPr>
      </w:pPr>
      <w:r w:rsidRPr="00122CE0">
        <w:rPr>
          <w:lang w:val="en-GB"/>
        </w:rPr>
        <w:t>BMus in Music</w:t>
      </w:r>
    </w:p>
    <w:p w14:paraId="6FA05DC2" w14:textId="77777777" w:rsidR="00122CE0" w:rsidRPr="00122CE0" w:rsidRDefault="00122CE0" w:rsidP="00122CE0">
      <w:pPr>
        <w:pStyle w:val="ListParagraph"/>
        <w:numPr>
          <w:ilvl w:val="1"/>
          <w:numId w:val="111"/>
        </w:numPr>
        <w:rPr>
          <w:lang w:val="en-GB"/>
        </w:rPr>
      </w:pPr>
      <w:r w:rsidRPr="00122CE0">
        <w:rPr>
          <w:lang w:val="en-GB"/>
        </w:rPr>
        <w:t>BA (Hons) in Music Technology and Production</w:t>
      </w:r>
    </w:p>
    <w:p w14:paraId="7639DD8D" w14:textId="77777777" w:rsidR="00122CE0" w:rsidRPr="00122CE0" w:rsidRDefault="00122CE0" w:rsidP="00122CE0">
      <w:pPr>
        <w:pStyle w:val="ListParagraph"/>
        <w:numPr>
          <w:ilvl w:val="1"/>
          <w:numId w:val="111"/>
        </w:numPr>
        <w:rPr>
          <w:lang w:val="en-GB"/>
        </w:rPr>
      </w:pPr>
      <w:r w:rsidRPr="00122CE0">
        <w:rPr>
          <w:lang w:val="en-GB"/>
        </w:rPr>
        <w:lastRenderedPageBreak/>
        <w:t>BA (Hons) in Music Performance, Production and Composition</w:t>
      </w:r>
    </w:p>
    <w:p w14:paraId="24F550A7" w14:textId="77777777" w:rsidR="00122CE0" w:rsidRPr="00122CE0" w:rsidRDefault="00122CE0" w:rsidP="00122CE0">
      <w:pPr>
        <w:pStyle w:val="ListParagraph"/>
        <w:numPr>
          <w:ilvl w:val="0"/>
          <w:numId w:val="111"/>
        </w:numPr>
        <w:rPr>
          <w:lang w:val="en-GB"/>
        </w:rPr>
      </w:pPr>
      <w:r w:rsidRPr="00122CE0">
        <w:rPr>
          <w:lang w:val="en-GB"/>
        </w:rPr>
        <w:t>Level 4/5 qualification</w:t>
      </w:r>
    </w:p>
    <w:p w14:paraId="7223D5D4" w14:textId="77777777" w:rsidR="00122CE0" w:rsidRPr="00122CE0" w:rsidRDefault="00122CE0" w:rsidP="00122CE0">
      <w:pPr>
        <w:pStyle w:val="ListParagraph"/>
        <w:numPr>
          <w:ilvl w:val="0"/>
          <w:numId w:val="111"/>
        </w:numPr>
        <w:rPr>
          <w:lang w:val="en-GB"/>
        </w:rPr>
      </w:pPr>
      <w:r w:rsidRPr="00122CE0">
        <w:rPr>
          <w:lang w:val="en-GB"/>
        </w:rPr>
        <w:t>Employment</w:t>
      </w:r>
    </w:p>
    <w:p w14:paraId="6BEF314C" w14:textId="026450D1" w:rsidR="00557E83" w:rsidRPr="00557E83" w:rsidRDefault="00557E83" w:rsidP="00557E83">
      <w:pPr>
        <w:pStyle w:val="Heading1"/>
        <w:rPr>
          <w:lang w:val="en-GB"/>
        </w:rPr>
      </w:pPr>
      <w:r>
        <w:rPr>
          <w:lang w:val="en-GB"/>
        </w:rPr>
        <w:br/>
        <w:t>Digital Development and Computing</w:t>
      </w:r>
    </w:p>
    <w:p w14:paraId="0A5BA998" w14:textId="51BAB2A5" w:rsidR="00557E83" w:rsidRDefault="00557E83" w:rsidP="00557E83">
      <w:pPr>
        <w:rPr>
          <w:lang w:val="en-GB"/>
        </w:rPr>
      </w:pPr>
      <w:r w:rsidRPr="00557E83">
        <w:rPr>
          <w:lang w:val="en-GB"/>
        </w:rPr>
        <w:t>You’ve grown up in an online</w:t>
      </w:r>
      <w:r>
        <w:rPr>
          <w:lang w:val="en-GB"/>
        </w:rPr>
        <w:t xml:space="preserve"> </w:t>
      </w:r>
      <w:r w:rsidRPr="00557E83">
        <w:rPr>
          <w:lang w:val="en-GB"/>
        </w:rPr>
        <w:t>world where technology is</w:t>
      </w:r>
      <w:r>
        <w:rPr>
          <w:lang w:val="en-GB"/>
        </w:rPr>
        <w:t xml:space="preserve"> </w:t>
      </w:r>
      <w:r w:rsidRPr="00557E83">
        <w:rPr>
          <w:lang w:val="en-GB"/>
        </w:rPr>
        <w:t>fundamental to the way we</w:t>
      </w:r>
      <w:r>
        <w:rPr>
          <w:lang w:val="en-GB"/>
        </w:rPr>
        <w:t xml:space="preserve"> </w:t>
      </w:r>
      <w:r w:rsidRPr="00557E83">
        <w:rPr>
          <w:lang w:val="en-GB"/>
        </w:rPr>
        <w:t>live our lives. From social</w:t>
      </w:r>
      <w:r>
        <w:rPr>
          <w:lang w:val="en-GB"/>
        </w:rPr>
        <w:t xml:space="preserve"> </w:t>
      </w:r>
      <w:r w:rsidRPr="00557E83">
        <w:rPr>
          <w:lang w:val="en-GB"/>
        </w:rPr>
        <w:t>media and gaming to video</w:t>
      </w:r>
      <w:r>
        <w:rPr>
          <w:lang w:val="en-GB"/>
        </w:rPr>
        <w:t xml:space="preserve"> </w:t>
      </w:r>
      <w:r w:rsidRPr="00557E83">
        <w:rPr>
          <w:lang w:val="en-GB"/>
        </w:rPr>
        <w:t>and streaming, technology is</w:t>
      </w:r>
      <w:r>
        <w:rPr>
          <w:lang w:val="en-GB"/>
        </w:rPr>
        <w:t xml:space="preserve"> </w:t>
      </w:r>
      <w:r w:rsidRPr="00557E83">
        <w:rPr>
          <w:lang w:val="en-GB"/>
        </w:rPr>
        <w:t>fundamental to the way we</w:t>
      </w:r>
      <w:r>
        <w:rPr>
          <w:lang w:val="en-GB"/>
        </w:rPr>
        <w:t xml:space="preserve"> </w:t>
      </w:r>
      <w:r w:rsidRPr="00557E83">
        <w:rPr>
          <w:lang w:val="en-GB"/>
        </w:rPr>
        <w:t>live our lives.</w:t>
      </w:r>
    </w:p>
    <w:p w14:paraId="223AC723" w14:textId="5A6D65C3" w:rsidR="00557E83" w:rsidRDefault="00557E83" w:rsidP="00557E83">
      <w:pPr>
        <w:rPr>
          <w:lang w:val="en-GB"/>
        </w:rPr>
      </w:pPr>
      <w:r w:rsidRPr="00557E83">
        <w:rPr>
          <w:lang w:val="en-GB"/>
        </w:rPr>
        <w:t>The digital industry is one of the</w:t>
      </w:r>
      <w:r>
        <w:rPr>
          <w:lang w:val="en-GB"/>
        </w:rPr>
        <w:t xml:space="preserve"> </w:t>
      </w:r>
      <w:r w:rsidRPr="00557E83">
        <w:rPr>
          <w:lang w:val="en-GB"/>
        </w:rPr>
        <w:t>fastest growing sectors in the world</w:t>
      </w:r>
      <w:r>
        <w:rPr>
          <w:lang w:val="en-GB"/>
        </w:rPr>
        <w:t xml:space="preserve"> </w:t>
      </w:r>
      <w:r w:rsidRPr="00557E83">
        <w:rPr>
          <w:lang w:val="en-GB"/>
        </w:rPr>
        <w:t>and we’re investing in providing you</w:t>
      </w:r>
      <w:r>
        <w:rPr>
          <w:lang w:val="en-GB"/>
        </w:rPr>
        <w:t xml:space="preserve"> </w:t>
      </w:r>
      <w:r w:rsidRPr="00557E83">
        <w:rPr>
          <w:lang w:val="en-GB"/>
        </w:rPr>
        <w:t>with opportunities in the digital sector.</w:t>
      </w:r>
      <w:r>
        <w:rPr>
          <w:lang w:val="en-GB"/>
        </w:rPr>
        <w:t xml:space="preserve"> </w:t>
      </w:r>
      <w:r w:rsidRPr="00557E83">
        <w:rPr>
          <w:lang w:val="en-GB"/>
        </w:rPr>
        <w:t>Whether your interests lie in coding</w:t>
      </w:r>
      <w:r>
        <w:rPr>
          <w:lang w:val="en-GB"/>
        </w:rPr>
        <w:t xml:space="preserve"> </w:t>
      </w:r>
      <w:r w:rsidRPr="00557E83">
        <w:rPr>
          <w:lang w:val="en-GB"/>
        </w:rPr>
        <w:t>for gaming, or social media content</w:t>
      </w:r>
      <w:r>
        <w:rPr>
          <w:lang w:val="en-GB"/>
        </w:rPr>
        <w:t xml:space="preserve"> </w:t>
      </w:r>
      <w:r w:rsidRPr="00557E83">
        <w:rPr>
          <w:lang w:val="en-GB"/>
        </w:rPr>
        <w:t>creation, our range of specialised</w:t>
      </w:r>
      <w:r>
        <w:rPr>
          <w:lang w:val="en-GB"/>
        </w:rPr>
        <w:t xml:space="preserve"> </w:t>
      </w:r>
      <w:r w:rsidRPr="00557E83">
        <w:rPr>
          <w:lang w:val="en-GB"/>
        </w:rPr>
        <w:t>digital courses can help you make your</w:t>
      </w:r>
      <w:r>
        <w:rPr>
          <w:lang w:val="en-GB"/>
        </w:rPr>
        <w:t xml:space="preserve"> </w:t>
      </w:r>
      <w:r w:rsidRPr="00557E83">
        <w:rPr>
          <w:lang w:val="en-GB"/>
        </w:rPr>
        <w:t>dream job a reality.</w:t>
      </w:r>
    </w:p>
    <w:p w14:paraId="580C2AD0" w14:textId="47FCB39C" w:rsidR="00557E83" w:rsidRDefault="00557E83" w:rsidP="00557E83">
      <w:pPr>
        <w:pStyle w:val="Heading2"/>
        <w:rPr>
          <w:lang w:val="en-GB"/>
        </w:rPr>
      </w:pPr>
      <w:r>
        <w:rPr>
          <w:lang w:val="en-GB"/>
        </w:rPr>
        <w:t>Average salaries</w:t>
      </w:r>
    </w:p>
    <w:p w14:paraId="6E656784" w14:textId="40F2FC43" w:rsidR="00557E83" w:rsidRPr="00557E83" w:rsidRDefault="00557E83" w:rsidP="00557E83">
      <w:pPr>
        <w:rPr>
          <w:lang w:val="en-GB"/>
        </w:rPr>
      </w:pPr>
      <w:r w:rsidRPr="00557E83">
        <w:rPr>
          <w:lang w:val="en-GB"/>
        </w:rPr>
        <w:t>£56,910</w:t>
      </w:r>
      <w:r>
        <w:rPr>
          <w:lang w:val="en-GB"/>
        </w:rPr>
        <w:t xml:space="preserve"> </w:t>
      </w:r>
      <w:r w:rsidRPr="00557E83">
        <w:rPr>
          <w:lang w:val="en-GB"/>
        </w:rPr>
        <w:t>Programmers</w:t>
      </w:r>
      <w:r>
        <w:rPr>
          <w:lang w:val="en-GB"/>
        </w:rPr>
        <w:t xml:space="preserve"> </w:t>
      </w:r>
      <w:r w:rsidRPr="00557E83">
        <w:rPr>
          <w:lang w:val="en-GB"/>
        </w:rPr>
        <w:t>and Software</w:t>
      </w:r>
      <w:r>
        <w:rPr>
          <w:lang w:val="en-GB"/>
        </w:rPr>
        <w:t xml:space="preserve"> </w:t>
      </w:r>
      <w:r w:rsidRPr="00557E83">
        <w:rPr>
          <w:lang w:val="en-GB"/>
        </w:rPr>
        <w:t>Development</w:t>
      </w:r>
      <w:r>
        <w:rPr>
          <w:lang w:val="en-GB"/>
        </w:rPr>
        <w:t xml:space="preserve"> </w:t>
      </w:r>
      <w:r w:rsidRPr="00557E83">
        <w:rPr>
          <w:lang w:val="en-GB"/>
        </w:rPr>
        <w:t>Professionals</w:t>
      </w:r>
    </w:p>
    <w:p w14:paraId="1CA14DC4" w14:textId="1B889AD3" w:rsidR="00557E83" w:rsidRPr="00557E83" w:rsidRDefault="00557E83" w:rsidP="00557E83">
      <w:pPr>
        <w:rPr>
          <w:lang w:val="en-GB"/>
        </w:rPr>
      </w:pPr>
      <w:r w:rsidRPr="00557E83">
        <w:rPr>
          <w:lang w:val="en-GB"/>
        </w:rPr>
        <w:t>£48,630</w:t>
      </w:r>
      <w:r>
        <w:rPr>
          <w:lang w:val="en-GB"/>
        </w:rPr>
        <w:t xml:space="preserve"> </w:t>
      </w:r>
      <w:r w:rsidRPr="00557E83">
        <w:rPr>
          <w:lang w:val="en-GB"/>
        </w:rPr>
        <w:t>Web Design</w:t>
      </w:r>
      <w:r>
        <w:rPr>
          <w:lang w:val="en-GB"/>
        </w:rPr>
        <w:t xml:space="preserve"> </w:t>
      </w:r>
      <w:r w:rsidRPr="00557E83">
        <w:rPr>
          <w:lang w:val="en-GB"/>
        </w:rPr>
        <w:t>Professionals</w:t>
      </w:r>
    </w:p>
    <w:p w14:paraId="5BC52E25" w14:textId="3BAB1505" w:rsidR="00557E83" w:rsidRDefault="00557E83" w:rsidP="00557E83">
      <w:pPr>
        <w:rPr>
          <w:lang w:val="en-GB"/>
        </w:rPr>
      </w:pPr>
      <w:r w:rsidRPr="00557E83">
        <w:rPr>
          <w:lang w:val="en-GB"/>
        </w:rPr>
        <w:t>£54,650</w:t>
      </w:r>
      <w:r>
        <w:rPr>
          <w:lang w:val="en-GB"/>
        </w:rPr>
        <w:t xml:space="preserve"> </w:t>
      </w:r>
      <w:r w:rsidRPr="00557E83">
        <w:rPr>
          <w:lang w:val="en-GB"/>
        </w:rPr>
        <w:t>Cyber Security</w:t>
      </w:r>
      <w:r>
        <w:rPr>
          <w:lang w:val="en-GB"/>
        </w:rPr>
        <w:t xml:space="preserve"> </w:t>
      </w:r>
      <w:r w:rsidRPr="00557E83">
        <w:rPr>
          <w:lang w:val="en-GB"/>
        </w:rPr>
        <w:t>Professionals</w:t>
      </w:r>
    </w:p>
    <w:p w14:paraId="66B4F7E2" w14:textId="77777777" w:rsidR="00557E83" w:rsidRPr="00557E83" w:rsidRDefault="00557E83" w:rsidP="00557E83">
      <w:pPr>
        <w:pStyle w:val="Heading2"/>
        <w:rPr>
          <w:lang w:val="en-GB"/>
        </w:rPr>
      </w:pPr>
      <w:r w:rsidRPr="00557E83">
        <w:rPr>
          <w:lang w:val="en-GB"/>
        </w:rPr>
        <w:t>Vocational Studies Digital Development Level 1</w:t>
      </w:r>
    </w:p>
    <w:p w14:paraId="47969003" w14:textId="77777777" w:rsidR="00557E83" w:rsidRPr="00557E83" w:rsidRDefault="00557E83" w:rsidP="00557E83">
      <w:pPr>
        <w:pStyle w:val="Heading3"/>
        <w:rPr>
          <w:lang w:val="en-GB"/>
        </w:rPr>
      </w:pPr>
      <w:r w:rsidRPr="00557E83">
        <w:rPr>
          <w:lang w:val="en-GB"/>
        </w:rPr>
        <w:t>Entry Requirements</w:t>
      </w:r>
    </w:p>
    <w:p w14:paraId="761FA70B" w14:textId="77777777" w:rsidR="00557E83" w:rsidRPr="00557E83" w:rsidRDefault="00557E83" w:rsidP="00557E83">
      <w:pPr>
        <w:rPr>
          <w:lang w:val="en-GB"/>
        </w:rPr>
      </w:pPr>
      <w:r w:rsidRPr="00557E83">
        <w:rPr>
          <w:lang w:val="en-GB"/>
        </w:rPr>
        <w:t>A minimum of four GCSEs with the following grades:</w:t>
      </w:r>
    </w:p>
    <w:p w14:paraId="375836AD" w14:textId="77777777" w:rsidR="00557E83" w:rsidRPr="00557E83" w:rsidRDefault="00557E83" w:rsidP="00557E83">
      <w:pPr>
        <w:numPr>
          <w:ilvl w:val="0"/>
          <w:numId w:val="137"/>
        </w:numPr>
        <w:rPr>
          <w:lang w:val="en-GB"/>
        </w:rPr>
      </w:pPr>
      <w:r w:rsidRPr="00557E83">
        <w:rPr>
          <w:lang w:val="en-GB"/>
        </w:rPr>
        <w:t>English at 2 or above</w:t>
      </w:r>
    </w:p>
    <w:p w14:paraId="4E36510E" w14:textId="77777777" w:rsidR="00557E83" w:rsidRPr="00557E83" w:rsidRDefault="00557E83" w:rsidP="00557E83">
      <w:pPr>
        <w:numPr>
          <w:ilvl w:val="0"/>
          <w:numId w:val="137"/>
        </w:numPr>
        <w:rPr>
          <w:lang w:val="en-GB"/>
        </w:rPr>
      </w:pPr>
      <w:r w:rsidRPr="00557E83">
        <w:rPr>
          <w:lang w:val="en-GB"/>
        </w:rPr>
        <w:t>Maths at 2 or above</w:t>
      </w:r>
    </w:p>
    <w:p w14:paraId="14D0677F" w14:textId="77777777" w:rsidR="00557E83" w:rsidRPr="00557E83" w:rsidRDefault="00557E83" w:rsidP="00557E83">
      <w:pPr>
        <w:numPr>
          <w:ilvl w:val="0"/>
          <w:numId w:val="137"/>
        </w:numPr>
        <w:rPr>
          <w:lang w:val="en-GB"/>
        </w:rPr>
      </w:pPr>
      <w:r w:rsidRPr="00557E83">
        <w:rPr>
          <w:lang w:val="en-GB"/>
        </w:rPr>
        <w:t>Two other GCSEs at 2 or above</w:t>
      </w:r>
    </w:p>
    <w:p w14:paraId="1A1F2BB6" w14:textId="77777777" w:rsidR="00557E83" w:rsidRPr="00557E83" w:rsidRDefault="00557E83" w:rsidP="00557E83">
      <w:pPr>
        <w:pStyle w:val="Heading3"/>
        <w:rPr>
          <w:lang w:val="en-GB"/>
        </w:rPr>
      </w:pPr>
      <w:r w:rsidRPr="00557E83">
        <w:rPr>
          <w:lang w:val="en-GB"/>
        </w:rPr>
        <w:t>Progression</w:t>
      </w:r>
    </w:p>
    <w:p w14:paraId="02A2E7B6" w14:textId="2A9D819D" w:rsidR="00557E83" w:rsidRPr="00557E83" w:rsidRDefault="00557E83" w:rsidP="00557E83">
      <w:pPr>
        <w:numPr>
          <w:ilvl w:val="0"/>
          <w:numId w:val="138"/>
        </w:numPr>
        <w:rPr>
          <w:lang w:val="en-GB"/>
        </w:rPr>
      </w:pPr>
      <w:r w:rsidRPr="00557E83">
        <w:rPr>
          <w:lang w:val="en-GB"/>
        </w:rPr>
        <w:t>Digital Development Level 2</w:t>
      </w:r>
    </w:p>
    <w:p w14:paraId="3E9FF274" w14:textId="77777777" w:rsidR="00557E83" w:rsidRPr="00557E83" w:rsidRDefault="00557E83" w:rsidP="00557E83">
      <w:pPr>
        <w:pStyle w:val="Heading2"/>
        <w:rPr>
          <w:lang w:val="en-GB"/>
        </w:rPr>
      </w:pPr>
      <w:r w:rsidRPr="00557E83">
        <w:rPr>
          <w:lang w:val="en-GB"/>
        </w:rPr>
        <w:t>Digital Development Level 2</w:t>
      </w:r>
    </w:p>
    <w:p w14:paraId="192534F8" w14:textId="77777777" w:rsidR="00557E83" w:rsidRPr="00557E83" w:rsidRDefault="00557E83" w:rsidP="00557E83">
      <w:pPr>
        <w:pStyle w:val="Heading3"/>
        <w:rPr>
          <w:lang w:val="en-GB"/>
        </w:rPr>
      </w:pPr>
      <w:r w:rsidRPr="00557E83">
        <w:rPr>
          <w:lang w:val="en-GB"/>
        </w:rPr>
        <w:t>Entry Requirements</w:t>
      </w:r>
    </w:p>
    <w:p w14:paraId="436DDCFE" w14:textId="77777777" w:rsidR="00557E83" w:rsidRPr="00557E83" w:rsidRDefault="00557E83" w:rsidP="00557E83">
      <w:pPr>
        <w:rPr>
          <w:lang w:val="en-GB"/>
        </w:rPr>
      </w:pPr>
      <w:r w:rsidRPr="00557E83">
        <w:rPr>
          <w:lang w:val="en-GB"/>
        </w:rPr>
        <w:t>A minimum of four GCSEs with the following grades:</w:t>
      </w:r>
    </w:p>
    <w:p w14:paraId="68C3E060" w14:textId="77777777" w:rsidR="00557E83" w:rsidRPr="00557E83" w:rsidRDefault="00557E83" w:rsidP="00557E83">
      <w:pPr>
        <w:numPr>
          <w:ilvl w:val="0"/>
          <w:numId w:val="139"/>
        </w:numPr>
        <w:rPr>
          <w:lang w:val="en-GB"/>
        </w:rPr>
      </w:pPr>
      <w:r w:rsidRPr="00557E83">
        <w:rPr>
          <w:lang w:val="en-GB"/>
        </w:rPr>
        <w:t>English and Maths at 3 or above</w:t>
      </w:r>
    </w:p>
    <w:p w14:paraId="3D83B67D" w14:textId="77777777" w:rsidR="00557E83" w:rsidRPr="00557E83" w:rsidRDefault="00557E83" w:rsidP="00557E83">
      <w:pPr>
        <w:numPr>
          <w:ilvl w:val="0"/>
          <w:numId w:val="139"/>
        </w:numPr>
        <w:rPr>
          <w:lang w:val="en-GB"/>
        </w:rPr>
      </w:pPr>
      <w:r w:rsidRPr="00557E83">
        <w:rPr>
          <w:lang w:val="en-GB"/>
        </w:rPr>
        <w:t>Two other GCSEs at 3 or above</w:t>
      </w:r>
    </w:p>
    <w:p w14:paraId="00FCBDAB" w14:textId="77777777" w:rsidR="00557E83" w:rsidRPr="00557E83" w:rsidRDefault="00557E83" w:rsidP="00557E83">
      <w:pPr>
        <w:pStyle w:val="Heading3"/>
        <w:rPr>
          <w:lang w:val="en-GB"/>
        </w:rPr>
      </w:pPr>
      <w:r w:rsidRPr="00557E83">
        <w:rPr>
          <w:lang w:val="en-GB"/>
        </w:rPr>
        <w:lastRenderedPageBreak/>
        <w:t>Progression</w:t>
      </w:r>
    </w:p>
    <w:p w14:paraId="098F08EE" w14:textId="797B3FCD" w:rsidR="00557E83" w:rsidRPr="00557E83" w:rsidRDefault="00557E83" w:rsidP="00557E83">
      <w:pPr>
        <w:numPr>
          <w:ilvl w:val="0"/>
          <w:numId w:val="140"/>
        </w:numPr>
        <w:rPr>
          <w:lang w:val="en-GB"/>
        </w:rPr>
      </w:pPr>
      <w:r w:rsidRPr="00557E83">
        <w:rPr>
          <w:lang w:val="en-GB"/>
        </w:rPr>
        <w:t>Software Development Level 3</w:t>
      </w:r>
    </w:p>
    <w:p w14:paraId="4F565393" w14:textId="77777777" w:rsidR="00557E83" w:rsidRPr="00557E83" w:rsidRDefault="00557E83" w:rsidP="00557E83">
      <w:pPr>
        <w:pStyle w:val="Heading2"/>
        <w:rPr>
          <w:lang w:val="en-GB"/>
        </w:rPr>
      </w:pPr>
      <w:r w:rsidRPr="00557E83">
        <w:rPr>
          <w:lang w:val="en-GB"/>
        </w:rPr>
        <w:t>Games, Esports and Media Level 2</w:t>
      </w:r>
    </w:p>
    <w:p w14:paraId="3DD10253" w14:textId="77777777" w:rsidR="00557E83" w:rsidRPr="00557E83" w:rsidRDefault="00557E83" w:rsidP="00557E83">
      <w:pPr>
        <w:pStyle w:val="Heading3"/>
        <w:rPr>
          <w:lang w:val="en-GB"/>
        </w:rPr>
      </w:pPr>
      <w:r w:rsidRPr="00557E83">
        <w:rPr>
          <w:lang w:val="en-GB"/>
        </w:rPr>
        <w:t>Entry Requirements</w:t>
      </w:r>
    </w:p>
    <w:p w14:paraId="1652EE6A" w14:textId="77777777" w:rsidR="00557E83" w:rsidRPr="00557E83" w:rsidRDefault="00557E83" w:rsidP="00557E83">
      <w:pPr>
        <w:numPr>
          <w:ilvl w:val="0"/>
          <w:numId w:val="141"/>
        </w:numPr>
        <w:rPr>
          <w:lang w:val="en-GB"/>
        </w:rPr>
      </w:pPr>
      <w:r w:rsidRPr="00557E83">
        <w:rPr>
          <w:lang w:val="en-GB"/>
        </w:rPr>
        <w:t>A minimum of four GCSEs at grade 3 or above to include English and Maths.</w:t>
      </w:r>
    </w:p>
    <w:p w14:paraId="06911E32" w14:textId="77777777" w:rsidR="00557E83" w:rsidRPr="00557E83" w:rsidRDefault="00557E83" w:rsidP="00557E83">
      <w:pPr>
        <w:pStyle w:val="Heading3"/>
        <w:rPr>
          <w:lang w:val="en-GB"/>
        </w:rPr>
      </w:pPr>
      <w:r w:rsidRPr="00557E83">
        <w:rPr>
          <w:lang w:val="en-GB"/>
        </w:rPr>
        <w:t>Progression</w:t>
      </w:r>
    </w:p>
    <w:p w14:paraId="084014CC" w14:textId="77777777" w:rsidR="00557E83" w:rsidRPr="00557E83" w:rsidRDefault="00557E83" w:rsidP="00557E83">
      <w:pPr>
        <w:pStyle w:val="ListParagraph"/>
        <w:numPr>
          <w:ilvl w:val="0"/>
          <w:numId w:val="146"/>
        </w:numPr>
        <w:rPr>
          <w:lang w:val="en-GB"/>
        </w:rPr>
      </w:pPr>
      <w:r w:rsidRPr="00557E83">
        <w:rPr>
          <w:lang w:val="en-GB"/>
        </w:rPr>
        <w:t>Games Development Level 3</w:t>
      </w:r>
    </w:p>
    <w:p w14:paraId="1D6A852B" w14:textId="77777777" w:rsidR="00557E83" w:rsidRPr="00557E83" w:rsidRDefault="00557E83" w:rsidP="00557E83">
      <w:pPr>
        <w:pStyle w:val="ListParagraph"/>
        <w:numPr>
          <w:ilvl w:val="0"/>
          <w:numId w:val="146"/>
        </w:numPr>
        <w:rPr>
          <w:lang w:val="en-GB"/>
        </w:rPr>
      </w:pPr>
      <w:r w:rsidRPr="00557E83">
        <w:rPr>
          <w:lang w:val="en-GB"/>
        </w:rPr>
        <w:t>Content Creation for Esports Level 3</w:t>
      </w:r>
    </w:p>
    <w:p w14:paraId="40BDEA19" w14:textId="3E36378B" w:rsidR="00557E83" w:rsidRPr="00557E83" w:rsidRDefault="00557E83" w:rsidP="00557E83">
      <w:pPr>
        <w:pStyle w:val="ListParagraph"/>
        <w:numPr>
          <w:ilvl w:val="0"/>
          <w:numId w:val="146"/>
        </w:numPr>
        <w:rPr>
          <w:lang w:val="en-GB"/>
        </w:rPr>
      </w:pPr>
      <w:r w:rsidRPr="00557E83">
        <w:rPr>
          <w:lang w:val="en-GB"/>
        </w:rPr>
        <w:t>Related Level 3 course</w:t>
      </w:r>
    </w:p>
    <w:p w14:paraId="50CA9F91" w14:textId="77777777" w:rsidR="00557E83" w:rsidRPr="00557E83" w:rsidRDefault="00557E83" w:rsidP="00557E83">
      <w:pPr>
        <w:pStyle w:val="Heading2"/>
        <w:rPr>
          <w:lang w:val="en-GB"/>
        </w:rPr>
      </w:pPr>
      <w:r w:rsidRPr="00557E83">
        <w:rPr>
          <w:lang w:val="en-GB"/>
        </w:rPr>
        <w:t>Games Development Level 3</w:t>
      </w:r>
    </w:p>
    <w:p w14:paraId="08585964" w14:textId="77777777" w:rsidR="00557E83" w:rsidRPr="00557E83" w:rsidRDefault="00557E83" w:rsidP="00557E83">
      <w:pPr>
        <w:pStyle w:val="Heading3"/>
        <w:rPr>
          <w:lang w:val="en-GB"/>
        </w:rPr>
      </w:pPr>
      <w:r w:rsidRPr="00557E83">
        <w:rPr>
          <w:lang w:val="en-GB"/>
        </w:rPr>
        <w:t>Entry Requirements</w:t>
      </w:r>
    </w:p>
    <w:p w14:paraId="406A1164" w14:textId="77777777" w:rsidR="00557E83" w:rsidRPr="00557E83" w:rsidRDefault="00557E83" w:rsidP="00557E83">
      <w:pPr>
        <w:numPr>
          <w:ilvl w:val="0"/>
          <w:numId w:val="142"/>
        </w:numPr>
        <w:rPr>
          <w:lang w:val="en-GB"/>
        </w:rPr>
      </w:pPr>
      <w:r w:rsidRPr="00557E83">
        <w:rPr>
          <w:lang w:val="en-GB"/>
        </w:rPr>
        <w:t>Five GCSEs at grade 4 or above to include English and Maths.</w:t>
      </w:r>
    </w:p>
    <w:p w14:paraId="402A0EC8" w14:textId="77777777" w:rsidR="00557E83" w:rsidRPr="00557E83" w:rsidRDefault="00557E83" w:rsidP="00557E83">
      <w:pPr>
        <w:pStyle w:val="Heading3"/>
        <w:rPr>
          <w:lang w:val="en-GB"/>
        </w:rPr>
      </w:pPr>
      <w:r w:rsidRPr="00557E83">
        <w:rPr>
          <w:lang w:val="en-GB"/>
        </w:rPr>
        <w:t>Progression</w:t>
      </w:r>
    </w:p>
    <w:p w14:paraId="2885E640" w14:textId="77777777" w:rsidR="00557E83" w:rsidRPr="00557E83" w:rsidRDefault="00557E83" w:rsidP="00557E83">
      <w:pPr>
        <w:pStyle w:val="ListParagraph"/>
        <w:numPr>
          <w:ilvl w:val="0"/>
          <w:numId w:val="147"/>
        </w:numPr>
        <w:rPr>
          <w:lang w:val="en-GB"/>
        </w:rPr>
      </w:pPr>
      <w:r w:rsidRPr="00557E83">
        <w:rPr>
          <w:lang w:val="en-GB"/>
        </w:rPr>
        <w:t>Higher Education</w:t>
      </w:r>
    </w:p>
    <w:p w14:paraId="33DEE5B0" w14:textId="77777777" w:rsidR="00557E83" w:rsidRPr="00557E83" w:rsidRDefault="00557E83" w:rsidP="00557E83">
      <w:pPr>
        <w:pStyle w:val="ListParagraph"/>
        <w:numPr>
          <w:ilvl w:val="0"/>
          <w:numId w:val="147"/>
        </w:numPr>
        <w:rPr>
          <w:lang w:val="en-GB"/>
        </w:rPr>
      </w:pPr>
      <w:r w:rsidRPr="00557E83">
        <w:rPr>
          <w:lang w:val="en-GB"/>
        </w:rPr>
        <w:t>Apprenticeship</w:t>
      </w:r>
    </w:p>
    <w:p w14:paraId="702997FF" w14:textId="6F66F621" w:rsidR="00557E83" w:rsidRPr="00557E83" w:rsidRDefault="00557E83" w:rsidP="00557E83">
      <w:pPr>
        <w:pStyle w:val="ListParagraph"/>
        <w:numPr>
          <w:ilvl w:val="0"/>
          <w:numId w:val="147"/>
        </w:numPr>
        <w:rPr>
          <w:lang w:val="en-GB"/>
        </w:rPr>
      </w:pPr>
      <w:r w:rsidRPr="00557E83">
        <w:rPr>
          <w:lang w:val="en-GB"/>
        </w:rPr>
        <w:t>Employment</w:t>
      </w:r>
    </w:p>
    <w:p w14:paraId="06B8FA51" w14:textId="77777777" w:rsidR="00557E83" w:rsidRPr="00557E83" w:rsidRDefault="00557E83" w:rsidP="00557E83">
      <w:pPr>
        <w:pStyle w:val="Heading2"/>
        <w:rPr>
          <w:lang w:val="en-GB"/>
        </w:rPr>
      </w:pPr>
      <w:r w:rsidRPr="00557E83">
        <w:rPr>
          <w:lang w:val="en-GB"/>
        </w:rPr>
        <w:t>Web Development Level 3</w:t>
      </w:r>
    </w:p>
    <w:p w14:paraId="01679F77" w14:textId="77777777" w:rsidR="00557E83" w:rsidRPr="00557E83" w:rsidRDefault="00557E83" w:rsidP="00557E83">
      <w:pPr>
        <w:pStyle w:val="Heading3"/>
        <w:rPr>
          <w:lang w:val="en-GB"/>
        </w:rPr>
      </w:pPr>
      <w:r w:rsidRPr="00557E83">
        <w:rPr>
          <w:lang w:val="en-GB"/>
        </w:rPr>
        <w:t>Entry Requirements</w:t>
      </w:r>
    </w:p>
    <w:p w14:paraId="7F5D47E2" w14:textId="77777777" w:rsidR="00557E83" w:rsidRPr="00557E83" w:rsidRDefault="00557E83" w:rsidP="00557E83">
      <w:pPr>
        <w:numPr>
          <w:ilvl w:val="0"/>
          <w:numId w:val="143"/>
        </w:numPr>
        <w:rPr>
          <w:lang w:val="en-GB"/>
        </w:rPr>
      </w:pPr>
      <w:r w:rsidRPr="00557E83">
        <w:rPr>
          <w:lang w:val="en-GB"/>
        </w:rPr>
        <w:t>Five GCSEs grade 4 or above to include English and Maths.</w:t>
      </w:r>
    </w:p>
    <w:p w14:paraId="389B9706" w14:textId="77777777" w:rsidR="00557E83" w:rsidRPr="00557E83" w:rsidRDefault="00557E83" w:rsidP="00557E83">
      <w:pPr>
        <w:pStyle w:val="Heading3"/>
        <w:rPr>
          <w:lang w:val="en-GB"/>
        </w:rPr>
      </w:pPr>
      <w:r w:rsidRPr="00557E83">
        <w:rPr>
          <w:lang w:val="en-GB"/>
        </w:rPr>
        <w:t>Progression</w:t>
      </w:r>
    </w:p>
    <w:p w14:paraId="43FD922D" w14:textId="77777777" w:rsidR="00557E83" w:rsidRPr="00557E83" w:rsidRDefault="00557E83" w:rsidP="00557E83">
      <w:pPr>
        <w:pStyle w:val="ListParagraph"/>
        <w:numPr>
          <w:ilvl w:val="0"/>
          <w:numId w:val="148"/>
        </w:numPr>
        <w:rPr>
          <w:lang w:val="en-GB"/>
        </w:rPr>
      </w:pPr>
      <w:r w:rsidRPr="00557E83">
        <w:rPr>
          <w:lang w:val="en-GB"/>
        </w:rPr>
        <w:t>Higher Education</w:t>
      </w:r>
    </w:p>
    <w:p w14:paraId="71DDAFBF" w14:textId="77777777" w:rsidR="00557E83" w:rsidRPr="00557E83" w:rsidRDefault="00557E83" w:rsidP="00557E83">
      <w:pPr>
        <w:pStyle w:val="ListParagraph"/>
        <w:numPr>
          <w:ilvl w:val="0"/>
          <w:numId w:val="148"/>
        </w:numPr>
        <w:rPr>
          <w:lang w:val="en-GB"/>
        </w:rPr>
      </w:pPr>
      <w:r w:rsidRPr="00557E83">
        <w:rPr>
          <w:lang w:val="en-GB"/>
        </w:rPr>
        <w:t>Degree in Web Development</w:t>
      </w:r>
    </w:p>
    <w:p w14:paraId="60AC25B3" w14:textId="77777777" w:rsidR="00557E83" w:rsidRPr="00557E83" w:rsidRDefault="002458E8" w:rsidP="00557E83">
      <w:pPr>
        <w:rPr>
          <w:lang w:val="en-GB"/>
        </w:rPr>
      </w:pPr>
      <w:r>
        <w:rPr>
          <w:lang w:val="en-GB"/>
        </w:rPr>
        <w:pict w14:anchorId="5E9CC136">
          <v:rect id="_x0000_i1025" style="width:0;height:1.5pt" o:hralign="center" o:hrstd="t" o:hr="t" fillcolor="#a0a0a0" stroked="f"/>
        </w:pict>
      </w:r>
    </w:p>
    <w:p w14:paraId="472F32D9" w14:textId="77777777" w:rsidR="00557E83" w:rsidRPr="00557E83" w:rsidRDefault="00557E83" w:rsidP="00557E83">
      <w:pPr>
        <w:pStyle w:val="Heading2"/>
        <w:rPr>
          <w:lang w:val="en-GB"/>
        </w:rPr>
      </w:pPr>
      <w:r w:rsidRPr="00557E83">
        <w:rPr>
          <w:lang w:val="en-GB"/>
        </w:rPr>
        <w:t>Certificate in Networking and Cybersecurity Level 3</w:t>
      </w:r>
    </w:p>
    <w:p w14:paraId="78BE7B1B" w14:textId="77777777" w:rsidR="00557E83" w:rsidRPr="00557E83" w:rsidRDefault="00557E83" w:rsidP="00557E83">
      <w:pPr>
        <w:pStyle w:val="Heading3"/>
        <w:rPr>
          <w:lang w:val="en-GB"/>
        </w:rPr>
      </w:pPr>
      <w:r w:rsidRPr="00557E83">
        <w:rPr>
          <w:lang w:val="en-GB"/>
        </w:rPr>
        <w:t>Entry Requirements</w:t>
      </w:r>
    </w:p>
    <w:p w14:paraId="3E85B791" w14:textId="77777777" w:rsidR="00557E83" w:rsidRPr="00557E83" w:rsidRDefault="00557E83" w:rsidP="00557E83">
      <w:pPr>
        <w:pStyle w:val="ListParagraph"/>
        <w:numPr>
          <w:ilvl w:val="0"/>
          <w:numId w:val="149"/>
        </w:numPr>
        <w:rPr>
          <w:lang w:val="en-GB"/>
        </w:rPr>
      </w:pPr>
      <w:r w:rsidRPr="00557E83">
        <w:rPr>
          <w:lang w:val="en-GB"/>
        </w:rPr>
        <w:t>You will need a minimum of five GCSEs at grade 4 or above, including English and Maths, and a Media or Art and Design GCSE.</w:t>
      </w:r>
    </w:p>
    <w:p w14:paraId="2ADFF9CA" w14:textId="77777777" w:rsidR="00557E83" w:rsidRPr="00557E83" w:rsidRDefault="00557E83" w:rsidP="00557E83">
      <w:pPr>
        <w:pStyle w:val="ListParagraph"/>
        <w:numPr>
          <w:ilvl w:val="0"/>
          <w:numId w:val="149"/>
        </w:numPr>
        <w:rPr>
          <w:lang w:val="en-GB"/>
        </w:rPr>
      </w:pPr>
      <w:r w:rsidRPr="00557E83">
        <w:rPr>
          <w:lang w:val="en-GB"/>
        </w:rPr>
        <w:t>Having a Level 3 qualification in Software Development or relevant industry experience is also desirable.</w:t>
      </w:r>
    </w:p>
    <w:p w14:paraId="6D7E7221" w14:textId="77777777" w:rsidR="00557E83" w:rsidRPr="00557E83" w:rsidRDefault="00557E83" w:rsidP="00557E83">
      <w:pPr>
        <w:pStyle w:val="Heading3"/>
        <w:rPr>
          <w:lang w:val="en-GB"/>
        </w:rPr>
      </w:pPr>
      <w:r w:rsidRPr="00557E83">
        <w:rPr>
          <w:lang w:val="en-GB"/>
        </w:rPr>
        <w:t>Progre</w:t>
      </w:r>
      <w:r w:rsidRPr="00557E83">
        <w:rPr>
          <w:sz w:val="24"/>
          <w:szCs w:val="24"/>
          <w:lang w:val="en-GB"/>
        </w:rPr>
        <w:t>ssion</w:t>
      </w:r>
    </w:p>
    <w:p w14:paraId="26ED3B39" w14:textId="77777777" w:rsidR="00557E83" w:rsidRPr="00557E83" w:rsidRDefault="00557E83" w:rsidP="00557E83">
      <w:pPr>
        <w:pStyle w:val="ListParagraph"/>
        <w:numPr>
          <w:ilvl w:val="0"/>
          <w:numId w:val="150"/>
        </w:numPr>
        <w:rPr>
          <w:lang w:val="en-GB"/>
        </w:rPr>
      </w:pPr>
      <w:r w:rsidRPr="00557E83">
        <w:rPr>
          <w:lang w:val="en-GB"/>
        </w:rPr>
        <w:t>Apprenticeship</w:t>
      </w:r>
    </w:p>
    <w:p w14:paraId="7605CE73" w14:textId="77777777" w:rsidR="00557E83" w:rsidRPr="00557E83" w:rsidRDefault="00557E83" w:rsidP="00557E83">
      <w:pPr>
        <w:pStyle w:val="ListParagraph"/>
        <w:numPr>
          <w:ilvl w:val="0"/>
          <w:numId w:val="150"/>
        </w:numPr>
        <w:rPr>
          <w:lang w:val="en-GB"/>
        </w:rPr>
      </w:pPr>
      <w:r w:rsidRPr="00557E83">
        <w:rPr>
          <w:lang w:val="en-GB"/>
        </w:rPr>
        <w:t>Employment</w:t>
      </w:r>
    </w:p>
    <w:p w14:paraId="57CDFC53" w14:textId="77777777" w:rsidR="00557E83" w:rsidRPr="00557E83" w:rsidRDefault="00557E83" w:rsidP="00557E83">
      <w:pPr>
        <w:pStyle w:val="ListParagraph"/>
        <w:numPr>
          <w:ilvl w:val="0"/>
          <w:numId w:val="150"/>
        </w:numPr>
        <w:rPr>
          <w:lang w:val="en-GB"/>
        </w:rPr>
      </w:pPr>
      <w:r w:rsidRPr="00557E83">
        <w:rPr>
          <w:lang w:val="en-GB"/>
        </w:rPr>
        <w:t>Access to HE (Computing)</w:t>
      </w:r>
    </w:p>
    <w:p w14:paraId="3DB42F4A" w14:textId="77777777" w:rsidR="00557E83" w:rsidRPr="00557E83" w:rsidRDefault="00557E83" w:rsidP="00557E83">
      <w:pPr>
        <w:pStyle w:val="Heading2"/>
        <w:rPr>
          <w:lang w:val="en-GB"/>
        </w:rPr>
      </w:pPr>
      <w:r w:rsidRPr="00557E83">
        <w:rPr>
          <w:lang w:val="en-GB"/>
        </w:rPr>
        <w:lastRenderedPageBreak/>
        <w:t>Web and Software Development Level 3</w:t>
      </w:r>
    </w:p>
    <w:p w14:paraId="4486F6AF" w14:textId="77777777" w:rsidR="00557E83" w:rsidRPr="00557E83" w:rsidRDefault="00557E83" w:rsidP="00557E83">
      <w:pPr>
        <w:pStyle w:val="Heading3"/>
        <w:rPr>
          <w:lang w:val="en-GB"/>
        </w:rPr>
      </w:pPr>
      <w:r w:rsidRPr="00557E83">
        <w:rPr>
          <w:lang w:val="en-GB"/>
        </w:rPr>
        <w:t>Entry Requirements</w:t>
      </w:r>
    </w:p>
    <w:p w14:paraId="08B27863" w14:textId="77777777" w:rsidR="00557E83" w:rsidRPr="00557E83" w:rsidRDefault="00557E83" w:rsidP="00557E83">
      <w:pPr>
        <w:numPr>
          <w:ilvl w:val="0"/>
          <w:numId w:val="144"/>
        </w:numPr>
        <w:rPr>
          <w:lang w:val="en-GB"/>
        </w:rPr>
      </w:pPr>
      <w:r w:rsidRPr="00557E83">
        <w:rPr>
          <w:lang w:val="en-GB"/>
        </w:rPr>
        <w:t>Five GCSEs at grade 4 or above to include English and Maths.</w:t>
      </w:r>
    </w:p>
    <w:p w14:paraId="41C11527" w14:textId="77777777" w:rsidR="00557E83" w:rsidRPr="00557E83" w:rsidRDefault="00557E83" w:rsidP="00557E83">
      <w:pPr>
        <w:pStyle w:val="Heading3"/>
        <w:rPr>
          <w:lang w:val="en-GB"/>
        </w:rPr>
      </w:pPr>
      <w:r w:rsidRPr="00557E83">
        <w:rPr>
          <w:lang w:val="en-GB"/>
        </w:rPr>
        <w:t>Progression</w:t>
      </w:r>
    </w:p>
    <w:p w14:paraId="275552EF" w14:textId="77777777" w:rsidR="00557E83" w:rsidRPr="00557E83" w:rsidRDefault="00557E83" w:rsidP="00557E83">
      <w:pPr>
        <w:pStyle w:val="ListParagraph"/>
        <w:numPr>
          <w:ilvl w:val="0"/>
          <w:numId w:val="151"/>
        </w:numPr>
        <w:rPr>
          <w:lang w:val="en-GB"/>
        </w:rPr>
      </w:pPr>
      <w:r w:rsidRPr="00557E83">
        <w:rPr>
          <w:lang w:val="en-GB"/>
        </w:rPr>
        <w:t>Apprenticeship</w:t>
      </w:r>
    </w:p>
    <w:p w14:paraId="4052C98E" w14:textId="0FE839C9" w:rsidR="00557E83" w:rsidRPr="00136528" w:rsidRDefault="00557E83" w:rsidP="00557E83">
      <w:pPr>
        <w:pStyle w:val="ListParagraph"/>
        <w:numPr>
          <w:ilvl w:val="0"/>
          <w:numId w:val="151"/>
        </w:numPr>
        <w:rPr>
          <w:lang w:val="en-GB"/>
        </w:rPr>
      </w:pPr>
      <w:r w:rsidRPr="00557E83">
        <w:rPr>
          <w:lang w:val="en-GB"/>
        </w:rPr>
        <w:t>Employmen</w:t>
      </w:r>
      <w:r w:rsidR="00136528">
        <w:rPr>
          <w:lang w:val="en-GB"/>
        </w:rPr>
        <w:t>t</w:t>
      </w:r>
    </w:p>
    <w:p w14:paraId="430B1A70" w14:textId="77777777" w:rsidR="00557E83" w:rsidRPr="00557E83" w:rsidRDefault="00557E83" w:rsidP="00557E83">
      <w:pPr>
        <w:pStyle w:val="Heading2"/>
        <w:rPr>
          <w:lang w:val="en-GB"/>
        </w:rPr>
      </w:pPr>
      <w:r w:rsidRPr="00557E83">
        <w:rPr>
          <w:lang w:val="en-GB"/>
        </w:rPr>
        <w:t>Content Creation for Esports Level 3</w:t>
      </w:r>
    </w:p>
    <w:p w14:paraId="1C0209F7" w14:textId="77777777" w:rsidR="00557E83" w:rsidRPr="00557E83" w:rsidRDefault="00557E83" w:rsidP="00557E83">
      <w:pPr>
        <w:pStyle w:val="Heading3"/>
        <w:rPr>
          <w:lang w:val="en-GB"/>
        </w:rPr>
      </w:pPr>
      <w:r w:rsidRPr="00557E83">
        <w:rPr>
          <w:lang w:val="en-GB"/>
        </w:rPr>
        <w:t>Entry Requirements</w:t>
      </w:r>
    </w:p>
    <w:p w14:paraId="154502F4" w14:textId="77777777" w:rsidR="00557E83" w:rsidRPr="00557E83" w:rsidRDefault="00557E83" w:rsidP="00557E83">
      <w:pPr>
        <w:numPr>
          <w:ilvl w:val="0"/>
          <w:numId w:val="145"/>
        </w:numPr>
        <w:rPr>
          <w:lang w:val="en-GB"/>
        </w:rPr>
      </w:pPr>
      <w:r w:rsidRPr="00557E83">
        <w:rPr>
          <w:lang w:val="en-GB"/>
        </w:rPr>
        <w:t>A minimum of five GCSEs at grade 4 or above including English and Maths and a GCSE in an art or creative subject.</w:t>
      </w:r>
    </w:p>
    <w:p w14:paraId="138F034A" w14:textId="77777777" w:rsidR="00557E83" w:rsidRPr="00557E83" w:rsidRDefault="00557E83" w:rsidP="00136528">
      <w:pPr>
        <w:pStyle w:val="Heading3"/>
        <w:rPr>
          <w:lang w:val="en-GB"/>
        </w:rPr>
      </w:pPr>
      <w:r w:rsidRPr="00557E83">
        <w:rPr>
          <w:lang w:val="en-GB"/>
        </w:rPr>
        <w:t>Progression</w:t>
      </w:r>
    </w:p>
    <w:p w14:paraId="707DEDA5" w14:textId="77777777" w:rsidR="00557E83" w:rsidRPr="00557E83" w:rsidRDefault="00557E83" w:rsidP="00557E83">
      <w:pPr>
        <w:pStyle w:val="ListParagraph"/>
        <w:numPr>
          <w:ilvl w:val="0"/>
          <w:numId w:val="152"/>
        </w:numPr>
        <w:rPr>
          <w:lang w:val="en-GB"/>
        </w:rPr>
      </w:pPr>
      <w:r w:rsidRPr="00557E83">
        <w:rPr>
          <w:lang w:val="en-GB"/>
        </w:rPr>
        <w:t>Higher Education</w:t>
      </w:r>
    </w:p>
    <w:p w14:paraId="2CCB4054" w14:textId="72BB55B6" w:rsidR="00557E83" w:rsidRPr="00136528" w:rsidRDefault="00557E83" w:rsidP="00557E83">
      <w:pPr>
        <w:pStyle w:val="ListParagraph"/>
        <w:numPr>
          <w:ilvl w:val="0"/>
          <w:numId w:val="152"/>
        </w:numPr>
        <w:rPr>
          <w:lang w:val="en-GB"/>
        </w:rPr>
      </w:pPr>
      <w:r w:rsidRPr="00557E83">
        <w:rPr>
          <w:lang w:val="en-GB"/>
        </w:rPr>
        <w:t>Higher apprenticeship</w:t>
      </w:r>
    </w:p>
    <w:p w14:paraId="0C6FA365" w14:textId="77777777" w:rsidR="00557E83" w:rsidRPr="00557E83" w:rsidRDefault="00557E83" w:rsidP="00557E83">
      <w:pPr>
        <w:pStyle w:val="Heading2"/>
        <w:rPr>
          <w:lang w:val="en-GB"/>
        </w:rPr>
      </w:pPr>
      <w:r w:rsidRPr="00557E83">
        <w:rPr>
          <w:lang w:val="en-GB"/>
        </w:rPr>
        <w:t>T Level Digital Software Development Level 3</w:t>
      </w:r>
    </w:p>
    <w:p w14:paraId="31DC1B1B" w14:textId="77777777" w:rsidR="00557E83" w:rsidRPr="00557E83" w:rsidRDefault="00557E83" w:rsidP="00557E83">
      <w:pPr>
        <w:pStyle w:val="Heading3"/>
        <w:rPr>
          <w:lang w:val="en-GB"/>
        </w:rPr>
      </w:pPr>
      <w:r w:rsidRPr="00557E83">
        <w:rPr>
          <w:lang w:val="en-GB"/>
        </w:rPr>
        <w:t>Entry Requirements</w:t>
      </w:r>
    </w:p>
    <w:p w14:paraId="6408A43D" w14:textId="77777777" w:rsidR="00557E83" w:rsidRPr="00557E83" w:rsidRDefault="00557E83" w:rsidP="00557E83">
      <w:pPr>
        <w:pStyle w:val="ListParagraph"/>
        <w:numPr>
          <w:ilvl w:val="0"/>
          <w:numId w:val="153"/>
        </w:numPr>
        <w:rPr>
          <w:lang w:val="en-GB"/>
        </w:rPr>
      </w:pPr>
      <w:r w:rsidRPr="00557E83">
        <w:rPr>
          <w:lang w:val="en-GB"/>
        </w:rPr>
        <w:t>A minimum of GCSE English at grade 5 or above.</w:t>
      </w:r>
    </w:p>
    <w:p w14:paraId="3A91924D" w14:textId="77777777" w:rsidR="00557E83" w:rsidRPr="00557E83" w:rsidRDefault="00557E83" w:rsidP="00557E83">
      <w:pPr>
        <w:pStyle w:val="ListParagraph"/>
        <w:numPr>
          <w:ilvl w:val="0"/>
          <w:numId w:val="153"/>
        </w:numPr>
        <w:rPr>
          <w:lang w:val="en-GB"/>
        </w:rPr>
      </w:pPr>
      <w:r w:rsidRPr="00557E83">
        <w:rPr>
          <w:lang w:val="en-GB"/>
        </w:rPr>
        <w:t>Four other GCSEs at grade 4 or above to include Maths.</w:t>
      </w:r>
    </w:p>
    <w:p w14:paraId="7DA65B27" w14:textId="77777777" w:rsidR="00557E83" w:rsidRPr="00557E83" w:rsidRDefault="00557E83" w:rsidP="00557E83">
      <w:pPr>
        <w:pStyle w:val="Heading3"/>
        <w:rPr>
          <w:lang w:val="en-GB"/>
        </w:rPr>
      </w:pPr>
      <w:r w:rsidRPr="00557E83">
        <w:rPr>
          <w:lang w:val="en-GB"/>
        </w:rPr>
        <w:t>Progression</w:t>
      </w:r>
    </w:p>
    <w:p w14:paraId="7203D66F" w14:textId="77777777" w:rsidR="00557E83" w:rsidRPr="00557E83" w:rsidRDefault="00557E83" w:rsidP="00557E83">
      <w:pPr>
        <w:pStyle w:val="ListParagraph"/>
        <w:numPr>
          <w:ilvl w:val="0"/>
          <w:numId w:val="154"/>
        </w:numPr>
        <w:rPr>
          <w:lang w:val="en-GB"/>
        </w:rPr>
      </w:pPr>
      <w:r w:rsidRPr="00557E83">
        <w:rPr>
          <w:lang w:val="en-GB"/>
        </w:rPr>
        <w:t>University</w:t>
      </w:r>
    </w:p>
    <w:p w14:paraId="1846567D" w14:textId="77777777" w:rsidR="00557E83" w:rsidRPr="00557E83" w:rsidRDefault="00557E83" w:rsidP="00557E83">
      <w:pPr>
        <w:pStyle w:val="ListParagraph"/>
        <w:numPr>
          <w:ilvl w:val="0"/>
          <w:numId w:val="154"/>
        </w:numPr>
        <w:rPr>
          <w:lang w:val="en-GB"/>
        </w:rPr>
      </w:pPr>
      <w:r w:rsidRPr="00557E83">
        <w:rPr>
          <w:lang w:val="en-GB"/>
        </w:rPr>
        <w:t>Degree apprenticeship</w:t>
      </w:r>
    </w:p>
    <w:p w14:paraId="493A7464" w14:textId="68E1C641" w:rsidR="00557E83" w:rsidRPr="00136528" w:rsidRDefault="00557E83" w:rsidP="00557E83">
      <w:pPr>
        <w:pStyle w:val="ListParagraph"/>
        <w:numPr>
          <w:ilvl w:val="0"/>
          <w:numId w:val="154"/>
        </w:numPr>
        <w:rPr>
          <w:lang w:val="en-GB"/>
        </w:rPr>
      </w:pPr>
      <w:r w:rsidRPr="00557E83">
        <w:rPr>
          <w:lang w:val="en-GB"/>
        </w:rPr>
        <w:t>Employment in the digital sector</w:t>
      </w:r>
    </w:p>
    <w:p w14:paraId="629004F4" w14:textId="77777777" w:rsidR="00557E83" w:rsidRPr="00557E83" w:rsidRDefault="00557E83" w:rsidP="00557E83">
      <w:pPr>
        <w:pStyle w:val="Heading2"/>
        <w:rPr>
          <w:lang w:val="en-GB"/>
        </w:rPr>
      </w:pPr>
      <w:r w:rsidRPr="00557E83">
        <w:rPr>
          <w:lang w:val="en-GB"/>
        </w:rPr>
        <w:t>Multi-Channel Marketer Apprenticeship Level 3</w:t>
      </w:r>
    </w:p>
    <w:p w14:paraId="4A1B02AB" w14:textId="77777777" w:rsidR="00557E83" w:rsidRPr="00557E83" w:rsidRDefault="00557E83" w:rsidP="00557E83">
      <w:pPr>
        <w:pStyle w:val="Heading3"/>
        <w:rPr>
          <w:lang w:val="en-GB"/>
        </w:rPr>
      </w:pPr>
      <w:r w:rsidRPr="00557E83">
        <w:rPr>
          <w:lang w:val="en-GB"/>
        </w:rPr>
        <w:t>Entry Requirements</w:t>
      </w:r>
    </w:p>
    <w:p w14:paraId="094247E5" w14:textId="77777777" w:rsidR="00557E83" w:rsidRPr="00557E83" w:rsidRDefault="00557E83" w:rsidP="00557E83">
      <w:pPr>
        <w:pStyle w:val="ListParagraph"/>
        <w:numPr>
          <w:ilvl w:val="0"/>
          <w:numId w:val="155"/>
        </w:numPr>
        <w:rPr>
          <w:lang w:val="en-GB"/>
        </w:rPr>
      </w:pPr>
      <w:r w:rsidRPr="00557E83">
        <w:rPr>
          <w:lang w:val="en-GB"/>
        </w:rPr>
        <w:t>English and Maths grade 4 or above.</w:t>
      </w:r>
    </w:p>
    <w:p w14:paraId="4ECCD3A3" w14:textId="77777777" w:rsidR="00557E83" w:rsidRPr="00557E83" w:rsidRDefault="00557E83" w:rsidP="00557E83">
      <w:pPr>
        <w:pStyle w:val="ListParagraph"/>
        <w:numPr>
          <w:ilvl w:val="0"/>
          <w:numId w:val="155"/>
        </w:numPr>
        <w:rPr>
          <w:lang w:val="en-GB"/>
        </w:rPr>
      </w:pPr>
      <w:r w:rsidRPr="00557E83">
        <w:rPr>
          <w:lang w:val="en-GB"/>
        </w:rPr>
        <w:t xml:space="preserve">To start your </w:t>
      </w:r>
      <w:proofErr w:type="gramStart"/>
      <w:r w:rsidRPr="00557E83">
        <w:rPr>
          <w:lang w:val="en-GB"/>
        </w:rPr>
        <w:t>apprenticeship</w:t>
      </w:r>
      <w:proofErr w:type="gramEnd"/>
      <w:r w:rsidRPr="00557E83">
        <w:rPr>
          <w:lang w:val="en-GB"/>
        </w:rPr>
        <w:t xml:space="preserve"> you must have secured employment that the college has agreed is suitable.</w:t>
      </w:r>
    </w:p>
    <w:p w14:paraId="22DFFDF1" w14:textId="77777777" w:rsidR="00557E83" w:rsidRPr="00557E83" w:rsidRDefault="00557E83" w:rsidP="00557E83">
      <w:pPr>
        <w:pStyle w:val="Heading3"/>
        <w:rPr>
          <w:lang w:val="en-GB"/>
        </w:rPr>
      </w:pPr>
      <w:r w:rsidRPr="00557E83">
        <w:rPr>
          <w:lang w:val="en-GB"/>
        </w:rPr>
        <w:t>Progression</w:t>
      </w:r>
    </w:p>
    <w:p w14:paraId="061DC558" w14:textId="77777777" w:rsidR="00557E83" w:rsidRPr="00557E83" w:rsidRDefault="00557E83" w:rsidP="00557E83">
      <w:pPr>
        <w:pStyle w:val="ListParagraph"/>
        <w:numPr>
          <w:ilvl w:val="0"/>
          <w:numId w:val="156"/>
        </w:numPr>
        <w:rPr>
          <w:lang w:val="en-GB"/>
        </w:rPr>
      </w:pPr>
      <w:r w:rsidRPr="00557E83">
        <w:rPr>
          <w:lang w:val="en-GB"/>
        </w:rPr>
        <w:t>Level 4 apprenticeship</w:t>
      </w:r>
    </w:p>
    <w:p w14:paraId="3F287CB0" w14:textId="77777777" w:rsidR="00557E83" w:rsidRPr="00557E83" w:rsidRDefault="00557E83" w:rsidP="00557E83">
      <w:pPr>
        <w:pStyle w:val="ListParagraph"/>
        <w:numPr>
          <w:ilvl w:val="0"/>
          <w:numId w:val="156"/>
        </w:numPr>
        <w:rPr>
          <w:lang w:val="en-GB"/>
        </w:rPr>
      </w:pPr>
      <w:r w:rsidRPr="00557E83">
        <w:rPr>
          <w:lang w:val="en-GB"/>
        </w:rPr>
        <w:t>Higher Education</w:t>
      </w:r>
    </w:p>
    <w:p w14:paraId="47DFA45B" w14:textId="4ED8369E" w:rsidR="00557E83" w:rsidRPr="00557E83" w:rsidRDefault="00557E83" w:rsidP="00557E83">
      <w:pPr>
        <w:pStyle w:val="ListParagraph"/>
        <w:numPr>
          <w:ilvl w:val="0"/>
          <w:numId w:val="156"/>
        </w:numPr>
        <w:rPr>
          <w:lang w:val="en-GB"/>
        </w:rPr>
      </w:pPr>
      <w:r w:rsidRPr="00557E83">
        <w:rPr>
          <w:lang w:val="en-GB"/>
        </w:rPr>
        <w:t>Employment</w:t>
      </w:r>
    </w:p>
    <w:p w14:paraId="69B10821" w14:textId="77777777" w:rsidR="00557E83" w:rsidRPr="00557E83" w:rsidRDefault="00557E83" w:rsidP="00557E83">
      <w:pPr>
        <w:pStyle w:val="Heading2"/>
        <w:rPr>
          <w:lang w:val="en-GB"/>
        </w:rPr>
      </w:pPr>
      <w:r w:rsidRPr="00557E83">
        <w:rPr>
          <w:lang w:val="en-GB"/>
        </w:rPr>
        <w:lastRenderedPageBreak/>
        <w:t>Cyber Security Technician Apprenticeship Level 3</w:t>
      </w:r>
    </w:p>
    <w:p w14:paraId="4791C85C" w14:textId="77777777" w:rsidR="00557E83" w:rsidRPr="00557E83" w:rsidRDefault="00557E83" w:rsidP="00557E83">
      <w:pPr>
        <w:pStyle w:val="Heading3"/>
        <w:rPr>
          <w:lang w:val="en-GB"/>
        </w:rPr>
      </w:pPr>
      <w:r w:rsidRPr="00557E83">
        <w:rPr>
          <w:lang w:val="en-GB"/>
        </w:rPr>
        <w:t>Entry Requirements</w:t>
      </w:r>
    </w:p>
    <w:p w14:paraId="3EC03A41" w14:textId="77777777" w:rsidR="00557E83" w:rsidRPr="00557E83" w:rsidRDefault="00557E83" w:rsidP="00557E83">
      <w:pPr>
        <w:pStyle w:val="ListParagraph"/>
        <w:numPr>
          <w:ilvl w:val="0"/>
          <w:numId w:val="157"/>
        </w:numPr>
        <w:rPr>
          <w:lang w:val="en-GB"/>
        </w:rPr>
      </w:pPr>
      <w:r w:rsidRPr="00557E83">
        <w:rPr>
          <w:lang w:val="en-GB"/>
        </w:rPr>
        <w:t>GCSE grade 4 or above in Maths and English.</w:t>
      </w:r>
    </w:p>
    <w:p w14:paraId="6F87985E" w14:textId="6CD93F51" w:rsidR="00557E83" w:rsidRPr="00557E83" w:rsidRDefault="00557E83" w:rsidP="00557E83">
      <w:pPr>
        <w:pStyle w:val="ListParagraph"/>
        <w:numPr>
          <w:ilvl w:val="0"/>
          <w:numId w:val="157"/>
        </w:numPr>
        <w:rPr>
          <w:lang w:val="en-GB"/>
        </w:rPr>
      </w:pPr>
      <w:r w:rsidRPr="00557E83">
        <w:rPr>
          <w:lang w:val="en-GB"/>
        </w:rPr>
        <w:t>To start your apprenticeship, you must have secured employment that the college has agreed is suitable.</w:t>
      </w:r>
    </w:p>
    <w:p w14:paraId="3FED364D" w14:textId="77777777" w:rsidR="00557E83" w:rsidRPr="00557E83" w:rsidRDefault="00557E83" w:rsidP="00557E83">
      <w:pPr>
        <w:pStyle w:val="Heading3"/>
        <w:rPr>
          <w:lang w:val="en-GB"/>
        </w:rPr>
      </w:pPr>
      <w:r w:rsidRPr="00557E83">
        <w:rPr>
          <w:lang w:val="en-GB"/>
        </w:rPr>
        <w:t>Progression</w:t>
      </w:r>
    </w:p>
    <w:p w14:paraId="0A48EE09" w14:textId="77777777" w:rsidR="00557E83" w:rsidRPr="00557E83" w:rsidRDefault="00557E83" w:rsidP="00557E83">
      <w:pPr>
        <w:pStyle w:val="ListParagraph"/>
        <w:numPr>
          <w:ilvl w:val="0"/>
          <w:numId w:val="158"/>
        </w:numPr>
        <w:rPr>
          <w:lang w:val="en-GB"/>
        </w:rPr>
      </w:pPr>
      <w:r w:rsidRPr="00557E83">
        <w:rPr>
          <w:lang w:val="en-GB"/>
        </w:rPr>
        <w:t>Level 4 apprenticeship in fields of networks and cybersecurity</w:t>
      </w:r>
    </w:p>
    <w:p w14:paraId="2AE07C61" w14:textId="77777777" w:rsidR="00557E83" w:rsidRPr="00557E83" w:rsidRDefault="00557E83" w:rsidP="00557E83">
      <w:pPr>
        <w:pStyle w:val="ListParagraph"/>
        <w:numPr>
          <w:ilvl w:val="0"/>
          <w:numId w:val="158"/>
        </w:numPr>
        <w:rPr>
          <w:lang w:val="en-GB"/>
        </w:rPr>
      </w:pPr>
      <w:r w:rsidRPr="00557E83">
        <w:rPr>
          <w:lang w:val="en-GB"/>
        </w:rPr>
        <w:t>University</w:t>
      </w:r>
    </w:p>
    <w:p w14:paraId="6AC20F21" w14:textId="0EB0577C" w:rsidR="00557E83" w:rsidRPr="00136528" w:rsidRDefault="00557E83" w:rsidP="00557E83">
      <w:pPr>
        <w:pStyle w:val="ListParagraph"/>
        <w:numPr>
          <w:ilvl w:val="0"/>
          <w:numId w:val="158"/>
        </w:numPr>
        <w:rPr>
          <w:lang w:val="en-GB"/>
        </w:rPr>
      </w:pPr>
      <w:r w:rsidRPr="00557E83">
        <w:rPr>
          <w:lang w:val="en-GB"/>
        </w:rPr>
        <w:t>Employment</w:t>
      </w:r>
    </w:p>
    <w:p w14:paraId="31CB6019" w14:textId="77777777" w:rsidR="00557E83" w:rsidRPr="00557E83" w:rsidRDefault="00557E83" w:rsidP="00557E83">
      <w:pPr>
        <w:pStyle w:val="Heading2"/>
        <w:rPr>
          <w:lang w:val="en-GB"/>
        </w:rPr>
      </w:pPr>
      <w:r w:rsidRPr="00557E83">
        <w:rPr>
          <w:lang w:val="en-GB"/>
        </w:rPr>
        <w:t>Information Communications Technician Apprenticeship Level 3</w:t>
      </w:r>
    </w:p>
    <w:p w14:paraId="62326EBB" w14:textId="77777777" w:rsidR="00557E83" w:rsidRPr="00557E83" w:rsidRDefault="00557E83" w:rsidP="00557E83">
      <w:pPr>
        <w:pStyle w:val="Heading3"/>
        <w:rPr>
          <w:lang w:val="en-GB"/>
        </w:rPr>
      </w:pPr>
      <w:r w:rsidRPr="00557E83">
        <w:rPr>
          <w:lang w:val="en-GB"/>
        </w:rPr>
        <w:t>Entry Requirements</w:t>
      </w:r>
    </w:p>
    <w:p w14:paraId="43CED8FF" w14:textId="77777777" w:rsidR="00557E83" w:rsidRPr="00557E83" w:rsidRDefault="00557E83" w:rsidP="00557E83">
      <w:pPr>
        <w:pStyle w:val="ListParagraph"/>
        <w:numPr>
          <w:ilvl w:val="0"/>
          <w:numId w:val="159"/>
        </w:numPr>
        <w:rPr>
          <w:lang w:val="en-GB"/>
        </w:rPr>
      </w:pPr>
      <w:r w:rsidRPr="00557E83">
        <w:rPr>
          <w:lang w:val="en-GB"/>
        </w:rPr>
        <w:t>GCSE grade 4 or above in GCSE English, Maths and an IT qualification or relevant experience.</w:t>
      </w:r>
    </w:p>
    <w:p w14:paraId="7167790A" w14:textId="77777777" w:rsidR="00557E83" w:rsidRPr="00557E83" w:rsidRDefault="00557E83" w:rsidP="00557E83">
      <w:pPr>
        <w:pStyle w:val="ListParagraph"/>
        <w:numPr>
          <w:ilvl w:val="0"/>
          <w:numId w:val="159"/>
        </w:numPr>
        <w:rPr>
          <w:lang w:val="en-GB"/>
        </w:rPr>
      </w:pPr>
      <w:r w:rsidRPr="00557E83">
        <w:rPr>
          <w:lang w:val="en-GB"/>
        </w:rPr>
        <w:t xml:space="preserve">To start your </w:t>
      </w:r>
      <w:proofErr w:type="gramStart"/>
      <w:r w:rsidRPr="00557E83">
        <w:rPr>
          <w:lang w:val="en-GB"/>
        </w:rPr>
        <w:t>apprenticeship</w:t>
      </w:r>
      <w:proofErr w:type="gramEnd"/>
      <w:r w:rsidRPr="00557E83">
        <w:rPr>
          <w:lang w:val="en-GB"/>
        </w:rPr>
        <w:t xml:space="preserve"> you must have secured employment that the college has agreed is suitable.</w:t>
      </w:r>
    </w:p>
    <w:p w14:paraId="299B5CA3" w14:textId="77777777" w:rsidR="00557E83" w:rsidRPr="00557E83" w:rsidRDefault="00557E83" w:rsidP="00557E83">
      <w:pPr>
        <w:pStyle w:val="Heading3"/>
        <w:rPr>
          <w:lang w:val="en-GB"/>
        </w:rPr>
      </w:pPr>
      <w:r w:rsidRPr="00557E83">
        <w:rPr>
          <w:lang w:val="en-GB"/>
        </w:rPr>
        <w:t>Progression</w:t>
      </w:r>
    </w:p>
    <w:p w14:paraId="483D9130" w14:textId="77777777" w:rsidR="00557E83" w:rsidRPr="00557E83" w:rsidRDefault="00557E83" w:rsidP="00557E83">
      <w:pPr>
        <w:pStyle w:val="ListParagraph"/>
        <w:numPr>
          <w:ilvl w:val="0"/>
          <w:numId w:val="160"/>
        </w:numPr>
        <w:rPr>
          <w:lang w:val="en-GB"/>
        </w:rPr>
      </w:pPr>
      <w:r w:rsidRPr="00557E83">
        <w:rPr>
          <w:lang w:val="en-GB"/>
        </w:rPr>
        <w:t>Higher Education qualification in Computing and IT</w:t>
      </w:r>
    </w:p>
    <w:p w14:paraId="7CF7AC36" w14:textId="77777777" w:rsidR="00557E83" w:rsidRPr="00557E83" w:rsidRDefault="00557E83" w:rsidP="00557E83">
      <w:pPr>
        <w:pStyle w:val="ListParagraph"/>
        <w:numPr>
          <w:ilvl w:val="0"/>
          <w:numId w:val="160"/>
        </w:numPr>
        <w:rPr>
          <w:lang w:val="en-GB"/>
        </w:rPr>
      </w:pPr>
      <w:r w:rsidRPr="00557E83">
        <w:rPr>
          <w:lang w:val="en-GB"/>
        </w:rPr>
        <w:t>Full-time employment</w:t>
      </w:r>
    </w:p>
    <w:p w14:paraId="45C3BAA9" w14:textId="188788BE" w:rsidR="00557E83" w:rsidRDefault="00B96DB6" w:rsidP="00B96DB6">
      <w:pPr>
        <w:pStyle w:val="Heading1"/>
        <w:rPr>
          <w:lang w:val="en-GB"/>
        </w:rPr>
      </w:pPr>
      <w:r>
        <w:rPr>
          <w:lang w:val="en-GB"/>
        </w:rPr>
        <w:br/>
        <w:t>Education and Early Years</w:t>
      </w:r>
    </w:p>
    <w:p w14:paraId="63121A45" w14:textId="78CCAEB0" w:rsidR="00B96DB6" w:rsidRDefault="00B96DB6" w:rsidP="00B96DB6">
      <w:pPr>
        <w:rPr>
          <w:lang w:val="en-GB"/>
        </w:rPr>
      </w:pPr>
      <w:r w:rsidRPr="00B96DB6">
        <w:rPr>
          <w:lang w:val="en-GB"/>
        </w:rPr>
        <w:t>A career in the Education and</w:t>
      </w:r>
      <w:r>
        <w:rPr>
          <w:lang w:val="en-GB"/>
        </w:rPr>
        <w:t xml:space="preserve"> </w:t>
      </w:r>
      <w:r w:rsidRPr="00B96DB6">
        <w:rPr>
          <w:lang w:val="en-GB"/>
        </w:rPr>
        <w:t>Early Years sector is unique</w:t>
      </w:r>
      <w:r>
        <w:rPr>
          <w:lang w:val="en-GB"/>
        </w:rPr>
        <w:t xml:space="preserve"> </w:t>
      </w:r>
      <w:r w:rsidRPr="00B96DB6">
        <w:rPr>
          <w:lang w:val="en-GB"/>
        </w:rPr>
        <w:t>and rewarding. Working in</w:t>
      </w:r>
      <w:r>
        <w:rPr>
          <w:lang w:val="en-GB"/>
        </w:rPr>
        <w:t xml:space="preserve"> </w:t>
      </w:r>
      <w:r w:rsidRPr="00B96DB6">
        <w:rPr>
          <w:lang w:val="en-GB"/>
        </w:rPr>
        <w:t>the sector will make a big</w:t>
      </w:r>
      <w:r>
        <w:rPr>
          <w:lang w:val="en-GB"/>
        </w:rPr>
        <w:t xml:space="preserve"> </w:t>
      </w:r>
      <w:r w:rsidRPr="00B96DB6">
        <w:rPr>
          <w:lang w:val="en-GB"/>
        </w:rPr>
        <w:t>difference to helping children</w:t>
      </w:r>
      <w:r>
        <w:rPr>
          <w:lang w:val="en-GB"/>
        </w:rPr>
        <w:t xml:space="preserve"> </w:t>
      </w:r>
      <w:r w:rsidRPr="00B96DB6">
        <w:rPr>
          <w:lang w:val="en-GB"/>
        </w:rPr>
        <w:t>get the best start in life and</w:t>
      </w:r>
      <w:r>
        <w:rPr>
          <w:lang w:val="en-GB"/>
        </w:rPr>
        <w:t xml:space="preserve"> </w:t>
      </w:r>
      <w:r w:rsidRPr="00B96DB6">
        <w:rPr>
          <w:lang w:val="en-GB"/>
        </w:rPr>
        <w:t>shaping their future. There are</w:t>
      </w:r>
      <w:r>
        <w:rPr>
          <w:lang w:val="en-GB"/>
        </w:rPr>
        <w:t xml:space="preserve"> </w:t>
      </w:r>
      <w:r w:rsidRPr="00B96DB6">
        <w:rPr>
          <w:lang w:val="en-GB"/>
        </w:rPr>
        <w:t>many areas of the profession</w:t>
      </w:r>
      <w:r>
        <w:rPr>
          <w:lang w:val="en-GB"/>
        </w:rPr>
        <w:t xml:space="preserve"> </w:t>
      </w:r>
      <w:r w:rsidRPr="00B96DB6">
        <w:rPr>
          <w:lang w:val="en-GB"/>
        </w:rPr>
        <w:t>you can work in, including a</w:t>
      </w:r>
      <w:r>
        <w:rPr>
          <w:lang w:val="en-GB"/>
        </w:rPr>
        <w:t xml:space="preserve"> </w:t>
      </w:r>
      <w:r w:rsidRPr="00B96DB6">
        <w:rPr>
          <w:lang w:val="en-GB"/>
        </w:rPr>
        <w:t>nursery, pre-school and schools</w:t>
      </w:r>
      <w:r>
        <w:rPr>
          <w:lang w:val="en-GB"/>
        </w:rPr>
        <w:t xml:space="preserve"> </w:t>
      </w:r>
      <w:r w:rsidRPr="00B96DB6">
        <w:rPr>
          <w:lang w:val="en-GB"/>
        </w:rPr>
        <w:t>in jobs such as a nursery nurse</w:t>
      </w:r>
      <w:r>
        <w:rPr>
          <w:lang w:val="en-GB"/>
        </w:rPr>
        <w:t xml:space="preserve"> </w:t>
      </w:r>
      <w:r w:rsidRPr="00B96DB6">
        <w:rPr>
          <w:lang w:val="en-GB"/>
        </w:rPr>
        <w:t>or primary school teacher.</w:t>
      </w:r>
    </w:p>
    <w:p w14:paraId="164C661A" w14:textId="02774FFA" w:rsidR="00B96DB6" w:rsidRPr="00B96DB6" w:rsidRDefault="00B96DB6" w:rsidP="00B96DB6">
      <w:pPr>
        <w:rPr>
          <w:lang w:val="en-GB"/>
        </w:rPr>
      </w:pPr>
      <w:r w:rsidRPr="00B96DB6">
        <w:rPr>
          <w:lang w:val="en-GB"/>
        </w:rPr>
        <w:t>We teach Education and Early Years</w:t>
      </w:r>
      <w:r>
        <w:rPr>
          <w:lang w:val="en-GB"/>
        </w:rPr>
        <w:t xml:space="preserve"> </w:t>
      </w:r>
      <w:r w:rsidRPr="00B96DB6">
        <w:rPr>
          <w:lang w:val="en-GB"/>
        </w:rPr>
        <w:t>courses across our Huddersfield and</w:t>
      </w:r>
      <w:r>
        <w:rPr>
          <w:lang w:val="en-GB"/>
        </w:rPr>
        <w:t xml:space="preserve"> </w:t>
      </w:r>
      <w:r w:rsidRPr="00B96DB6">
        <w:rPr>
          <w:lang w:val="en-GB"/>
        </w:rPr>
        <w:t>Dewsbury centres, with simulated</w:t>
      </w:r>
      <w:r>
        <w:rPr>
          <w:lang w:val="en-GB"/>
        </w:rPr>
        <w:t xml:space="preserve"> </w:t>
      </w:r>
      <w:r w:rsidRPr="00B96DB6">
        <w:rPr>
          <w:lang w:val="en-GB"/>
        </w:rPr>
        <w:t>early years environments at our</w:t>
      </w:r>
      <w:r>
        <w:rPr>
          <w:lang w:val="en-GB"/>
        </w:rPr>
        <w:t xml:space="preserve"> </w:t>
      </w:r>
      <w:r w:rsidRPr="00B96DB6">
        <w:rPr>
          <w:lang w:val="en-GB"/>
        </w:rPr>
        <w:t>Huddersfield and Pioneer Higher</w:t>
      </w:r>
      <w:r>
        <w:rPr>
          <w:lang w:val="en-GB"/>
        </w:rPr>
        <w:t xml:space="preserve"> </w:t>
      </w:r>
      <w:r w:rsidRPr="00B96DB6">
        <w:rPr>
          <w:lang w:val="en-GB"/>
        </w:rPr>
        <w:t>Skills Centre so you can train in a</w:t>
      </w:r>
      <w:r>
        <w:rPr>
          <w:lang w:val="en-GB"/>
        </w:rPr>
        <w:t xml:space="preserve"> </w:t>
      </w:r>
      <w:r w:rsidRPr="00B96DB6">
        <w:rPr>
          <w:lang w:val="en-GB"/>
        </w:rPr>
        <w:t>real-life environment. There’s also</w:t>
      </w:r>
      <w:r>
        <w:rPr>
          <w:lang w:val="en-GB"/>
        </w:rPr>
        <w:t xml:space="preserve"> </w:t>
      </w:r>
      <w:r w:rsidRPr="00B96DB6">
        <w:rPr>
          <w:lang w:val="en-GB"/>
        </w:rPr>
        <w:t>work experience opportunities to</w:t>
      </w:r>
      <w:r>
        <w:rPr>
          <w:lang w:val="en-GB"/>
        </w:rPr>
        <w:t xml:space="preserve"> </w:t>
      </w:r>
      <w:r w:rsidRPr="00B96DB6">
        <w:rPr>
          <w:lang w:val="en-GB"/>
        </w:rPr>
        <w:t>further enhance your professional</w:t>
      </w:r>
      <w:r>
        <w:rPr>
          <w:lang w:val="en-GB"/>
        </w:rPr>
        <w:t xml:space="preserve"> </w:t>
      </w:r>
      <w:r w:rsidRPr="00B96DB6">
        <w:rPr>
          <w:lang w:val="en-GB"/>
        </w:rPr>
        <w:t>skills outside of college.</w:t>
      </w:r>
    </w:p>
    <w:p w14:paraId="17FDC52A" w14:textId="5ACD18A3" w:rsidR="00557E83" w:rsidRDefault="00B96DB6" w:rsidP="00B96DB6">
      <w:pPr>
        <w:pStyle w:val="Heading2"/>
        <w:rPr>
          <w:lang w:val="en-GB"/>
        </w:rPr>
      </w:pPr>
      <w:r>
        <w:rPr>
          <w:lang w:val="en-GB"/>
        </w:rPr>
        <w:t>Average Salaries</w:t>
      </w:r>
    </w:p>
    <w:p w14:paraId="133C3850" w14:textId="58B36142" w:rsidR="00B96DB6" w:rsidRPr="00B96DB6" w:rsidRDefault="00B96DB6" w:rsidP="00B96DB6">
      <w:pPr>
        <w:rPr>
          <w:lang w:val="en-GB"/>
        </w:rPr>
      </w:pPr>
      <w:r w:rsidRPr="00B96DB6">
        <w:rPr>
          <w:lang w:val="en-GB"/>
        </w:rPr>
        <w:t>£43,350</w:t>
      </w:r>
      <w:r>
        <w:rPr>
          <w:lang w:val="en-GB"/>
        </w:rPr>
        <w:t xml:space="preserve"> </w:t>
      </w:r>
      <w:r w:rsidRPr="00B96DB6">
        <w:rPr>
          <w:lang w:val="en-GB"/>
        </w:rPr>
        <w:t>Nursery Education</w:t>
      </w:r>
      <w:r>
        <w:rPr>
          <w:lang w:val="en-GB"/>
        </w:rPr>
        <w:t xml:space="preserve"> </w:t>
      </w:r>
      <w:r w:rsidRPr="00B96DB6">
        <w:rPr>
          <w:lang w:val="en-GB"/>
        </w:rPr>
        <w:t>Teaching</w:t>
      </w:r>
      <w:r>
        <w:rPr>
          <w:lang w:val="en-GB"/>
        </w:rPr>
        <w:t xml:space="preserve"> </w:t>
      </w:r>
      <w:r w:rsidRPr="00B96DB6">
        <w:rPr>
          <w:lang w:val="en-GB"/>
        </w:rPr>
        <w:t>Professionals</w:t>
      </w:r>
    </w:p>
    <w:p w14:paraId="5E8B8367" w14:textId="6B8CB12A" w:rsidR="00B96DB6" w:rsidRPr="00B96DB6" w:rsidRDefault="00B96DB6" w:rsidP="00B96DB6">
      <w:pPr>
        <w:rPr>
          <w:lang w:val="en-GB"/>
        </w:rPr>
      </w:pPr>
      <w:r w:rsidRPr="00B96DB6">
        <w:rPr>
          <w:lang w:val="en-GB"/>
        </w:rPr>
        <w:t>£32,650</w:t>
      </w:r>
      <w:r>
        <w:rPr>
          <w:lang w:val="en-GB"/>
        </w:rPr>
        <w:t xml:space="preserve"> </w:t>
      </w:r>
      <w:r w:rsidRPr="00B96DB6">
        <w:rPr>
          <w:lang w:val="en-GB"/>
        </w:rPr>
        <w:t>Youth and</w:t>
      </w:r>
      <w:r>
        <w:rPr>
          <w:lang w:val="en-GB"/>
        </w:rPr>
        <w:t xml:space="preserve"> </w:t>
      </w:r>
      <w:r w:rsidRPr="00B96DB6">
        <w:rPr>
          <w:lang w:val="en-GB"/>
        </w:rPr>
        <w:t>Community</w:t>
      </w:r>
      <w:r>
        <w:rPr>
          <w:lang w:val="en-GB"/>
        </w:rPr>
        <w:t xml:space="preserve"> </w:t>
      </w:r>
      <w:r w:rsidRPr="00B96DB6">
        <w:rPr>
          <w:lang w:val="en-GB"/>
        </w:rPr>
        <w:t>Workers</w:t>
      </w:r>
    </w:p>
    <w:p w14:paraId="1D903183" w14:textId="3A5A4DD5" w:rsidR="00B96DB6" w:rsidRPr="00B96DB6" w:rsidRDefault="00B96DB6" w:rsidP="00B96DB6">
      <w:pPr>
        <w:rPr>
          <w:lang w:val="en-GB"/>
        </w:rPr>
      </w:pPr>
      <w:r w:rsidRPr="00B96DB6">
        <w:rPr>
          <w:lang w:val="en-GB"/>
        </w:rPr>
        <w:t>£41,490</w:t>
      </w:r>
      <w:r>
        <w:rPr>
          <w:lang w:val="en-GB"/>
        </w:rPr>
        <w:t xml:space="preserve"> </w:t>
      </w:r>
      <w:r w:rsidRPr="00B96DB6">
        <w:rPr>
          <w:lang w:val="en-GB"/>
        </w:rPr>
        <w:t>Primary School</w:t>
      </w:r>
      <w:r>
        <w:rPr>
          <w:lang w:val="en-GB"/>
        </w:rPr>
        <w:t xml:space="preserve"> </w:t>
      </w:r>
      <w:r w:rsidRPr="00B96DB6">
        <w:rPr>
          <w:lang w:val="en-GB"/>
        </w:rPr>
        <w:t>Teachers</w:t>
      </w:r>
    </w:p>
    <w:p w14:paraId="7103537B" w14:textId="77777777" w:rsidR="00557E83" w:rsidRDefault="00557E83" w:rsidP="00122CE0">
      <w:pPr>
        <w:rPr>
          <w:lang w:val="en-GB"/>
        </w:rPr>
      </w:pPr>
    </w:p>
    <w:p w14:paraId="39F11852" w14:textId="20751748" w:rsidR="00557E83" w:rsidRDefault="00385484" w:rsidP="00B96DB6">
      <w:pPr>
        <w:rPr>
          <w:lang w:val="en-GB"/>
        </w:rPr>
      </w:pPr>
      <w:r w:rsidRPr="00385484">
        <w:rPr>
          <w:rStyle w:val="Heading2Char"/>
        </w:rPr>
        <w:lastRenderedPageBreak/>
        <w:t>Case Study</w:t>
      </w:r>
      <w:r>
        <w:rPr>
          <w:lang w:val="en-GB"/>
        </w:rPr>
        <w:br/>
      </w:r>
      <w:r w:rsidR="00B96DB6" w:rsidRPr="00B96DB6">
        <w:rPr>
          <w:lang w:val="en-GB"/>
        </w:rPr>
        <w:t>“It’s a really</w:t>
      </w:r>
      <w:r w:rsidR="00B96DB6">
        <w:rPr>
          <w:lang w:val="en-GB"/>
        </w:rPr>
        <w:t xml:space="preserve"> </w:t>
      </w:r>
      <w:r w:rsidR="00B96DB6" w:rsidRPr="00B96DB6">
        <w:rPr>
          <w:lang w:val="en-GB"/>
        </w:rPr>
        <w:t>comfortable</w:t>
      </w:r>
      <w:r w:rsidR="00B96DB6">
        <w:rPr>
          <w:lang w:val="en-GB"/>
        </w:rPr>
        <w:t xml:space="preserve"> </w:t>
      </w:r>
      <w:r w:rsidR="00B96DB6" w:rsidRPr="00B96DB6">
        <w:rPr>
          <w:lang w:val="en-GB"/>
        </w:rPr>
        <w:t>learning</w:t>
      </w:r>
      <w:r w:rsidR="00B96DB6">
        <w:rPr>
          <w:lang w:val="en-GB"/>
        </w:rPr>
        <w:t xml:space="preserve"> </w:t>
      </w:r>
      <w:r w:rsidR="00B96DB6" w:rsidRPr="00B96DB6">
        <w:rPr>
          <w:lang w:val="en-GB"/>
        </w:rPr>
        <w:t>environment and</w:t>
      </w:r>
      <w:r w:rsidR="00B96DB6">
        <w:rPr>
          <w:lang w:val="en-GB"/>
        </w:rPr>
        <w:t xml:space="preserve"> </w:t>
      </w:r>
      <w:r w:rsidR="00B96DB6" w:rsidRPr="00B96DB6">
        <w:rPr>
          <w:lang w:val="en-GB"/>
        </w:rPr>
        <w:t>all of the staff are</w:t>
      </w:r>
      <w:r w:rsidR="00B96DB6">
        <w:rPr>
          <w:lang w:val="en-GB"/>
        </w:rPr>
        <w:t xml:space="preserve"> </w:t>
      </w:r>
      <w:r w:rsidR="00B96DB6" w:rsidRPr="00B96DB6">
        <w:rPr>
          <w:lang w:val="en-GB"/>
        </w:rPr>
        <w:t>super friendly.”</w:t>
      </w:r>
    </w:p>
    <w:p w14:paraId="357144C0" w14:textId="77777777" w:rsidR="00B96DB6" w:rsidRPr="00B96DB6" w:rsidRDefault="00B96DB6" w:rsidP="00B96DB6">
      <w:pPr>
        <w:rPr>
          <w:lang w:val="en-GB"/>
        </w:rPr>
      </w:pPr>
      <w:r w:rsidRPr="00B96DB6">
        <w:rPr>
          <w:lang w:val="en-GB"/>
        </w:rPr>
        <w:t>Bethany</w:t>
      </w:r>
    </w:p>
    <w:p w14:paraId="3648FD4F" w14:textId="694E351F" w:rsidR="00B96DB6" w:rsidRPr="00B96DB6" w:rsidRDefault="00B96DB6" w:rsidP="00B96DB6">
      <w:pPr>
        <w:rPr>
          <w:i/>
          <w:iCs/>
          <w:lang w:val="en-GB"/>
        </w:rPr>
      </w:pPr>
      <w:r w:rsidRPr="00B96DB6">
        <w:rPr>
          <w:i/>
          <w:iCs/>
          <w:lang w:val="en-GB"/>
        </w:rPr>
        <w:t>T Level Education and</w:t>
      </w:r>
      <w:r>
        <w:rPr>
          <w:i/>
          <w:iCs/>
          <w:lang w:val="en-GB"/>
        </w:rPr>
        <w:t xml:space="preserve"> </w:t>
      </w:r>
      <w:r w:rsidRPr="00B96DB6">
        <w:rPr>
          <w:i/>
          <w:iCs/>
          <w:lang w:val="en-GB"/>
        </w:rPr>
        <w:t>Childcare - Early Years</w:t>
      </w:r>
      <w:r>
        <w:rPr>
          <w:i/>
          <w:iCs/>
          <w:lang w:val="en-GB"/>
        </w:rPr>
        <w:t xml:space="preserve"> </w:t>
      </w:r>
      <w:r w:rsidRPr="00B96DB6">
        <w:rPr>
          <w:i/>
          <w:iCs/>
          <w:lang w:val="en-GB"/>
        </w:rPr>
        <w:t>Educator Level 3</w:t>
      </w:r>
    </w:p>
    <w:p w14:paraId="12A017E8" w14:textId="77777777" w:rsidR="00B96DB6" w:rsidRPr="00B96DB6" w:rsidRDefault="00B96DB6" w:rsidP="00B96DB6">
      <w:pPr>
        <w:pStyle w:val="Heading2"/>
        <w:rPr>
          <w:lang w:val="en-GB"/>
        </w:rPr>
      </w:pPr>
      <w:r w:rsidRPr="00B96DB6">
        <w:rPr>
          <w:lang w:val="en-GB"/>
        </w:rPr>
        <w:t>Certificate in Caring for Children Level 1</w:t>
      </w:r>
    </w:p>
    <w:p w14:paraId="22C1CBB7" w14:textId="77777777" w:rsidR="00B96DB6" w:rsidRPr="00B96DB6" w:rsidRDefault="00B96DB6" w:rsidP="00B96DB6">
      <w:pPr>
        <w:pStyle w:val="Heading3"/>
        <w:rPr>
          <w:lang w:val="en-GB"/>
        </w:rPr>
      </w:pPr>
      <w:r w:rsidRPr="00B96DB6">
        <w:rPr>
          <w:lang w:val="en-GB"/>
        </w:rPr>
        <w:t>Entry Requirements</w:t>
      </w:r>
    </w:p>
    <w:p w14:paraId="7FB0FA4D" w14:textId="77777777" w:rsidR="00B96DB6" w:rsidRPr="00B96DB6" w:rsidRDefault="00B96DB6" w:rsidP="00B96DB6">
      <w:pPr>
        <w:rPr>
          <w:lang w:val="en-GB"/>
        </w:rPr>
      </w:pPr>
      <w:r w:rsidRPr="00B96DB6">
        <w:rPr>
          <w:lang w:val="en-GB"/>
        </w:rPr>
        <w:t>A minimum of four GCSEs with the following grades:</w:t>
      </w:r>
    </w:p>
    <w:p w14:paraId="437F5F79" w14:textId="77777777" w:rsidR="00B96DB6" w:rsidRPr="00B96DB6" w:rsidRDefault="00B96DB6" w:rsidP="000009CA">
      <w:pPr>
        <w:pStyle w:val="ListParagraph"/>
        <w:numPr>
          <w:ilvl w:val="0"/>
          <w:numId w:val="162"/>
        </w:numPr>
        <w:rPr>
          <w:lang w:val="en-GB"/>
        </w:rPr>
      </w:pPr>
      <w:r w:rsidRPr="00B96DB6">
        <w:rPr>
          <w:lang w:val="en-GB"/>
        </w:rPr>
        <w:t>English at 2 or above</w:t>
      </w:r>
    </w:p>
    <w:p w14:paraId="087E7668" w14:textId="77777777" w:rsidR="00B96DB6" w:rsidRPr="00B96DB6" w:rsidRDefault="00B96DB6" w:rsidP="000009CA">
      <w:pPr>
        <w:pStyle w:val="ListParagraph"/>
        <w:numPr>
          <w:ilvl w:val="0"/>
          <w:numId w:val="162"/>
        </w:numPr>
        <w:rPr>
          <w:lang w:val="en-GB"/>
        </w:rPr>
      </w:pPr>
      <w:r w:rsidRPr="00B96DB6">
        <w:rPr>
          <w:lang w:val="en-GB"/>
        </w:rPr>
        <w:t>Maths at 1 or above</w:t>
      </w:r>
    </w:p>
    <w:p w14:paraId="76913843" w14:textId="77777777" w:rsidR="00B96DB6" w:rsidRPr="00B96DB6" w:rsidRDefault="00B96DB6" w:rsidP="000009CA">
      <w:pPr>
        <w:pStyle w:val="ListParagraph"/>
        <w:numPr>
          <w:ilvl w:val="0"/>
          <w:numId w:val="162"/>
        </w:numPr>
        <w:rPr>
          <w:lang w:val="en-GB"/>
        </w:rPr>
      </w:pPr>
      <w:r w:rsidRPr="00B96DB6">
        <w:rPr>
          <w:lang w:val="en-GB"/>
        </w:rPr>
        <w:t>Two other GCSEs at 2 or above</w:t>
      </w:r>
    </w:p>
    <w:p w14:paraId="3C28634B" w14:textId="77777777" w:rsidR="00B96DB6" w:rsidRPr="00B96DB6" w:rsidRDefault="00B96DB6" w:rsidP="000009CA">
      <w:pPr>
        <w:pStyle w:val="ListParagraph"/>
        <w:numPr>
          <w:ilvl w:val="0"/>
          <w:numId w:val="162"/>
        </w:numPr>
        <w:rPr>
          <w:lang w:val="en-GB"/>
        </w:rPr>
      </w:pPr>
      <w:r w:rsidRPr="00B96DB6">
        <w:rPr>
          <w:lang w:val="en-GB"/>
        </w:rPr>
        <w:t>You will also need to have a DBS check</w:t>
      </w:r>
    </w:p>
    <w:p w14:paraId="7475FEF2" w14:textId="77777777" w:rsidR="00B96DB6" w:rsidRPr="00B96DB6" w:rsidRDefault="00B96DB6" w:rsidP="00B96DB6">
      <w:pPr>
        <w:pStyle w:val="Heading3"/>
        <w:rPr>
          <w:lang w:val="en-GB"/>
        </w:rPr>
      </w:pPr>
      <w:r w:rsidRPr="00B96DB6">
        <w:rPr>
          <w:lang w:val="en-GB"/>
        </w:rPr>
        <w:t>Progression</w:t>
      </w:r>
    </w:p>
    <w:p w14:paraId="5BC64C3B" w14:textId="165A89F0" w:rsidR="00B96DB6" w:rsidRPr="00B96DB6" w:rsidRDefault="00B96DB6" w:rsidP="000009CA">
      <w:pPr>
        <w:numPr>
          <w:ilvl w:val="0"/>
          <w:numId w:val="161"/>
        </w:numPr>
        <w:rPr>
          <w:lang w:val="en-GB"/>
        </w:rPr>
      </w:pPr>
      <w:r w:rsidRPr="00B96DB6">
        <w:rPr>
          <w:lang w:val="en-GB"/>
        </w:rPr>
        <w:t>Level 2 course</w:t>
      </w:r>
    </w:p>
    <w:p w14:paraId="61676925" w14:textId="77777777" w:rsidR="00B96DB6" w:rsidRPr="00B96DB6" w:rsidRDefault="00B96DB6" w:rsidP="00B96DB6">
      <w:pPr>
        <w:pStyle w:val="Heading2"/>
        <w:rPr>
          <w:lang w:val="en-GB"/>
        </w:rPr>
      </w:pPr>
      <w:r w:rsidRPr="00B96DB6">
        <w:rPr>
          <w:lang w:val="en-GB"/>
        </w:rPr>
        <w:t>T Level Foundation Year - Early Years Practitioner Level 2</w:t>
      </w:r>
    </w:p>
    <w:p w14:paraId="573997FE" w14:textId="77777777" w:rsidR="00B96DB6" w:rsidRPr="00B96DB6" w:rsidRDefault="00B96DB6" w:rsidP="00B96DB6">
      <w:pPr>
        <w:pStyle w:val="Heading3"/>
        <w:rPr>
          <w:lang w:val="en-GB"/>
        </w:rPr>
      </w:pPr>
      <w:r w:rsidRPr="00B96DB6">
        <w:rPr>
          <w:lang w:val="en-GB"/>
        </w:rPr>
        <w:t>Entry Requirements</w:t>
      </w:r>
    </w:p>
    <w:p w14:paraId="5788C629" w14:textId="77777777" w:rsidR="00B96DB6" w:rsidRPr="00B96DB6" w:rsidRDefault="00B96DB6" w:rsidP="00B96DB6">
      <w:pPr>
        <w:rPr>
          <w:lang w:val="en-GB"/>
        </w:rPr>
      </w:pPr>
      <w:r w:rsidRPr="00B96DB6">
        <w:rPr>
          <w:lang w:val="en-GB"/>
        </w:rPr>
        <w:t>A minimum of four GCSEs with the following:</w:t>
      </w:r>
    </w:p>
    <w:p w14:paraId="3526F966" w14:textId="77777777" w:rsidR="00B96DB6" w:rsidRPr="00B96DB6" w:rsidRDefault="00B96DB6" w:rsidP="000009CA">
      <w:pPr>
        <w:pStyle w:val="ListParagraph"/>
        <w:numPr>
          <w:ilvl w:val="0"/>
          <w:numId w:val="163"/>
        </w:numPr>
        <w:rPr>
          <w:lang w:val="en-GB"/>
        </w:rPr>
      </w:pPr>
      <w:r w:rsidRPr="00B96DB6">
        <w:rPr>
          <w:lang w:val="en-GB"/>
        </w:rPr>
        <w:t>English at 3 or above</w:t>
      </w:r>
    </w:p>
    <w:p w14:paraId="333A841D" w14:textId="77777777" w:rsidR="00B96DB6" w:rsidRPr="00B96DB6" w:rsidRDefault="00B96DB6" w:rsidP="000009CA">
      <w:pPr>
        <w:pStyle w:val="ListParagraph"/>
        <w:numPr>
          <w:ilvl w:val="0"/>
          <w:numId w:val="163"/>
        </w:numPr>
        <w:rPr>
          <w:lang w:val="en-GB"/>
        </w:rPr>
      </w:pPr>
      <w:r w:rsidRPr="00B96DB6">
        <w:rPr>
          <w:lang w:val="en-GB"/>
        </w:rPr>
        <w:t>Maths at 3 or above</w:t>
      </w:r>
    </w:p>
    <w:p w14:paraId="66EB2001" w14:textId="77777777" w:rsidR="00B96DB6" w:rsidRPr="00B96DB6" w:rsidRDefault="00B96DB6" w:rsidP="000009CA">
      <w:pPr>
        <w:pStyle w:val="ListParagraph"/>
        <w:numPr>
          <w:ilvl w:val="0"/>
          <w:numId w:val="163"/>
        </w:numPr>
        <w:rPr>
          <w:lang w:val="en-GB"/>
        </w:rPr>
      </w:pPr>
      <w:r w:rsidRPr="00B96DB6">
        <w:rPr>
          <w:lang w:val="en-GB"/>
        </w:rPr>
        <w:t>Another two GCSEs at 3 or above</w:t>
      </w:r>
    </w:p>
    <w:p w14:paraId="6537AD8A" w14:textId="77777777" w:rsidR="00B96DB6" w:rsidRPr="00B96DB6" w:rsidRDefault="00B96DB6" w:rsidP="000009CA">
      <w:pPr>
        <w:pStyle w:val="ListParagraph"/>
        <w:numPr>
          <w:ilvl w:val="0"/>
          <w:numId w:val="163"/>
        </w:numPr>
        <w:rPr>
          <w:lang w:val="en-GB"/>
        </w:rPr>
      </w:pPr>
      <w:r w:rsidRPr="00B96DB6">
        <w:rPr>
          <w:lang w:val="en-GB"/>
        </w:rPr>
        <w:t>You will also need a DBS check</w:t>
      </w:r>
    </w:p>
    <w:p w14:paraId="2409658B" w14:textId="77777777" w:rsidR="00B96DB6" w:rsidRPr="00B96DB6" w:rsidRDefault="00B96DB6" w:rsidP="00B96DB6">
      <w:pPr>
        <w:pStyle w:val="Heading3"/>
        <w:rPr>
          <w:lang w:val="en-GB"/>
        </w:rPr>
      </w:pPr>
      <w:r w:rsidRPr="00B96DB6">
        <w:rPr>
          <w:lang w:val="en-GB"/>
        </w:rPr>
        <w:t>Progression</w:t>
      </w:r>
    </w:p>
    <w:p w14:paraId="17895A3E" w14:textId="77777777" w:rsidR="00B96DB6" w:rsidRPr="00B96DB6" w:rsidRDefault="00B96DB6" w:rsidP="000009CA">
      <w:pPr>
        <w:pStyle w:val="ListParagraph"/>
        <w:numPr>
          <w:ilvl w:val="0"/>
          <w:numId w:val="164"/>
        </w:numPr>
        <w:rPr>
          <w:lang w:val="en-GB"/>
        </w:rPr>
      </w:pPr>
      <w:r w:rsidRPr="00B96DB6">
        <w:rPr>
          <w:lang w:val="en-GB"/>
        </w:rPr>
        <w:t xml:space="preserve">Early Years Educator T Level </w:t>
      </w:r>
      <w:proofErr w:type="spellStart"/>
      <w:r w:rsidRPr="00B96DB6">
        <w:rPr>
          <w:lang w:val="en-GB"/>
        </w:rPr>
        <w:t>Level</w:t>
      </w:r>
      <w:proofErr w:type="spellEnd"/>
      <w:r w:rsidRPr="00B96DB6">
        <w:rPr>
          <w:lang w:val="en-GB"/>
        </w:rPr>
        <w:t xml:space="preserve"> 3</w:t>
      </w:r>
    </w:p>
    <w:p w14:paraId="4088C4D5" w14:textId="25BDE728" w:rsidR="00B96DB6" w:rsidRPr="00B96DB6" w:rsidRDefault="00B96DB6" w:rsidP="000009CA">
      <w:pPr>
        <w:pStyle w:val="ListParagraph"/>
        <w:numPr>
          <w:ilvl w:val="0"/>
          <w:numId w:val="164"/>
        </w:numPr>
        <w:rPr>
          <w:lang w:val="en-GB"/>
        </w:rPr>
      </w:pPr>
      <w:r w:rsidRPr="00B96DB6">
        <w:rPr>
          <w:lang w:val="en-GB"/>
        </w:rPr>
        <w:t>Apprenticeship</w:t>
      </w:r>
    </w:p>
    <w:p w14:paraId="59F3FA7E" w14:textId="77777777" w:rsidR="00B96DB6" w:rsidRPr="00B96DB6" w:rsidRDefault="00B96DB6" w:rsidP="00B96DB6">
      <w:pPr>
        <w:pStyle w:val="Heading2"/>
        <w:rPr>
          <w:lang w:val="en-GB"/>
        </w:rPr>
      </w:pPr>
      <w:r w:rsidRPr="00B96DB6">
        <w:rPr>
          <w:lang w:val="en-GB"/>
        </w:rPr>
        <w:t>T Level Education and Childcare: Early Years Educator Level 3</w:t>
      </w:r>
    </w:p>
    <w:p w14:paraId="7FDD88D0" w14:textId="77777777" w:rsidR="00B96DB6" w:rsidRPr="00B96DB6" w:rsidRDefault="00B96DB6" w:rsidP="00B96DB6">
      <w:pPr>
        <w:pStyle w:val="Heading3"/>
        <w:rPr>
          <w:lang w:val="en-GB"/>
        </w:rPr>
      </w:pPr>
      <w:r w:rsidRPr="00B96DB6">
        <w:rPr>
          <w:lang w:val="en-GB"/>
        </w:rPr>
        <w:t>Entry Requirements</w:t>
      </w:r>
    </w:p>
    <w:p w14:paraId="70D699FB" w14:textId="77777777" w:rsidR="00B96DB6" w:rsidRPr="00B96DB6" w:rsidRDefault="00B96DB6" w:rsidP="00B96DB6">
      <w:pPr>
        <w:rPr>
          <w:lang w:val="en-GB"/>
        </w:rPr>
      </w:pPr>
      <w:r w:rsidRPr="00B96DB6">
        <w:rPr>
          <w:lang w:val="en-GB"/>
        </w:rPr>
        <w:t>A minimum of five GCSEs with the following grades:</w:t>
      </w:r>
    </w:p>
    <w:p w14:paraId="73DE2D4A" w14:textId="77777777" w:rsidR="00B96DB6" w:rsidRPr="00B96DB6" w:rsidRDefault="00B96DB6" w:rsidP="000009CA">
      <w:pPr>
        <w:pStyle w:val="ListParagraph"/>
        <w:numPr>
          <w:ilvl w:val="0"/>
          <w:numId w:val="165"/>
        </w:numPr>
        <w:rPr>
          <w:lang w:val="en-GB"/>
        </w:rPr>
      </w:pPr>
      <w:r w:rsidRPr="00B96DB6">
        <w:rPr>
          <w:lang w:val="en-GB"/>
        </w:rPr>
        <w:t>Five GCSEs at grade 4 or above, including English and Maths</w:t>
      </w:r>
    </w:p>
    <w:p w14:paraId="2D7C5A82" w14:textId="77777777" w:rsidR="00B96DB6" w:rsidRPr="00B96DB6" w:rsidRDefault="00B96DB6" w:rsidP="000009CA">
      <w:pPr>
        <w:pStyle w:val="ListParagraph"/>
        <w:numPr>
          <w:ilvl w:val="0"/>
          <w:numId w:val="165"/>
        </w:numPr>
        <w:rPr>
          <w:lang w:val="en-GB"/>
        </w:rPr>
      </w:pPr>
      <w:r w:rsidRPr="00B96DB6">
        <w:rPr>
          <w:lang w:val="en-GB"/>
        </w:rPr>
        <w:t>You will also need to have a fully enhanced DBS check</w:t>
      </w:r>
    </w:p>
    <w:p w14:paraId="16A8F2FD" w14:textId="77777777" w:rsidR="00B96DB6" w:rsidRPr="00B96DB6" w:rsidRDefault="00B96DB6" w:rsidP="00B96DB6">
      <w:pPr>
        <w:pStyle w:val="Heading3"/>
        <w:rPr>
          <w:lang w:val="en-GB"/>
        </w:rPr>
      </w:pPr>
      <w:r w:rsidRPr="00B96DB6">
        <w:rPr>
          <w:lang w:val="en-GB"/>
        </w:rPr>
        <w:t>Progression</w:t>
      </w:r>
    </w:p>
    <w:p w14:paraId="6A7E8B81" w14:textId="77777777" w:rsidR="00B96DB6" w:rsidRPr="00B96DB6" w:rsidRDefault="00B96DB6" w:rsidP="000009CA">
      <w:pPr>
        <w:pStyle w:val="ListParagraph"/>
        <w:numPr>
          <w:ilvl w:val="0"/>
          <w:numId w:val="166"/>
        </w:numPr>
        <w:rPr>
          <w:lang w:val="en-GB"/>
        </w:rPr>
      </w:pPr>
      <w:r w:rsidRPr="00B96DB6">
        <w:rPr>
          <w:lang w:val="en-GB"/>
        </w:rPr>
        <w:t>Foundation Degree</w:t>
      </w:r>
    </w:p>
    <w:p w14:paraId="13BACB87" w14:textId="77777777" w:rsidR="00B96DB6" w:rsidRPr="00B96DB6" w:rsidRDefault="00B96DB6" w:rsidP="000009CA">
      <w:pPr>
        <w:pStyle w:val="ListParagraph"/>
        <w:numPr>
          <w:ilvl w:val="0"/>
          <w:numId w:val="166"/>
        </w:numPr>
        <w:rPr>
          <w:lang w:val="en-GB"/>
        </w:rPr>
      </w:pPr>
      <w:r w:rsidRPr="00B96DB6">
        <w:rPr>
          <w:lang w:val="en-GB"/>
        </w:rPr>
        <w:t>Higher Education</w:t>
      </w:r>
    </w:p>
    <w:p w14:paraId="001EB098" w14:textId="77777777" w:rsidR="00B96DB6" w:rsidRPr="00B96DB6" w:rsidRDefault="00B96DB6" w:rsidP="000009CA">
      <w:pPr>
        <w:pStyle w:val="ListParagraph"/>
        <w:numPr>
          <w:ilvl w:val="0"/>
          <w:numId w:val="166"/>
        </w:numPr>
        <w:rPr>
          <w:lang w:val="en-GB"/>
        </w:rPr>
      </w:pPr>
      <w:r w:rsidRPr="00B96DB6">
        <w:rPr>
          <w:lang w:val="en-GB"/>
        </w:rPr>
        <w:t>Employment</w:t>
      </w:r>
    </w:p>
    <w:p w14:paraId="346973B0" w14:textId="4997A087" w:rsidR="00B96DB6" w:rsidRPr="00B96DB6" w:rsidRDefault="00B96DB6" w:rsidP="00B96DB6">
      <w:pPr>
        <w:rPr>
          <w:lang w:val="en-GB"/>
        </w:rPr>
      </w:pPr>
    </w:p>
    <w:p w14:paraId="4C87F0D1" w14:textId="77777777" w:rsidR="00B96DB6" w:rsidRPr="00B96DB6" w:rsidRDefault="00B96DB6" w:rsidP="00B96DB6">
      <w:pPr>
        <w:pStyle w:val="Heading2"/>
        <w:rPr>
          <w:lang w:val="en-GB"/>
        </w:rPr>
      </w:pPr>
      <w:r w:rsidRPr="00B96DB6">
        <w:rPr>
          <w:lang w:val="en-GB"/>
        </w:rPr>
        <w:t>T Level Foundation Year - Teaching Assistant Level 2</w:t>
      </w:r>
    </w:p>
    <w:p w14:paraId="162E6DE6" w14:textId="77777777" w:rsidR="00B96DB6" w:rsidRPr="00B96DB6" w:rsidRDefault="00B96DB6" w:rsidP="00B96DB6">
      <w:pPr>
        <w:pStyle w:val="Heading3"/>
        <w:rPr>
          <w:lang w:val="en-GB"/>
        </w:rPr>
      </w:pPr>
      <w:r w:rsidRPr="00B96DB6">
        <w:rPr>
          <w:lang w:val="en-GB"/>
        </w:rPr>
        <w:t>Entry Requirements</w:t>
      </w:r>
    </w:p>
    <w:p w14:paraId="0E3AE095" w14:textId="77777777" w:rsidR="00B96DB6" w:rsidRPr="00B96DB6" w:rsidRDefault="00B96DB6" w:rsidP="000009CA">
      <w:pPr>
        <w:pStyle w:val="ListParagraph"/>
        <w:numPr>
          <w:ilvl w:val="0"/>
          <w:numId w:val="167"/>
        </w:numPr>
        <w:rPr>
          <w:lang w:val="en-GB"/>
        </w:rPr>
      </w:pPr>
      <w:r w:rsidRPr="00B96DB6">
        <w:rPr>
          <w:lang w:val="en-GB"/>
        </w:rPr>
        <w:t>You will need GCSE English and Maths at grade 3</w:t>
      </w:r>
    </w:p>
    <w:p w14:paraId="03C6674F" w14:textId="77777777" w:rsidR="00B96DB6" w:rsidRPr="00B96DB6" w:rsidRDefault="00B96DB6" w:rsidP="000009CA">
      <w:pPr>
        <w:pStyle w:val="ListParagraph"/>
        <w:numPr>
          <w:ilvl w:val="0"/>
          <w:numId w:val="167"/>
        </w:numPr>
        <w:rPr>
          <w:lang w:val="en-GB"/>
        </w:rPr>
      </w:pPr>
      <w:r w:rsidRPr="00B96DB6">
        <w:rPr>
          <w:lang w:val="en-GB"/>
        </w:rPr>
        <w:t>Two other GCSEs / Level 2 qualifications at grade 3 or above</w:t>
      </w:r>
    </w:p>
    <w:p w14:paraId="6D75F77F" w14:textId="77777777" w:rsidR="00B96DB6" w:rsidRPr="00B96DB6" w:rsidRDefault="00B96DB6" w:rsidP="00B96DB6">
      <w:pPr>
        <w:pStyle w:val="Heading3"/>
        <w:rPr>
          <w:lang w:val="en-GB"/>
        </w:rPr>
      </w:pPr>
      <w:r w:rsidRPr="00B96DB6">
        <w:rPr>
          <w:lang w:val="en-GB"/>
        </w:rPr>
        <w:t>Progression</w:t>
      </w:r>
    </w:p>
    <w:p w14:paraId="058E18E5" w14:textId="711A9D09" w:rsidR="00B96DB6" w:rsidRPr="00B96DB6" w:rsidRDefault="00B96DB6" w:rsidP="000009CA">
      <w:pPr>
        <w:pStyle w:val="ListParagraph"/>
        <w:numPr>
          <w:ilvl w:val="0"/>
          <w:numId w:val="168"/>
        </w:numPr>
        <w:rPr>
          <w:lang w:val="en-GB"/>
        </w:rPr>
      </w:pPr>
      <w:r w:rsidRPr="00B96DB6">
        <w:rPr>
          <w:lang w:val="en-GB"/>
        </w:rPr>
        <w:t>T Level Education and Early Years: Assisting Teaching Level 3</w:t>
      </w:r>
    </w:p>
    <w:p w14:paraId="375DC3A3" w14:textId="77777777" w:rsidR="00B96DB6" w:rsidRPr="00B96DB6" w:rsidRDefault="00B96DB6" w:rsidP="00B96DB6">
      <w:pPr>
        <w:pStyle w:val="Heading2"/>
        <w:rPr>
          <w:lang w:val="en-GB"/>
        </w:rPr>
      </w:pPr>
      <w:r w:rsidRPr="00B96DB6">
        <w:rPr>
          <w:lang w:val="en-GB"/>
        </w:rPr>
        <w:t>T Level Education and Early Years: Assisting Teaching Level 3</w:t>
      </w:r>
    </w:p>
    <w:p w14:paraId="232711C5" w14:textId="77777777" w:rsidR="00B96DB6" w:rsidRPr="00B96DB6" w:rsidRDefault="00B96DB6" w:rsidP="00B96DB6">
      <w:pPr>
        <w:pStyle w:val="Heading3"/>
        <w:rPr>
          <w:lang w:val="en-GB"/>
        </w:rPr>
      </w:pPr>
      <w:r w:rsidRPr="00B96DB6">
        <w:rPr>
          <w:lang w:val="en-GB"/>
        </w:rPr>
        <w:t>Entry Requirements</w:t>
      </w:r>
    </w:p>
    <w:p w14:paraId="2CE165F8" w14:textId="77777777" w:rsidR="00B96DB6" w:rsidRPr="00B96DB6" w:rsidRDefault="00B96DB6" w:rsidP="000009CA">
      <w:pPr>
        <w:pStyle w:val="ListParagraph"/>
        <w:numPr>
          <w:ilvl w:val="0"/>
          <w:numId w:val="168"/>
        </w:numPr>
        <w:rPr>
          <w:lang w:val="en-GB"/>
        </w:rPr>
      </w:pPr>
      <w:r w:rsidRPr="00B96DB6">
        <w:rPr>
          <w:lang w:val="en-GB"/>
        </w:rPr>
        <w:t>You will need GCSE English and Maths at grade 4 or above</w:t>
      </w:r>
    </w:p>
    <w:p w14:paraId="5E11A5CC" w14:textId="77777777" w:rsidR="00B96DB6" w:rsidRPr="00B96DB6" w:rsidRDefault="00B96DB6" w:rsidP="000009CA">
      <w:pPr>
        <w:pStyle w:val="ListParagraph"/>
        <w:numPr>
          <w:ilvl w:val="0"/>
          <w:numId w:val="168"/>
        </w:numPr>
        <w:rPr>
          <w:lang w:val="en-GB"/>
        </w:rPr>
      </w:pPr>
      <w:r w:rsidRPr="00B96DB6">
        <w:rPr>
          <w:lang w:val="en-GB"/>
        </w:rPr>
        <w:t>Three other GCSEs at grade 4 or above</w:t>
      </w:r>
    </w:p>
    <w:p w14:paraId="6612609E" w14:textId="77777777" w:rsidR="00B96DB6" w:rsidRPr="00B96DB6" w:rsidRDefault="00B96DB6" w:rsidP="00B96DB6">
      <w:pPr>
        <w:pStyle w:val="Heading3"/>
        <w:rPr>
          <w:lang w:val="en-GB"/>
        </w:rPr>
      </w:pPr>
      <w:r w:rsidRPr="00B96DB6">
        <w:rPr>
          <w:lang w:val="en-GB"/>
        </w:rPr>
        <w:t>Progression</w:t>
      </w:r>
    </w:p>
    <w:p w14:paraId="6A11819C" w14:textId="77777777" w:rsidR="00B96DB6" w:rsidRPr="00B96DB6" w:rsidRDefault="00B96DB6" w:rsidP="000009CA">
      <w:pPr>
        <w:pStyle w:val="ListParagraph"/>
        <w:numPr>
          <w:ilvl w:val="0"/>
          <w:numId w:val="169"/>
        </w:numPr>
        <w:rPr>
          <w:lang w:val="en-GB"/>
        </w:rPr>
      </w:pPr>
      <w:r w:rsidRPr="00B96DB6">
        <w:rPr>
          <w:lang w:val="en-GB"/>
        </w:rPr>
        <w:t>University to study Primary Teaching, Social Work or another related course</w:t>
      </w:r>
    </w:p>
    <w:p w14:paraId="4F0B3E48" w14:textId="748A6CF5" w:rsidR="00B96DB6" w:rsidRPr="00B96DB6" w:rsidRDefault="00B96DB6" w:rsidP="000009CA">
      <w:pPr>
        <w:pStyle w:val="ListParagraph"/>
        <w:numPr>
          <w:ilvl w:val="0"/>
          <w:numId w:val="169"/>
        </w:numPr>
        <w:rPr>
          <w:lang w:val="en-GB"/>
        </w:rPr>
      </w:pPr>
      <w:r w:rsidRPr="00B96DB6">
        <w:rPr>
          <w:lang w:val="en-GB"/>
        </w:rPr>
        <w:t>Level 3 Award in Education and Training</w:t>
      </w:r>
    </w:p>
    <w:p w14:paraId="7D612F29" w14:textId="77777777" w:rsidR="00B96DB6" w:rsidRPr="00B96DB6" w:rsidRDefault="00B96DB6" w:rsidP="00B96DB6">
      <w:pPr>
        <w:pStyle w:val="Heading2"/>
        <w:rPr>
          <w:lang w:val="en-GB"/>
        </w:rPr>
      </w:pPr>
      <w:r w:rsidRPr="00B96DB6">
        <w:rPr>
          <w:lang w:val="en-GB"/>
        </w:rPr>
        <w:t>Early Years Practitioner Apprenticeship Level 2</w:t>
      </w:r>
    </w:p>
    <w:p w14:paraId="145B4463" w14:textId="77777777" w:rsidR="00B96DB6" w:rsidRPr="00B96DB6" w:rsidRDefault="00B96DB6" w:rsidP="00B96DB6">
      <w:pPr>
        <w:pStyle w:val="Heading3"/>
        <w:rPr>
          <w:lang w:val="en-GB"/>
        </w:rPr>
      </w:pPr>
      <w:r w:rsidRPr="00B96DB6">
        <w:rPr>
          <w:lang w:val="en-GB"/>
        </w:rPr>
        <w:t>Entry Requirements</w:t>
      </w:r>
    </w:p>
    <w:p w14:paraId="0C5B539F" w14:textId="77777777" w:rsidR="00B96DB6" w:rsidRPr="00B96DB6" w:rsidRDefault="00B96DB6" w:rsidP="000009CA">
      <w:pPr>
        <w:pStyle w:val="ListParagraph"/>
        <w:numPr>
          <w:ilvl w:val="0"/>
          <w:numId w:val="170"/>
        </w:numPr>
        <w:rPr>
          <w:lang w:val="en-GB"/>
        </w:rPr>
      </w:pPr>
      <w:r w:rsidRPr="00B96DB6">
        <w:rPr>
          <w:lang w:val="en-GB"/>
        </w:rPr>
        <w:t>Three GCSEs at grade 3 and above in English</w:t>
      </w:r>
    </w:p>
    <w:p w14:paraId="26A3C372" w14:textId="77777777" w:rsidR="00B96DB6" w:rsidRPr="00B96DB6" w:rsidRDefault="00B96DB6" w:rsidP="000009CA">
      <w:pPr>
        <w:pStyle w:val="ListParagraph"/>
        <w:numPr>
          <w:ilvl w:val="0"/>
          <w:numId w:val="170"/>
        </w:numPr>
        <w:rPr>
          <w:lang w:val="en-GB"/>
        </w:rPr>
      </w:pPr>
      <w:r w:rsidRPr="00B96DB6">
        <w:rPr>
          <w:lang w:val="en-GB"/>
        </w:rPr>
        <w:t>You can be 16 years old to apply for this apprenticeship but it is at the discretion of the employer whether they are willing to hire a 16-year-old apprentice</w:t>
      </w:r>
    </w:p>
    <w:p w14:paraId="738DA73B" w14:textId="77777777" w:rsidR="00B96DB6" w:rsidRPr="00B96DB6" w:rsidRDefault="00B96DB6" w:rsidP="000009CA">
      <w:pPr>
        <w:pStyle w:val="ListParagraph"/>
        <w:numPr>
          <w:ilvl w:val="0"/>
          <w:numId w:val="170"/>
        </w:numPr>
        <w:rPr>
          <w:lang w:val="en-GB"/>
        </w:rPr>
      </w:pPr>
      <w:r w:rsidRPr="00B96DB6">
        <w:rPr>
          <w:lang w:val="en-GB"/>
        </w:rPr>
        <w:t xml:space="preserve">To start your </w:t>
      </w:r>
      <w:proofErr w:type="gramStart"/>
      <w:r w:rsidRPr="00B96DB6">
        <w:rPr>
          <w:lang w:val="en-GB"/>
        </w:rPr>
        <w:t>apprenticeship</w:t>
      </w:r>
      <w:proofErr w:type="gramEnd"/>
      <w:r w:rsidRPr="00B96DB6">
        <w:rPr>
          <w:lang w:val="en-GB"/>
        </w:rPr>
        <w:t xml:space="preserve"> you must have secured employment that the college has agreed is suitable</w:t>
      </w:r>
    </w:p>
    <w:p w14:paraId="1C5572D4" w14:textId="77777777" w:rsidR="00B96DB6" w:rsidRPr="00B96DB6" w:rsidRDefault="00B96DB6" w:rsidP="00B96DB6">
      <w:pPr>
        <w:pStyle w:val="Heading3"/>
        <w:rPr>
          <w:lang w:val="en-GB"/>
        </w:rPr>
      </w:pPr>
      <w:r w:rsidRPr="00B96DB6">
        <w:rPr>
          <w:lang w:val="en-GB"/>
        </w:rPr>
        <w:t>Progression</w:t>
      </w:r>
    </w:p>
    <w:p w14:paraId="1522F42D" w14:textId="77777777" w:rsidR="00B96DB6" w:rsidRPr="00B96DB6" w:rsidRDefault="00B96DB6" w:rsidP="000009CA">
      <w:pPr>
        <w:pStyle w:val="ListParagraph"/>
        <w:numPr>
          <w:ilvl w:val="0"/>
          <w:numId w:val="171"/>
        </w:numPr>
        <w:rPr>
          <w:lang w:val="en-GB"/>
        </w:rPr>
      </w:pPr>
      <w:r w:rsidRPr="00B96DB6">
        <w:rPr>
          <w:lang w:val="en-GB"/>
        </w:rPr>
        <w:t xml:space="preserve">Early Years Educator T Level </w:t>
      </w:r>
      <w:proofErr w:type="spellStart"/>
      <w:r w:rsidRPr="00B96DB6">
        <w:rPr>
          <w:lang w:val="en-GB"/>
        </w:rPr>
        <w:t>Level</w:t>
      </w:r>
      <w:proofErr w:type="spellEnd"/>
      <w:r w:rsidRPr="00B96DB6">
        <w:rPr>
          <w:lang w:val="en-GB"/>
        </w:rPr>
        <w:t xml:space="preserve"> 3</w:t>
      </w:r>
    </w:p>
    <w:p w14:paraId="78FE2EEC" w14:textId="77777777" w:rsidR="00B96DB6" w:rsidRPr="00B96DB6" w:rsidRDefault="00B96DB6" w:rsidP="000009CA">
      <w:pPr>
        <w:pStyle w:val="ListParagraph"/>
        <w:numPr>
          <w:ilvl w:val="0"/>
          <w:numId w:val="171"/>
        </w:numPr>
        <w:rPr>
          <w:lang w:val="en-GB"/>
        </w:rPr>
      </w:pPr>
      <w:r w:rsidRPr="00B96DB6">
        <w:rPr>
          <w:lang w:val="en-GB"/>
        </w:rPr>
        <w:t>Full-time employment</w:t>
      </w:r>
    </w:p>
    <w:p w14:paraId="5F740AD8" w14:textId="77777777" w:rsidR="00B96DB6" w:rsidRPr="00B96DB6" w:rsidRDefault="00B96DB6" w:rsidP="00B96DB6">
      <w:pPr>
        <w:pStyle w:val="Heading2"/>
        <w:rPr>
          <w:lang w:val="en-GB"/>
        </w:rPr>
      </w:pPr>
      <w:r w:rsidRPr="00B96DB6">
        <w:rPr>
          <w:lang w:val="en-GB"/>
        </w:rPr>
        <w:t>Early Years Educator Apprenticeship Level 3</w:t>
      </w:r>
    </w:p>
    <w:p w14:paraId="01D0F729" w14:textId="77777777" w:rsidR="00B96DB6" w:rsidRPr="00B96DB6" w:rsidRDefault="00B96DB6" w:rsidP="00B96DB6">
      <w:pPr>
        <w:pStyle w:val="Heading3"/>
        <w:rPr>
          <w:lang w:val="en-GB"/>
        </w:rPr>
      </w:pPr>
      <w:r w:rsidRPr="00B96DB6">
        <w:rPr>
          <w:lang w:val="en-GB"/>
        </w:rPr>
        <w:t>Entry Requirements</w:t>
      </w:r>
    </w:p>
    <w:p w14:paraId="48A68895" w14:textId="77777777" w:rsidR="00B96DB6" w:rsidRPr="00B96DB6" w:rsidRDefault="00B96DB6" w:rsidP="000009CA">
      <w:pPr>
        <w:pStyle w:val="ListParagraph"/>
        <w:numPr>
          <w:ilvl w:val="0"/>
          <w:numId w:val="172"/>
        </w:numPr>
        <w:rPr>
          <w:lang w:val="en-GB"/>
        </w:rPr>
      </w:pPr>
      <w:r w:rsidRPr="00B96DB6">
        <w:rPr>
          <w:lang w:val="en-GB"/>
        </w:rPr>
        <w:t>Level 2 or grade 4 and above in five subjects which must include Maths and English Language.</w:t>
      </w:r>
    </w:p>
    <w:p w14:paraId="37D287CF" w14:textId="77777777" w:rsidR="00B96DB6" w:rsidRPr="00B96DB6" w:rsidRDefault="00B96DB6" w:rsidP="000009CA">
      <w:pPr>
        <w:pStyle w:val="ListParagraph"/>
        <w:numPr>
          <w:ilvl w:val="0"/>
          <w:numId w:val="172"/>
        </w:numPr>
        <w:rPr>
          <w:lang w:val="en-GB"/>
        </w:rPr>
      </w:pPr>
      <w:r w:rsidRPr="00B96DB6">
        <w:rPr>
          <w:lang w:val="en-GB"/>
        </w:rPr>
        <w:t>You can be 16 years old to apply for this apprenticeship but it is at the discretion of the employer whether they are willing to hire a 16-year-old apprentice.</w:t>
      </w:r>
    </w:p>
    <w:p w14:paraId="22B0EC37" w14:textId="77777777" w:rsidR="00B96DB6" w:rsidRPr="00B96DB6" w:rsidRDefault="00B96DB6" w:rsidP="000009CA">
      <w:pPr>
        <w:pStyle w:val="ListParagraph"/>
        <w:numPr>
          <w:ilvl w:val="0"/>
          <w:numId w:val="172"/>
        </w:numPr>
        <w:rPr>
          <w:lang w:val="en-GB"/>
        </w:rPr>
      </w:pPr>
      <w:r w:rsidRPr="00B96DB6">
        <w:rPr>
          <w:lang w:val="en-GB"/>
        </w:rPr>
        <w:t xml:space="preserve">To start your </w:t>
      </w:r>
      <w:proofErr w:type="gramStart"/>
      <w:r w:rsidRPr="00B96DB6">
        <w:rPr>
          <w:lang w:val="en-GB"/>
        </w:rPr>
        <w:t>apprenticeship</w:t>
      </w:r>
      <w:proofErr w:type="gramEnd"/>
      <w:r w:rsidRPr="00B96DB6">
        <w:rPr>
          <w:lang w:val="en-GB"/>
        </w:rPr>
        <w:t xml:space="preserve"> you must have secured employment that the college has agreed is suitable.</w:t>
      </w:r>
    </w:p>
    <w:p w14:paraId="7862AF8D" w14:textId="77777777" w:rsidR="00B96DB6" w:rsidRPr="00B96DB6" w:rsidRDefault="00B96DB6" w:rsidP="00B96DB6">
      <w:pPr>
        <w:pStyle w:val="Heading3"/>
        <w:rPr>
          <w:lang w:val="en-GB"/>
        </w:rPr>
      </w:pPr>
      <w:r w:rsidRPr="00B96DB6">
        <w:rPr>
          <w:lang w:val="en-GB"/>
        </w:rPr>
        <w:lastRenderedPageBreak/>
        <w:t>Progression</w:t>
      </w:r>
    </w:p>
    <w:p w14:paraId="7CF5AF8D" w14:textId="77777777" w:rsidR="00B96DB6" w:rsidRPr="00B96DB6" w:rsidRDefault="00B96DB6" w:rsidP="000009CA">
      <w:pPr>
        <w:pStyle w:val="ListParagraph"/>
        <w:numPr>
          <w:ilvl w:val="0"/>
          <w:numId w:val="173"/>
        </w:numPr>
        <w:rPr>
          <w:lang w:val="en-GB"/>
        </w:rPr>
      </w:pPr>
      <w:r w:rsidRPr="00B96DB6">
        <w:rPr>
          <w:lang w:val="en-GB"/>
        </w:rPr>
        <w:t>Higher Education</w:t>
      </w:r>
    </w:p>
    <w:p w14:paraId="785CB3D3" w14:textId="77777777" w:rsidR="00B96DB6" w:rsidRPr="00B96DB6" w:rsidRDefault="00B96DB6" w:rsidP="000009CA">
      <w:pPr>
        <w:pStyle w:val="ListParagraph"/>
        <w:numPr>
          <w:ilvl w:val="0"/>
          <w:numId w:val="173"/>
        </w:numPr>
        <w:rPr>
          <w:lang w:val="en-GB"/>
        </w:rPr>
      </w:pPr>
      <w:r w:rsidRPr="00B96DB6">
        <w:rPr>
          <w:lang w:val="en-GB"/>
        </w:rPr>
        <w:t>Full-time employment</w:t>
      </w:r>
    </w:p>
    <w:p w14:paraId="1196B705" w14:textId="6BF11C8E" w:rsidR="00557E83" w:rsidRDefault="00385484" w:rsidP="00385484">
      <w:pPr>
        <w:pStyle w:val="Heading1"/>
        <w:rPr>
          <w:lang w:val="en-GB"/>
        </w:rPr>
      </w:pPr>
      <w:r>
        <w:rPr>
          <w:lang w:val="en-GB"/>
        </w:rPr>
        <w:t>Engineering</w:t>
      </w:r>
    </w:p>
    <w:p w14:paraId="0C523B5A" w14:textId="075838F8" w:rsidR="00557E83" w:rsidRDefault="00385484" w:rsidP="00385484">
      <w:pPr>
        <w:rPr>
          <w:lang w:val="en-GB"/>
        </w:rPr>
      </w:pPr>
      <w:r w:rsidRPr="00385484">
        <w:rPr>
          <w:lang w:val="en-GB"/>
        </w:rPr>
        <w:t>Engineering is everywhere! It</w:t>
      </w:r>
      <w:r>
        <w:rPr>
          <w:lang w:val="en-GB"/>
        </w:rPr>
        <w:t xml:space="preserve"> </w:t>
      </w:r>
      <w:r w:rsidRPr="00385484">
        <w:rPr>
          <w:lang w:val="en-GB"/>
        </w:rPr>
        <w:t>already plays a leading role in the</w:t>
      </w:r>
      <w:r>
        <w:rPr>
          <w:lang w:val="en-GB"/>
        </w:rPr>
        <w:t xml:space="preserve"> </w:t>
      </w:r>
      <w:r w:rsidRPr="00385484">
        <w:rPr>
          <w:lang w:val="en-GB"/>
        </w:rPr>
        <w:t>products we use daily and the</w:t>
      </w:r>
      <w:r>
        <w:rPr>
          <w:lang w:val="en-GB"/>
        </w:rPr>
        <w:t xml:space="preserve"> </w:t>
      </w:r>
      <w:r w:rsidRPr="00385484">
        <w:rPr>
          <w:lang w:val="en-GB"/>
        </w:rPr>
        <w:t>environments in which we live.</w:t>
      </w:r>
      <w:r>
        <w:rPr>
          <w:lang w:val="en-GB"/>
        </w:rPr>
        <w:t xml:space="preserve"> </w:t>
      </w:r>
      <w:r w:rsidRPr="00385484">
        <w:rPr>
          <w:lang w:val="en-GB"/>
        </w:rPr>
        <w:t>The foundations of engineering</w:t>
      </w:r>
      <w:r>
        <w:rPr>
          <w:lang w:val="en-GB"/>
        </w:rPr>
        <w:t xml:space="preserve"> </w:t>
      </w:r>
      <w:r w:rsidRPr="00385484">
        <w:rPr>
          <w:lang w:val="en-GB"/>
        </w:rPr>
        <w:t>underpin the very fabric of society,</w:t>
      </w:r>
      <w:r>
        <w:rPr>
          <w:lang w:val="en-GB"/>
        </w:rPr>
        <w:t xml:space="preserve"> </w:t>
      </w:r>
      <w:r w:rsidRPr="00385484">
        <w:rPr>
          <w:lang w:val="en-GB"/>
        </w:rPr>
        <w:t>from the transport we use, to</w:t>
      </w:r>
      <w:r>
        <w:rPr>
          <w:lang w:val="en-GB"/>
        </w:rPr>
        <w:t xml:space="preserve"> </w:t>
      </w:r>
      <w:r w:rsidRPr="00385484">
        <w:rPr>
          <w:lang w:val="en-GB"/>
        </w:rPr>
        <w:t>the buildings we live and work</w:t>
      </w:r>
      <w:r>
        <w:rPr>
          <w:lang w:val="en-GB"/>
        </w:rPr>
        <w:t xml:space="preserve"> </w:t>
      </w:r>
      <w:r w:rsidRPr="00385484">
        <w:rPr>
          <w:lang w:val="en-GB"/>
        </w:rPr>
        <w:t>in. If you want to help create the</w:t>
      </w:r>
      <w:r>
        <w:rPr>
          <w:lang w:val="en-GB"/>
        </w:rPr>
        <w:t xml:space="preserve"> </w:t>
      </w:r>
      <w:r w:rsidRPr="00385484">
        <w:rPr>
          <w:lang w:val="en-GB"/>
        </w:rPr>
        <w:t>technology and equipment that</w:t>
      </w:r>
      <w:r>
        <w:rPr>
          <w:lang w:val="en-GB"/>
        </w:rPr>
        <w:t xml:space="preserve"> </w:t>
      </w:r>
      <w:r w:rsidRPr="00385484">
        <w:rPr>
          <w:lang w:val="en-GB"/>
        </w:rPr>
        <w:t>everyone relies on, every day, then</w:t>
      </w:r>
      <w:r>
        <w:rPr>
          <w:lang w:val="en-GB"/>
        </w:rPr>
        <w:t xml:space="preserve"> </w:t>
      </w:r>
      <w:r w:rsidRPr="00385484">
        <w:rPr>
          <w:lang w:val="en-GB"/>
        </w:rPr>
        <w:t>a career in engineering is for you.</w:t>
      </w:r>
    </w:p>
    <w:p w14:paraId="0EEF5EA0" w14:textId="55003118" w:rsidR="00385484" w:rsidRDefault="00385484" w:rsidP="00385484">
      <w:pPr>
        <w:rPr>
          <w:lang w:val="en-GB"/>
        </w:rPr>
      </w:pPr>
      <w:r w:rsidRPr="00385484">
        <w:rPr>
          <w:lang w:val="en-GB"/>
        </w:rPr>
        <w:t>Our Engineering Centre is a world-class</w:t>
      </w:r>
      <w:r>
        <w:rPr>
          <w:lang w:val="en-GB"/>
        </w:rPr>
        <w:t xml:space="preserve"> </w:t>
      </w:r>
      <w:r w:rsidRPr="00385484">
        <w:rPr>
          <w:lang w:val="en-GB"/>
        </w:rPr>
        <w:t>facility with state-of-the-art equipment for</w:t>
      </w:r>
      <w:r>
        <w:rPr>
          <w:lang w:val="en-GB"/>
        </w:rPr>
        <w:t xml:space="preserve"> </w:t>
      </w:r>
      <w:r w:rsidRPr="00385484">
        <w:rPr>
          <w:lang w:val="en-GB"/>
        </w:rPr>
        <w:t>a whole range of Engineering disciplines,</w:t>
      </w:r>
      <w:r>
        <w:rPr>
          <w:lang w:val="en-GB"/>
        </w:rPr>
        <w:t xml:space="preserve"> </w:t>
      </w:r>
      <w:r w:rsidRPr="00385484">
        <w:rPr>
          <w:lang w:val="en-GB"/>
        </w:rPr>
        <w:t>including Fabrication and Welding,</w:t>
      </w:r>
      <w:r>
        <w:rPr>
          <w:lang w:val="en-GB"/>
        </w:rPr>
        <w:t xml:space="preserve"> </w:t>
      </w:r>
      <w:r w:rsidRPr="00385484">
        <w:rPr>
          <w:lang w:val="en-GB"/>
        </w:rPr>
        <w:t>CAD, CAM, Machining and more. We</w:t>
      </w:r>
      <w:r>
        <w:rPr>
          <w:lang w:val="en-GB"/>
        </w:rPr>
        <w:t xml:space="preserve"> </w:t>
      </w:r>
      <w:r w:rsidRPr="00385484">
        <w:rPr>
          <w:lang w:val="en-GB"/>
        </w:rPr>
        <w:t>recently secured a share of £6.9million</w:t>
      </w:r>
      <w:r>
        <w:rPr>
          <w:lang w:val="en-GB"/>
        </w:rPr>
        <w:t xml:space="preserve"> </w:t>
      </w:r>
      <w:r w:rsidRPr="00385484">
        <w:rPr>
          <w:lang w:val="en-GB"/>
        </w:rPr>
        <w:t>from government funding for new digital</w:t>
      </w:r>
      <w:r>
        <w:rPr>
          <w:lang w:val="en-GB"/>
        </w:rPr>
        <w:t xml:space="preserve"> </w:t>
      </w:r>
      <w:r w:rsidRPr="00385484">
        <w:rPr>
          <w:lang w:val="en-GB"/>
        </w:rPr>
        <w:t>equipment at our Engineering Centre,</w:t>
      </w:r>
      <w:r>
        <w:rPr>
          <w:lang w:val="en-GB"/>
        </w:rPr>
        <w:t xml:space="preserve"> </w:t>
      </w:r>
      <w:r w:rsidRPr="00385484">
        <w:rPr>
          <w:lang w:val="en-GB"/>
        </w:rPr>
        <w:t>including new 3D printers, automation kit,</w:t>
      </w:r>
      <w:r>
        <w:rPr>
          <w:lang w:val="en-GB"/>
        </w:rPr>
        <w:t xml:space="preserve"> </w:t>
      </w:r>
      <w:r w:rsidRPr="00385484">
        <w:rPr>
          <w:lang w:val="en-GB"/>
        </w:rPr>
        <w:t>a robotic arm and VR headsets.</w:t>
      </w:r>
    </w:p>
    <w:p w14:paraId="3E0FAA12" w14:textId="7C41BE4B" w:rsidR="00557E83" w:rsidRDefault="00385484" w:rsidP="00385484">
      <w:pPr>
        <w:pStyle w:val="Heading2"/>
        <w:rPr>
          <w:lang w:val="en-GB"/>
        </w:rPr>
      </w:pPr>
      <w:r>
        <w:rPr>
          <w:lang w:val="en-GB"/>
        </w:rPr>
        <w:t>Average Salaries</w:t>
      </w:r>
    </w:p>
    <w:p w14:paraId="437ABFE8" w14:textId="33019220" w:rsidR="00385484" w:rsidRPr="00385484" w:rsidRDefault="00385484" w:rsidP="00385484">
      <w:pPr>
        <w:rPr>
          <w:lang w:val="en-GB"/>
        </w:rPr>
      </w:pPr>
      <w:r w:rsidRPr="00385484">
        <w:rPr>
          <w:lang w:val="en-GB"/>
        </w:rPr>
        <w:t>£54,080</w:t>
      </w:r>
      <w:r>
        <w:rPr>
          <w:lang w:val="en-GB"/>
        </w:rPr>
        <w:t xml:space="preserve"> </w:t>
      </w:r>
      <w:r w:rsidRPr="00385484">
        <w:rPr>
          <w:lang w:val="en-GB"/>
        </w:rPr>
        <w:t>Electrical Engineers</w:t>
      </w:r>
    </w:p>
    <w:p w14:paraId="25CDAF9C" w14:textId="3064ACEA" w:rsidR="00385484" w:rsidRPr="00385484" w:rsidRDefault="00385484" w:rsidP="00385484">
      <w:pPr>
        <w:rPr>
          <w:lang w:val="en-GB"/>
        </w:rPr>
      </w:pPr>
      <w:r w:rsidRPr="00385484">
        <w:rPr>
          <w:lang w:val="en-GB"/>
        </w:rPr>
        <w:t>£48,880</w:t>
      </w:r>
      <w:r>
        <w:rPr>
          <w:lang w:val="en-GB"/>
        </w:rPr>
        <w:t xml:space="preserve"> </w:t>
      </w:r>
      <w:r w:rsidRPr="00385484">
        <w:rPr>
          <w:lang w:val="en-GB"/>
        </w:rPr>
        <w:t>Civil Engineers</w:t>
      </w:r>
    </w:p>
    <w:p w14:paraId="64D8FBCD" w14:textId="19265EEE" w:rsidR="00385484" w:rsidRDefault="00385484" w:rsidP="00385484">
      <w:pPr>
        <w:rPr>
          <w:lang w:val="en-GB"/>
        </w:rPr>
      </w:pPr>
      <w:r w:rsidRPr="00385484">
        <w:rPr>
          <w:lang w:val="en-GB"/>
        </w:rPr>
        <w:t>£42,640</w:t>
      </w:r>
      <w:r>
        <w:rPr>
          <w:lang w:val="en-GB"/>
        </w:rPr>
        <w:t xml:space="preserve"> </w:t>
      </w:r>
      <w:r w:rsidRPr="00385484">
        <w:rPr>
          <w:lang w:val="en-GB"/>
        </w:rPr>
        <w:t>Engineering</w:t>
      </w:r>
      <w:r>
        <w:rPr>
          <w:lang w:val="en-GB"/>
        </w:rPr>
        <w:t xml:space="preserve"> </w:t>
      </w:r>
      <w:r w:rsidRPr="00385484">
        <w:rPr>
          <w:lang w:val="en-GB"/>
        </w:rPr>
        <w:t>Technicians</w:t>
      </w:r>
    </w:p>
    <w:p w14:paraId="0DAFE33B" w14:textId="4E36D4AE" w:rsidR="00385484" w:rsidRDefault="00385484" w:rsidP="00385484">
      <w:pPr>
        <w:pStyle w:val="Heading2"/>
        <w:rPr>
          <w:lang w:val="en-GB"/>
        </w:rPr>
      </w:pPr>
      <w:r>
        <w:rPr>
          <w:lang w:val="en-GB"/>
        </w:rPr>
        <w:t>Case study</w:t>
      </w:r>
    </w:p>
    <w:p w14:paraId="7EE562A4" w14:textId="581473B9" w:rsidR="00385484" w:rsidRPr="00385484" w:rsidRDefault="00385484" w:rsidP="00385484">
      <w:pPr>
        <w:rPr>
          <w:lang w:val="en-GB"/>
        </w:rPr>
      </w:pPr>
      <w:r w:rsidRPr="00385484">
        <w:rPr>
          <w:lang w:val="en-GB"/>
        </w:rPr>
        <w:t>“The facilities are</w:t>
      </w:r>
      <w:r>
        <w:rPr>
          <w:lang w:val="en-GB"/>
        </w:rPr>
        <w:t xml:space="preserve"> </w:t>
      </w:r>
      <w:r w:rsidRPr="00385484">
        <w:rPr>
          <w:lang w:val="en-GB"/>
        </w:rPr>
        <w:t>really good quality</w:t>
      </w:r>
      <w:r>
        <w:rPr>
          <w:lang w:val="en-GB"/>
        </w:rPr>
        <w:t xml:space="preserve"> </w:t>
      </w:r>
      <w:r w:rsidRPr="00385484">
        <w:rPr>
          <w:lang w:val="en-GB"/>
        </w:rPr>
        <w:t>and great to work</w:t>
      </w:r>
      <w:r>
        <w:rPr>
          <w:lang w:val="en-GB"/>
        </w:rPr>
        <w:t xml:space="preserve"> </w:t>
      </w:r>
      <w:r w:rsidRPr="00385484">
        <w:rPr>
          <w:lang w:val="en-GB"/>
        </w:rPr>
        <w:t>on. The staff have</w:t>
      </w:r>
      <w:r>
        <w:rPr>
          <w:lang w:val="en-GB"/>
        </w:rPr>
        <w:t xml:space="preserve"> </w:t>
      </w:r>
      <w:r w:rsidRPr="00385484">
        <w:rPr>
          <w:lang w:val="en-GB"/>
        </w:rPr>
        <w:t>also helped me</w:t>
      </w:r>
      <w:r>
        <w:rPr>
          <w:lang w:val="en-GB"/>
        </w:rPr>
        <w:t xml:space="preserve"> </w:t>
      </w:r>
      <w:r w:rsidRPr="00385484">
        <w:rPr>
          <w:lang w:val="en-GB"/>
        </w:rPr>
        <w:t>learn new skills.”</w:t>
      </w:r>
    </w:p>
    <w:p w14:paraId="5DF95723" w14:textId="77777777" w:rsidR="00385484" w:rsidRPr="00385484" w:rsidRDefault="00385484" w:rsidP="00385484">
      <w:pPr>
        <w:rPr>
          <w:lang w:val="en-GB"/>
        </w:rPr>
      </w:pPr>
      <w:proofErr w:type="spellStart"/>
      <w:r w:rsidRPr="00385484">
        <w:rPr>
          <w:lang w:val="en-GB"/>
        </w:rPr>
        <w:t>Musaed</w:t>
      </w:r>
      <w:proofErr w:type="spellEnd"/>
    </w:p>
    <w:p w14:paraId="5E6BFB83" w14:textId="5ADA511E" w:rsidR="00557E83" w:rsidRPr="00385484" w:rsidRDefault="00385484" w:rsidP="00385484">
      <w:pPr>
        <w:rPr>
          <w:i/>
          <w:iCs/>
          <w:lang w:val="en-GB"/>
        </w:rPr>
      </w:pPr>
      <w:r w:rsidRPr="00385484">
        <w:rPr>
          <w:i/>
          <w:iCs/>
          <w:lang w:val="en-GB"/>
        </w:rPr>
        <w:t>T Level Engineering</w:t>
      </w:r>
      <w:r>
        <w:rPr>
          <w:i/>
          <w:iCs/>
          <w:lang w:val="en-GB"/>
        </w:rPr>
        <w:t xml:space="preserve"> </w:t>
      </w:r>
      <w:r w:rsidRPr="00385484">
        <w:rPr>
          <w:i/>
          <w:iCs/>
          <w:lang w:val="en-GB"/>
        </w:rPr>
        <w:t>Manufacturing, Processing</w:t>
      </w:r>
      <w:r>
        <w:rPr>
          <w:i/>
          <w:iCs/>
          <w:lang w:val="en-GB"/>
        </w:rPr>
        <w:t xml:space="preserve"> </w:t>
      </w:r>
      <w:r w:rsidRPr="00385484">
        <w:rPr>
          <w:i/>
          <w:iCs/>
          <w:lang w:val="en-GB"/>
        </w:rPr>
        <w:t>and Control Level 3</w:t>
      </w:r>
    </w:p>
    <w:p w14:paraId="3BFFF6C3" w14:textId="2241A912" w:rsidR="00385484" w:rsidRPr="00385484" w:rsidRDefault="00385484" w:rsidP="00385484">
      <w:pPr>
        <w:pStyle w:val="Heading2"/>
        <w:rPr>
          <w:lang w:val="en-GB"/>
        </w:rPr>
      </w:pPr>
      <w:r>
        <w:rPr>
          <w:lang w:val="en-GB"/>
        </w:rPr>
        <w:t xml:space="preserve">Engineering and </w:t>
      </w:r>
      <w:r w:rsidRPr="00385484">
        <w:rPr>
          <w:lang w:val="en-GB"/>
        </w:rPr>
        <w:t>Manufacturing Level 1</w:t>
      </w:r>
    </w:p>
    <w:p w14:paraId="65AA58A0" w14:textId="77777777" w:rsidR="00385484" w:rsidRPr="00385484" w:rsidRDefault="00385484" w:rsidP="00385484">
      <w:pPr>
        <w:pStyle w:val="Heading3"/>
        <w:rPr>
          <w:lang w:val="en-GB"/>
        </w:rPr>
      </w:pPr>
      <w:r w:rsidRPr="00385484">
        <w:rPr>
          <w:lang w:val="en-GB"/>
        </w:rPr>
        <w:t>Entry Requirements</w:t>
      </w:r>
    </w:p>
    <w:p w14:paraId="5316DE65" w14:textId="77777777" w:rsidR="00385484" w:rsidRPr="00385484" w:rsidRDefault="00385484" w:rsidP="00385484">
      <w:pPr>
        <w:rPr>
          <w:lang w:val="en-GB"/>
        </w:rPr>
      </w:pPr>
      <w:r w:rsidRPr="00385484">
        <w:rPr>
          <w:lang w:val="en-GB"/>
        </w:rPr>
        <w:t>A minimum of four GCSEs with the following grades:</w:t>
      </w:r>
    </w:p>
    <w:p w14:paraId="2F5EB497" w14:textId="77777777" w:rsidR="00385484" w:rsidRPr="00385484" w:rsidRDefault="00385484" w:rsidP="000009CA">
      <w:pPr>
        <w:pStyle w:val="ListParagraph"/>
        <w:numPr>
          <w:ilvl w:val="0"/>
          <w:numId w:val="176"/>
        </w:numPr>
        <w:rPr>
          <w:lang w:val="en-GB"/>
        </w:rPr>
      </w:pPr>
      <w:r w:rsidRPr="00385484">
        <w:rPr>
          <w:lang w:val="en-GB"/>
        </w:rPr>
        <w:t>English at 2 or above</w:t>
      </w:r>
    </w:p>
    <w:p w14:paraId="5F42CDE9" w14:textId="77777777" w:rsidR="00385484" w:rsidRPr="00385484" w:rsidRDefault="00385484" w:rsidP="000009CA">
      <w:pPr>
        <w:pStyle w:val="ListParagraph"/>
        <w:numPr>
          <w:ilvl w:val="0"/>
          <w:numId w:val="176"/>
        </w:numPr>
        <w:rPr>
          <w:lang w:val="en-GB"/>
        </w:rPr>
      </w:pPr>
      <w:r w:rsidRPr="00385484">
        <w:rPr>
          <w:lang w:val="en-GB"/>
        </w:rPr>
        <w:t>Maths at 2 or above</w:t>
      </w:r>
    </w:p>
    <w:p w14:paraId="20E2414F" w14:textId="77777777" w:rsidR="00385484" w:rsidRPr="00385484" w:rsidRDefault="00385484" w:rsidP="000009CA">
      <w:pPr>
        <w:pStyle w:val="ListParagraph"/>
        <w:numPr>
          <w:ilvl w:val="0"/>
          <w:numId w:val="176"/>
        </w:numPr>
        <w:rPr>
          <w:lang w:val="en-GB"/>
        </w:rPr>
      </w:pPr>
      <w:r w:rsidRPr="00385484">
        <w:rPr>
          <w:lang w:val="en-GB"/>
        </w:rPr>
        <w:t>Two other GCSEs at 2 or above</w:t>
      </w:r>
    </w:p>
    <w:p w14:paraId="22F02920" w14:textId="77777777" w:rsidR="00385484" w:rsidRPr="00385484" w:rsidRDefault="00385484" w:rsidP="000009CA">
      <w:pPr>
        <w:pStyle w:val="ListParagraph"/>
        <w:numPr>
          <w:ilvl w:val="0"/>
          <w:numId w:val="176"/>
        </w:numPr>
        <w:rPr>
          <w:lang w:val="en-GB"/>
        </w:rPr>
      </w:pPr>
      <w:r w:rsidRPr="00385484">
        <w:rPr>
          <w:lang w:val="en-GB"/>
        </w:rPr>
        <w:t>Ideally including a Science or Technology course</w:t>
      </w:r>
    </w:p>
    <w:p w14:paraId="726677A7" w14:textId="77777777" w:rsidR="00385484" w:rsidRPr="00385484" w:rsidRDefault="00385484" w:rsidP="00385484">
      <w:pPr>
        <w:pStyle w:val="Heading3"/>
        <w:rPr>
          <w:lang w:val="en-GB"/>
        </w:rPr>
      </w:pPr>
      <w:r w:rsidRPr="00385484">
        <w:rPr>
          <w:lang w:val="en-GB"/>
        </w:rPr>
        <w:t>Progression</w:t>
      </w:r>
    </w:p>
    <w:p w14:paraId="5F504CD3" w14:textId="7CAEC8E0" w:rsidR="00385484" w:rsidRPr="00385484" w:rsidRDefault="00385484" w:rsidP="000009CA">
      <w:pPr>
        <w:numPr>
          <w:ilvl w:val="0"/>
          <w:numId w:val="174"/>
        </w:numPr>
        <w:rPr>
          <w:lang w:val="en-GB"/>
        </w:rPr>
      </w:pPr>
      <w:r w:rsidRPr="00385484">
        <w:rPr>
          <w:lang w:val="en-GB"/>
        </w:rPr>
        <w:t>Engineering and Manufacturing Level 2</w:t>
      </w:r>
    </w:p>
    <w:p w14:paraId="26A024E7" w14:textId="77777777" w:rsidR="00385484" w:rsidRPr="00385484" w:rsidRDefault="00385484" w:rsidP="00385484">
      <w:pPr>
        <w:pStyle w:val="Heading2"/>
        <w:rPr>
          <w:lang w:val="en-GB"/>
        </w:rPr>
      </w:pPr>
      <w:r w:rsidRPr="00385484">
        <w:rPr>
          <w:lang w:val="en-GB"/>
        </w:rPr>
        <w:lastRenderedPageBreak/>
        <w:t>Engineering and Manufacturing Level 2</w:t>
      </w:r>
    </w:p>
    <w:p w14:paraId="68B47B1F" w14:textId="77777777" w:rsidR="00385484" w:rsidRPr="00385484" w:rsidRDefault="00385484" w:rsidP="00385484">
      <w:pPr>
        <w:pStyle w:val="Heading3"/>
        <w:rPr>
          <w:lang w:val="en-GB"/>
        </w:rPr>
      </w:pPr>
      <w:r w:rsidRPr="00385484">
        <w:rPr>
          <w:lang w:val="en-GB"/>
        </w:rPr>
        <w:t>Entry Requirements</w:t>
      </w:r>
    </w:p>
    <w:p w14:paraId="6EE43FDB" w14:textId="77777777" w:rsidR="00385484" w:rsidRPr="00385484" w:rsidRDefault="00385484" w:rsidP="00385484">
      <w:pPr>
        <w:rPr>
          <w:lang w:val="en-GB"/>
        </w:rPr>
      </w:pPr>
      <w:r w:rsidRPr="00385484">
        <w:rPr>
          <w:lang w:val="en-GB"/>
        </w:rPr>
        <w:t>A minimum of four GCSEs with the following grades:</w:t>
      </w:r>
    </w:p>
    <w:p w14:paraId="4572AE78" w14:textId="77777777" w:rsidR="00385484" w:rsidRPr="00385484" w:rsidRDefault="00385484" w:rsidP="000009CA">
      <w:pPr>
        <w:pStyle w:val="ListParagraph"/>
        <w:numPr>
          <w:ilvl w:val="0"/>
          <w:numId w:val="177"/>
        </w:numPr>
        <w:rPr>
          <w:lang w:val="en-GB"/>
        </w:rPr>
      </w:pPr>
      <w:r w:rsidRPr="00385484">
        <w:rPr>
          <w:lang w:val="en-GB"/>
        </w:rPr>
        <w:t>English at 3 or above</w:t>
      </w:r>
    </w:p>
    <w:p w14:paraId="5B9BF973" w14:textId="77777777" w:rsidR="00385484" w:rsidRPr="00385484" w:rsidRDefault="00385484" w:rsidP="000009CA">
      <w:pPr>
        <w:pStyle w:val="ListParagraph"/>
        <w:numPr>
          <w:ilvl w:val="0"/>
          <w:numId w:val="177"/>
        </w:numPr>
        <w:rPr>
          <w:lang w:val="en-GB"/>
        </w:rPr>
      </w:pPr>
      <w:r w:rsidRPr="00385484">
        <w:rPr>
          <w:lang w:val="en-GB"/>
        </w:rPr>
        <w:t>Maths at 3 or above</w:t>
      </w:r>
    </w:p>
    <w:p w14:paraId="09BD920A" w14:textId="77777777" w:rsidR="00385484" w:rsidRPr="00385484" w:rsidRDefault="00385484" w:rsidP="000009CA">
      <w:pPr>
        <w:pStyle w:val="ListParagraph"/>
        <w:numPr>
          <w:ilvl w:val="0"/>
          <w:numId w:val="177"/>
        </w:numPr>
        <w:rPr>
          <w:lang w:val="en-GB"/>
        </w:rPr>
      </w:pPr>
      <w:r w:rsidRPr="00385484">
        <w:rPr>
          <w:lang w:val="en-GB"/>
        </w:rPr>
        <w:t>Two other GCSEs at 3 or above</w:t>
      </w:r>
    </w:p>
    <w:p w14:paraId="48983444" w14:textId="77777777" w:rsidR="00385484" w:rsidRPr="00385484" w:rsidRDefault="00385484" w:rsidP="000009CA">
      <w:pPr>
        <w:pStyle w:val="ListParagraph"/>
        <w:numPr>
          <w:ilvl w:val="0"/>
          <w:numId w:val="177"/>
        </w:numPr>
        <w:rPr>
          <w:lang w:val="en-GB"/>
        </w:rPr>
      </w:pPr>
      <w:r w:rsidRPr="00385484">
        <w:rPr>
          <w:lang w:val="en-GB"/>
        </w:rPr>
        <w:t>Including a Science or Technology course</w:t>
      </w:r>
    </w:p>
    <w:p w14:paraId="1219FC1B" w14:textId="77777777" w:rsidR="00385484" w:rsidRPr="00385484" w:rsidRDefault="00385484" w:rsidP="00385484">
      <w:pPr>
        <w:pStyle w:val="Heading3"/>
        <w:rPr>
          <w:lang w:val="en-GB"/>
        </w:rPr>
      </w:pPr>
      <w:r w:rsidRPr="00385484">
        <w:rPr>
          <w:lang w:val="en-GB"/>
        </w:rPr>
        <w:t>Progression</w:t>
      </w:r>
    </w:p>
    <w:p w14:paraId="09E964C3" w14:textId="77777777" w:rsidR="00385484" w:rsidRPr="00385484" w:rsidRDefault="00385484" w:rsidP="000009CA">
      <w:pPr>
        <w:pStyle w:val="ListParagraph"/>
        <w:numPr>
          <w:ilvl w:val="0"/>
          <w:numId w:val="178"/>
        </w:numPr>
        <w:rPr>
          <w:lang w:val="en-GB"/>
        </w:rPr>
      </w:pPr>
      <w:r w:rsidRPr="00385484">
        <w:rPr>
          <w:lang w:val="en-GB"/>
        </w:rPr>
        <w:t>Level 3 course in Engineering and Manufacturing</w:t>
      </w:r>
    </w:p>
    <w:p w14:paraId="59CB5538" w14:textId="77777777" w:rsidR="00385484" w:rsidRPr="00385484" w:rsidRDefault="00385484" w:rsidP="000009CA">
      <w:pPr>
        <w:pStyle w:val="ListParagraph"/>
        <w:numPr>
          <w:ilvl w:val="0"/>
          <w:numId w:val="178"/>
        </w:numPr>
        <w:rPr>
          <w:lang w:val="en-GB"/>
        </w:rPr>
      </w:pPr>
      <w:r w:rsidRPr="00385484">
        <w:rPr>
          <w:lang w:val="en-GB"/>
        </w:rPr>
        <w:t>Level 3 Engineering</w:t>
      </w:r>
    </w:p>
    <w:p w14:paraId="68913103" w14:textId="77777777" w:rsidR="00385484" w:rsidRPr="00385484" w:rsidRDefault="00385484" w:rsidP="000009CA">
      <w:pPr>
        <w:pStyle w:val="ListParagraph"/>
        <w:numPr>
          <w:ilvl w:val="0"/>
          <w:numId w:val="178"/>
        </w:numPr>
        <w:rPr>
          <w:lang w:val="en-GB"/>
        </w:rPr>
      </w:pPr>
      <w:r w:rsidRPr="00385484">
        <w:rPr>
          <w:lang w:val="en-GB"/>
        </w:rPr>
        <w:t>Apprenticeships</w:t>
      </w:r>
    </w:p>
    <w:p w14:paraId="251240F8" w14:textId="77777777" w:rsidR="00385484" w:rsidRPr="00385484" w:rsidRDefault="00385484" w:rsidP="000009CA">
      <w:pPr>
        <w:pStyle w:val="ListParagraph"/>
        <w:numPr>
          <w:ilvl w:val="0"/>
          <w:numId w:val="178"/>
        </w:numPr>
        <w:rPr>
          <w:lang w:val="en-GB"/>
        </w:rPr>
      </w:pPr>
      <w:r w:rsidRPr="00385484">
        <w:rPr>
          <w:lang w:val="en-GB"/>
        </w:rPr>
        <w:t xml:space="preserve">Engineering, Manufacturing, Processing and Control T Level </w:t>
      </w:r>
      <w:proofErr w:type="spellStart"/>
      <w:r w:rsidRPr="00385484">
        <w:rPr>
          <w:lang w:val="en-GB"/>
        </w:rPr>
        <w:t>Level</w:t>
      </w:r>
      <w:proofErr w:type="spellEnd"/>
      <w:r w:rsidRPr="00385484">
        <w:rPr>
          <w:lang w:val="en-GB"/>
        </w:rPr>
        <w:t xml:space="preserve"> 3</w:t>
      </w:r>
    </w:p>
    <w:p w14:paraId="48532DC1" w14:textId="77777777" w:rsidR="00385484" w:rsidRPr="00385484" w:rsidRDefault="00385484" w:rsidP="00385484">
      <w:pPr>
        <w:rPr>
          <w:lang w:val="en-GB"/>
        </w:rPr>
      </w:pPr>
      <w:r w:rsidRPr="00385484">
        <w:rPr>
          <w:lang w:val="en-GB"/>
        </w:rPr>
        <w:pict w14:anchorId="4523A8FF">
          <v:rect id="_x0000_i1108" style="width:0;height:1.5pt" o:hralign="center" o:hrstd="t" o:hr="t" fillcolor="#a0a0a0" stroked="f"/>
        </w:pict>
      </w:r>
    </w:p>
    <w:p w14:paraId="3A0F1FC7" w14:textId="77777777" w:rsidR="00385484" w:rsidRPr="00385484" w:rsidRDefault="00385484" w:rsidP="00385484">
      <w:pPr>
        <w:pStyle w:val="Heading2"/>
        <w:rPr>
          <w:lang w:val="en-GB"/>
        </w:rPr>
      </w:pPr>
      <w:r w:rsidRPr="00385484">
        <w:rPr>
          <w:lang w:val="en-GB"/>
        </w:rPr>
        <w:t>Engineering and Manufacturing Level 3</w:t>
      </w:r>
    </w:p>
    <w:p w14:paraId="7142E6E3" w14:textId="77777777" w:rsidR="00385484" w:rsidRPr="00385484" w:rsidRDefault="00385484" w:rsidP="00385484">
      <w:pPr>
        <w:pStyle w:val="Heading3"/>
        <w:rPr>
          <w:lang w:val="en-GB"/>
        </w:rPr>
      </w:pPr>
      <w:r w:rsidRPr="00385484">
        <w:rPr>
          <w:lang w:val="en-GB"/>
        </w:rPr>
        <w:t>Entry Requirements</w:t>
      </w:r>
    </w:p>
    <w:p w14:paraId="2EA08B40" w14:textId="77777777" w:rsidR="00385484" w:rsidRPr="00385484" w:rsidRDefault="00385484" w:rsidP="00385484">
      <w:pPr>
        <w:rPr>
          <w:lang w:val="en-GB"/>
        </w:rPr>
      </w:pPr>
      <w:r w:rsidRPr="00385484">
        <w:rPr>
          <w:lang w:val="en-GB"/>
        </w:rPr>
        <w:t>A minimum of five GCSEs with the following grades:</w:t>
      </w:r>
    </w:p>
    <w:p w14:paraId="600AE898" w14:textId="77777777" w:rsidR="00385484" w:rsidRPr="00385484" w:rsidRDefault="00385484" w:rsidP="000009CA">
      <w:pPr>
        <w:pStyle w:val="ListParagraph"/>
        <w:numPr>
          <w:ilvl w:val="0"/>
          <w:numId w:val="179"/>
        </w:numPr>
        <w:rPr>
          <w:lang w:val="en-GB"/>
        </w:rPr>
      </w:pPr>
      <w:r w:rsidRPr="00385484">
        <w:rPr>
          <w:lang w:val="en-GB"/>
        </w:rPr>
        <w:t>English at 4 or above</w:t>
      </w:r>
    </w:p>
    <w:p w14:paraId="1D8A00F6" w14:textId="77777777" w:rsidR="00385484" w:rsidRPr="00385484" w:rsidRDefault="00385484" w:rsidP="000009CA">
      <w:pPr>
        <w:pStyle w:val="ListParagraph"/>
        <w:numPr>
          <w:ilvl w:val="0"/>
          <w:numId w:val="179"/>
        </w:numPr>
        <w:rPr>
          <w:lang w:val="en-GB"/>
        </w:rPr>
      </w:pPr>
      <w:r w:rsidRPr="00385484">
        <w:rPr>
          <w:lang w:val="en-GB"/>
        </w:rPr>
        <w:t>Maths at 4 or above</w:t>
      </w:r>
    </w:p>
    <w:p w14:paraId="5253ACDE" w14:textId="77777777" w:rsidR="00385484" w:rsidRPr="00385484" w:rsidRDefault="00385484" w:rsidP="000009CA">
      <w:pPr>
        <w:pStyle w:val="ListParagraph"/>
        <w:numPr>
          <w:ilvl w:val="0"/>
          <w:numId w:val="179"/>
        </w:numPr>
        <w:rPr>
          <w:lang w:val="en-GB"/>
        </w:rPr>
      </w:pPr>
      <w:r w:rsidRPr="00385484">
        <w:rPr>
          <w:lang w:val="en-GB"/>
        </w:rPr>
        <w:t>Three other GCSEs at 4 or above</w:t>
      </w:r>
    </w:p>
    <w:p w14:paraId="6F1B8FC5" w14:textId="77777777" w:rsidR="00385484" w:rsidRPr="00385484" w:rsidRDefault="00385484" w:rsidP="000009CA">
      <w:pPr>
        <w:pStyle w:val="ListParagraph"/>
        <w:numPr>
          <w:ilvl w:val="0"/>
          <w:numId w:val="179"/>
        </w:numPr>
        <w:rPr>
          <w:lang w:val="en-GB"/>
        </w:rPr>
      </w:pPr>
      <w:r w:rsidRPr="00385484">
        <w:rPr>
          <w:lang w:val="en-GB"/>
        </w:rPr>
        <w:t>Including a Science or Technology course</w:t>
      </w:r>
    </w:p>
    <w:p w14:paraId="0F677194" w14:textId="77777777" w:rsidR="00385484" w:rsidRPr="00385484" w:rsidRDefault="00385484" w:rsidP="00385484">
      <w:pPr>
        <w:pStyle w:val="Heading3"/>
        <w:rPr>
          <w:lang w:val="en-GB"/>
        </w:rPr>
      </w:pPr>
      <w:r w:rsidRPr="00385484">
        <w:rPr>
          <w:lang w:val="en-GB"/>
        </w:rPr>
        <w:t>Progression</w:t>
      </w:r>
    </w:p>
    <w:p w14:paraId="0E7CFBBB" w14:textId="77777777" w:rsidR="00385484" w:rsidRPr="00385484" w:rsidRDefault="00385484" w:rsidP="000009CA">
      <w:pPr>
        <w:pStyle w:val="ListParagraph"/>
        <w:numPr>
          <w:ilvl w:val="0"/>
          <w:numId w:val="180"/>
        </w:numPr>
        <w:rPr>
          <w:lang w:val="en-GB"/>
        </w:rPr>
      </w:pPr>
      <w:r w:rsidRPr="00385484">
        <w:rPr>
          <w:lang w:val="en-GB"/>
        </w:rPr>
        <w:t>Higher education</w:t>
      </w:r>
    </w:p>
    <w:p w14:paraId="6BD1FAEA" w14:textId="77777777" w:rsidR="00385484" w:rsidRPr="00385484" w:rsidRDefault="00385484" w:rsidP="000009CA">
      <w:pPr>
        <w:pStyle w:val="ListParagraph"/>
        <w:numPr>
          <w:ilvl w:val="0"/>
          <w:numId w:val="180"/>
        </w:numPr>
        <w:rPr>
          <w:lang w:val="en-GB"/>
        </w:rPr>
      </w:pPr>
      <w:r w:rsidRPr="00385484">
        <w:rPr>
          <w:lang w:val="en-GB"/>
        </w:rPr>
        <w:t>Apprenticeship</w:t>
      </w:r>
    </w:p>
    <w:p w14:paraId="7193D5DF" w14:textId="77777777" w:rsidR="00385484" w:rsidRPr="00385484" w:rsidRDefault="00385484" w:rsidP="000009CA">
      <w:pPr>
        <w:pStyle w:val="ListParagraph"/>
        <w:numPr>
          <w:ilvl w:val="0"/>
          <w:numId w:val="180"/>
        </w:numPr>
        <w:rPr>
          <w:lang w:val="en-GB"/>
        </w:rPr>
      </w:pPr>
      <w:r w:rsidRPr="00385484">
        <w:rPr>
          <w:lang w:val="en-GB"/>
        </w:rPr>
        <w:t>Employment</w:t>
      </w:r>
    </w:p>
    <w:p w14:paraId="4F80B762" w14:textId="77777777" w:rsidR="00385484" w:rsidRPr="00385484" w:rsidRDefault="00385484" w:rsidP="00385484">
      <w:pPr>
        <w:rPr>
          <w:lang w:val="en-GB"/>
        </w:rPr>
      </w:pPr>
      <w:r w:rsidRPr="00385484">
        <w:rPr>
          <w:lang w:val="en-GB"/>
        </w:rPr>
        <w:pict w14:anchorId="041717BB">
          <v:rect id="_x0000_i1109" style="width:0;height:1.5pt" o:hralign="center" o:hrstd="t" o:hr="t" fillcolor="#a0a0a0" stroked="f"/>
        </w:pict>
      </w:r>
    </w:p>
    <w:p w14:paraId="18080FAF" w14:textId="77777777" w:rsidR="00385484" w:rsidRPr="00385484" w:rsidRDefault="00385484" w:rsidP="00385484">
      <w:pPr>
        <w:pStyle w:val="Heading2"/>
        <w:rPr>
          <w:lang w:val="en-GB"/>
        </w:rPr>
      </w:pPr>
      <w:r w:rsidRPr="00385484">
        <w:rPr>
          <w:lang w:val="en-GB"/>
        </w:rPr>
        <w:t>Fabrication and Welding Programme Level 2</w:t>
      </w:r>
    </w:p>
    <w:p w14:paraId="084E6154" w14:textId="77777777" w:rsidR="00385484" w:rsidRPr="00385484" w:rsidRDefault="00385484" w:rsidP="00385484">
      <w:pPr>
        <w:pStyle w:val="Heading3"/>
        <w:rPr>
          <w:lang w:val="en-GB"/>
        </w:rPr>
      </w:pPr>
      <w:r w:rsidRPr="00385484">
        <w:rPr>
          <w:lang w:val="en-GB"/>
        </w:rPr>
        <w:t>Entry Requirements</w:t>
      </w:r>
    </w:p>
    <w:p w14:paraId="41F88232" w14:textId="77777777" w:rsidR="00385484" w:rsidRPr="00385484" w:rsidRDefault="00385484" w:rsidP="000009CA">
      <w:pPr>
        <w:pStyle w:val="ListParagraph"/>
        <w:numPr>
          <w:ilvl w:val="0"/>
          <w:numId w:val="181"/>
        </w:numPr>
        <w:rPr>
          <w:lang w:val="en-GB"/>
        </w:rPr>
      </w:pPr>
      <w:r w:rsidRPr="00385484">
        <w:rPr>
          <w:lang w:val="en-GB"/>
        </w:rPr>
        <w:t>A minimum of grade 3 in Maths and English.</w:t>
      </w:r>
    </w:p>
    <w:p w14:paraId="75A79838" w14:textId="77777777" w:rsidR="00385484" w:rsidRPr="00385484" w:rsidRDefault="00385484" w:rsidP="00385484">
      <w:pPr>
        <w:pStyle w:val="Heading3"/>
        <w:rPr>
          <w:lang w:val="en-GB"/>
        </w:rPr>
      </w:pPr>
      <w:r w:rsidRPr="00385484">
        <w:rPr>
          <w:lang w:val="en-GB"/>
        </w:rPr>
        <w:t>Progression</w:t>
      </w:r>
    </w:p>
    <w:p w14:paraId="3987974D" w14:textId="77777777" w:rsidR="00385484" w:rsidRPr="00385484" w:rsidRDefault="00385484" w:rsidP="000009CA">
      <w:pPr>
        <w:pStyle w:val="ListParagraph"/>
        <w:numPr>
          <w:ilvl w:val="0"/>
          <w:numId w:val="182"/>
        </w:numPr>
        <w:rPr>
          <w:lang w:val="en-GB"/>
        </w:rPr>
      </w:pPr>
      <w:r w:rsidRPr="00385484">
        <w:rPr>
          <w:lang w:val="en-GB"/>
        </w:rPr>
        <w:t>Level 3 Metal Fabricator</w:t>
      </w:r>
    </w:p>
    <w:p w14:paraId="21C441A9" w14:textId="77777777" w:rsidR="00385484" w:rsidRPr="00385484" w:rsidRDefault="00385484" w:rsidP="000009CA">
      <w:pPr>
        <w:pStyle w:val="ListParagraph"/>
        <w:numPr>
          <w:ilvl w:val="0"/>
          <w:numId w:val="182"/>
        </w:numPr>
        <w:rPr>
          <w:lang w:val="en-GB"/>
        </w:rPr>
      </w:pPr>
      <w:r w:rsidRPr="00385484">
        <w:rPr>
          <w:lang w:val="en-GB"/>
        </w:rPr>
        <w:t>Apprenticeship</w:t>
      </w:r>
    </w:p>
    <w:p w14:paraId="443736DE" w14:textId="77777777" w:rsidR="00385484" w:rsidRDefault="00385484" w:rsidP="000009CA">
      <w:pPr>
        <w:pStyle w:val="ListParagraph"/>
        <w:numPr>
          <w:ilvl w:val="0"/>
          <w:numId w:val="182"/>
        </w:numPr>
        <w:rPr>
          <w:lang w:val="en-GB"/>
        </w:rPr>
      </w:pPr>
      <w:r w:rsidRPr="00385484">
        <w:rPr>
          <w:lang w:val="en-GB"/>
        </w:rPr>
        <w:t>Level 3 course in Engineering and Manufacturing</w:t>
      </w:r>
    </w:p>
    <w:p w14:paraId="06ED2609" w14:textId="44B3E3CE" w:rsidR="00385484" w:rsidRPr="00385484" w:rsidRDefault="00385484" w:rsidP="000009CA">
      <w:pPr>
        <w:pStyle w:val="ListParagraph"/>
        <w:numPr>
          <w:ilvl w:val="0"/>
          <w:numId w:val="182"/>
        </w:numPr>
        <w:rPr>
          <w:lang w:val="en-GB"/>
        </w:rPr>
      </w:pPr>
      <w:r w:rsidRPr="00385484">
        <w:rPr>
          <w:lang w:val="en-GB"/>
        </w:rPr>
        <w:t>Level 3 Engineering Apprenticeships</w:t>
      </w:r>
    </w:p>
    <w:p w14:paraId="64B14A08" w14:textId="77777777" w:rsidR="00385484" w:rsidRPr="00385484" w:rsidRDefault="00385484" w:rsidP="00385484">
      <w:pPr>
        <w:pStyle w:val="Heading2"/>
        <w:rPr>
          <w:lang w:val="en-GB"/>
        </w:rPr>
      </w:pPr>
      <w:r w:rsidRPr="00385484">
        <w:rPr>
          <w:lang w:val="en-GB"/>
        </w:rPr>
        <w:lastRenderedPageBreak/>
        <w:t>Metal Fabricator Apprenticeship Level 3</w:t>
      </w:r>
    </w:p>
    <w:p w14:paraId="00720634" w14:textId="77777777" w:rsidR="00385484" w:rsidRPr="00385484" w:rsidRDefault="00385484" w:rsidP="00385484">
      <w:pPr>
        <w:pStyle w:val="Heading3"/>
        <w:rPr>
          <w:lang w:val="en-GB"/>
        </w:rPr>
      </w:pPr>
      <w:r w:rsidRPr="00385484">
        <w:rPr>
          <w:lang w:val="en-GB"/>
        </w:rPr>
        <w:t>Entry Requirements</w:t>
      </w:r>
    </w:p>
    <w:p w14:paraId="31649E95" w14:textId="77777777" w:rsidR="00385484" w:rsidRPr="00385484" w:rsidRDefault="00385484" w:rsidP="000009CA">
      <w:pPr>
        <w:pStyle w:val="ListParagraph"/>
        <w:numPr>
          <w:ilvl w:val="0"/>
          <w:numId w:val="183"/>
        </w:numPr>
        <w:rPr>
          <w:lang w:val="en-GB"/>
        </w:rPr>
      </w:pPr>
      <w:r w:rsidRPr="00385484">
        <w:rPr>
          <w:lang w:val="en-GB"/>
        </w:rPr>
        <w:t>A minimum of grade 4 or above in GCSE English, Maths and a Science or Technology subject.</w:t>
      </w:r>
    </w:p>
    <w:p w14:paraId="7C247B9D" w14:textId="0BD05683" w:rsidR="00385484" w:rsidRPr="00385484" w:rsidRDefault="00385484" w:rsidP="000009CA">
      <w:pPr>
        <w:pStyle w:val="ListParagraph"/>
        <w:numPr>
          <w:ilvl w:val="0"/>
          <w:numId w:val="183"/>
        </w:numPr>
        <w:rPr>
          <w:lang w:val="en-GB"/>
        </w:rPr>
      </w:pPr>
      <w:r w:rsidRPr="00385484">
        <w:rPr>
          <w:lang w:val="en-GB"/>
        </w:rPr>
        <w:t>To start your apprenticeship</w:t>
      </w:r>
      <w:r w:rsidRPr="00385484">
        <w:rPr>
          <w:lang w:val="en-GB"/>
        </w:rPr>
        <w:t xml:space="preserve">, </w:t>
      </w:r>
      <w:r w:rsidRPr="00385484">
        <w:rPr>
          <w:lang w:val="en-GB"/>
        </w:rPr>
        <w:t>you must have secured employment that the college has agreed is suitable.</w:t>
      </w:r>
    </w:p>
    <w:p w14:paraId="1EA7384D" w14:textId="77777777" w:rsidR="00385484" w:rsidRPr="00385484" w:rsidRDefault="00385484" w:rsidP="00385484">
      <w:pPr>
        <w:pStyle w:val="Heading3"/>
        <w:rPr>
          <w:lang w:val="en-GB"/>
        </w:rPr>
      </w:pPr>
      <w:r w:rsidRPr="00385484">
        <w:rPr>
          <w:lang w:val="en-GB"/>
        </w:rPr>
        <w:t>Progression</w:t>
      </w:r>
    </w:p>
    <w:p w14:paraId="5B40DB91" w14:textId="57836E2D" w:rsidR="00385484" w:rsidRPr="00385484" w:rsidRDefault="00385484" w:rsidP="000009CA">
      <w:pPr>
        <w:numPr>
          <w:ilvl w:val="0"/>
          <w:numId w:val="175"/>
        </w:numPr>
        <w:rPr>
          <w:lang w:val="en-GB"/>
        </w:rPr>
      </w:pPr>
      <w:r w:rsidRPr="00385484">
        <w:rPr>
          <w:lang w:val="en-GB"/>
        </w:rPr>
        <w:t>Employment</w:t>
      </w:r>
    </w:p>
    <w:p w14:paraId="62342F34" w14:textId="77777777" w:rsidR="00385484" w:rsidRPr="00385484" w:rsidRDefault="00385484" w:rsidP="00BC3FE7">
      <w:pPr>
        <w:pStyle w:val="Heading2"/>
        <w:rPr>
          <w:lang w:val="en-GB"/>
        </w:rPr>
      </w:pPr>
      <w:r w:rsidRPr="00385484">
        <w:rPr>
          <w:lang w:val="en-GB"/>
        </w:rPr>
        <w:t>T Level Foundation Year Engineering Level 2</w:t>
      </w:r>
    </w:p>
    <w:p w14:paraId="0703BC74" w14:textId="77777777" w:rsidR="00385484" w:rsidRPr="00385484" w:rsidRDefault="00385484" w:rsidP="00BC3FE7">
      <w:pPr>
        <w:pStyle w:val="Heading3"/>
        <w:rPr>
          <w:lang w:val="en-GB"/>
        </w:rPr>
      </w:pPr>
      <w:r w:rsidRPr="00385484">
        <w:rPr>
          <w:lang w:val="en-GB"/>
        </w:rPr>
        <w:t>Entry Requirements</w:t>
      </w:r>
    </w:p>
    <w:p w14:paraId="35616A75" w14:textId="77777777" w:rsidR="00385484" w:rsidRPr="00385484" w:rsidRDefault="00385484" w:rsidP="00385484">
      <w:pPr>
        <w:rPr>
          <w:lang w:val="en-GB"/>
        </w:rPr>
      </w:pPr>
      <w:r w:rsidRPr="00385484">
        <w:rPr>
          <w:lang w:val="en-GB"/>
        </w:rPr>
        <w:t>A minimum of four GCSEs with the following grades:</w:t>
      </w:r>
    </w:p>
    <w:p w14:paraId="753DECCF" w14:textId="77777777" w:rsidR="00385484" w:rsidRPr="00BC3FE7" w:rsidRDefault="00385484" w:rsidP="000009CA">
      <w:pPr>
        <w:pStyle w:val="ListParagraph"/>
        <w:numPr>
          <w:ilvl w:val="0"/>
          <w:numId w:val="184"/>
        </w:numPr>
        <w:rPr>
          <w:lang w:val="en-GB"/>
        </w:rPr>
      </w:pPr>
      <w:r w:rsidRPr="00BC3FE7">
        <w:rPr>
          <w:lang w:val="en-GB"/>
        </w:rPr>
        <w:t>English at 3 or above</w:t>
      </w:r>
    </w:p>
    <w:p w14:paraId="63B2A706" w14:textId="77777777" w:rsidR="00385484" w:rsidRPr="00BC3FE7" w:rsidRDefault="00385484" w:rsidP="000009CA">
      <w:pPr>
        <w:pStyle w:val="ListParagraph"/>
        <w:numPr>
          <w:ilvl w:val="0"/>
          <w:numId w:val="184"/>
        </w:numPr>
        <w:rPr>
          <w:lang w:val="en-GB"/>
        </w:rPr>
      </w:pPr>
      <w:r w:rsidRPr="00BC3FE7">
        <w:rPr>
          <w:lang w:val="en-GB"/>
        </w:rPr>
        <w:t>Maths at 3 or above</w:t>
      </w:r>
    </w:p>
    <w:p w14:paraId="57BE8BB0" w14:textId="77777777" w:rsidR="00385484" w:rsidRPr="00BC3FE7" w:rsidRDefault="00385484" w:rsidP="000009CA">
      <w:pPr>
        <w:pStyle w:val="ListParagraph"/>
        <w:numPr>
          <w:ilvl w:val="0"/>
          <w:numId w:val="184"/>
        </w:numPr>
        <w:rPr>
          <w:lang w:val="en-GB"/>
        </w:rPr>
      </w:pPr>
      <w:r w:rsidRPr="00BC3FE7">
        <w:rPr>
          <w:lang w:val="en-GB"/>
        </w:rPr>
        <w:t>Two other GCSEs at 3 or above</w:t>
      </w:r>
    </w:p>
    <w:p w14:paraId="4401B81A" w14:textId="77777777" w:rsidR="00385484" w:rsidRPr="00BC3FE7" w:rsidRDefault="00385484" w:rsidP="000009CA">
      <w:pPr>
        <w:pStyle w:val="ListParagraph"/>
        <w:numPr>
          <w:ilvl w:val="0"/>
          <w:numId w:val="184"/>
        </w:numPr>
        <w:rPr>
          <w:lang w:val="en-GB"/>
        </w:rPr>
      </w:pPr>
      <w:r w:rsidRPr="00BC3FE7">
        <w:rPr>
          <w:lang w:val="en-GB"/>
        </w:rPr>
        <w:t>Including a Science or Technology course</w:t>
      </w:r>
    </w:p>
    <w:p w14:paraId="11009D22" w14:textId="77777777" w:rsidR="00385484" w:rsidRPr="00385484" w:rsidRDefault="00385484" w:rsidP="00BC3FE7">
      <w:pPr>
        <w:pStyle w:val="Heading3"/>
        <w:rPr>
          <w:lang w:val="en-GB"/>
        </w:rPr>
      </w:pPr>
      <w:r w:rsidRPr="00385484">
        <w:rPr>
          <w:lang w:val="en-GB"/>
        </w:rPr>
        <w:t>Progression</w:t>
      </w:r>
    </w:p>
    <w:p w14:paraId="5F98D31A" w14:textId="77777777" w:rsidR="00385484" w:rsidRPr="00BC3FE7" w:rsidRDefault="00385484" w:rsidP="000009CA">
      <w:pPr>
        <w:pStyle w:val="ListParagraph"/>
        <w:numPr>
          <w:ilvl w:val="0"/>
          <w:numId w:val="185"/>
        </w:numPr>
        <w:rPr>
          <w:lang w:val="en-GB"/>
        </w:rPr>
      </w:pPr>
      <w:r w:rsidRPr="00BC3FE7">
        <w:rPr>
          <w:lang w:val="en-GB"/>
        </w:rPr>
        <w:t xml:space="preserve">Engineering, Manufacturing and Processing and Control T Level </w:t>
      </w:r>
      <w:proofErr w:type="spellStart"/>
      <w:r w:rsidRPr="00BC3FE7">
        <w:rPr>
          <w:lang w:val="en-GB"/>
        </w:rPr>
        <w:t>Level</w:t>
      </w:r>
      <w:proofErr w:type="spellEnd"/>
      <w:r w:rsidRPr="00BC3FE7">
        <w:rPr>
          <w:lang w:val="en-GB"/>
        </w:rPr>
        <w:t xml:space="preserve"> 3</w:t>
      </w:r>
    </w:p>
    <w:p w14:paraId="3FCCA7D8" w14:textId="727C45C3" w:rsidR="00385484" w:rsidRPr="00BC3FE7" w:rsidRDefault="00385484" w:rsidP="000009CA">
      <w:pPr>
        <w:pStyle w:val="ListParagraph"/>
        <w:numPr>
          <w:ilvl w:val="0"/>
          <w:numId w:val="185"/>
        </w:numPr>
        <w:rPr>
          <w:lang w:val="en-GB"/>
        </w:rPr>
      </w:pPr>
      <w:r w:rsidRPr="00BC3FE7">
        <w:rPr>
          <w:lang w:val="en-GB"/>
        </w:rPr>
        <w:t>T Level Engineering: Fitting and Assembling Technologies Level 3</w:t>
      </w:r>
    </w:p>
    <w:p w14:paraId="294FCF14" w14:textId="77777777" w:rsidR="00385484" w:rsidRPr="00385484" w:rsidRDefault="00385484" w:rsidP="00BC3FE7">
      <w:pPr>
        <w:pStyle w:val="Heading2"/>
        <w:rPr>
          <w:lang w:val="en-GB"/>
        </w:rPr>
      </w:pPr>
      <w:r w:rsidRPr="00385484">
        <w:rPr>
          <w:lang w:val="en-GB"/>
        </w:rPr>
        <w:t>T Level Engineering and Manufacturing: Manufacturing, Processing and Control Level 3</w:t>
      </w:r>
    </w:p>
    <w:p w14:paraId="75C80249" w14:textId="77777777" w:rsidR="00385484" w:rsidRPr="00385484" w:rsidRDefault="00385484" w:rsidP="00BC3FE7">
      <w:pPr>
        <w:pStyle w:val="Heading3"/>
        <w:rPr>
          <w:lang w:val="en-GB"/>
        </w:rPr>
      </w:pPr>
      <w:r w:rsidRPr="00385484">
        <w:rPr>
          <w:lang w:val="en-GB"/>
        </w:rPr>
        <w:t>Entry Requirements</w:t>
      </w:r>
    </w:p>
    <w:p w14:paraId="150CAA6D" w14:textId="77777777" w:rsidR="00385484" w:rsidRPr="00385484" w:rsidRDefault="00385484" w:rsidP="00385484">
      <w:pPr>
        <w:rPr>
          <w:lang w:val="en-GB"/>
        </w:rPr>
      </w:pPr>
      <w:r w:rsidRPr="00385484">
        <w:rPr>
          <w:lang w:val="en-GB"/>
        </w:rPr>
        <w:t>A minimum of five GCSEs with the following grades:</w:t>
      </w:r>
    </w:p>
    <w:p w14:paraId="21F2CD79" w14:textId="77777777" w:rsidR="00385484" w:rsidRPr="00BC3FE7" w:rsidRDefault="00385484" w:rsidP="000009CA">
      <w:pPr>
        <w:pStyle w:val="ListParagraph"/>
        <w:numPr>
          <w:ilvl w:val="0"/>
          <w:numId w:val="186"/>
        </w:numPr>
        <w:rPr>
          <w:lang w:val="en-GB"/>
        </w:rPr>
      </w:pPr>
      <w:r w:rsidRPr="00BC3FE7">
        <w:rPr>
          <w:lang w:val="en-GB"/>
        </w:rPr>
        <w:t>English at 4 or above</w:t>
      </w:r>
    </w:p>
    <w:p w14:paraId="7AC1656F" w14:textId="77777777" w:rsidR="00385484" w:rsidRPr="00BC3FE7" w:rsidRDefault="00385484" w:rsidP="000009CA">
      <w:pPr>
        <w:pStyle w:val="ListParagraph"/>
        <w:numPr>
          <w:ilvl w:val="0"/>
          <w:numId w:val="186"/>
        </w:numPr>
        <w:rPr>
          <w:lang w:val="en-GB"/>
        </w:rPr>
      </w:pPr>
      <w:r w:rsidRPr="00BC3FE7">
        <w:rPr>
          <w:lang w:val="en-GB"/>
        </w:rPr>
        <w:t>Maths at 5 or above</w:t>
      </w:r>
    </w:p>
    <w:p w14:paraId="685D424A" w14:textId="77777777" w:rsidR="00385484" w:rsidRPr="00BC3FE7" w:rsidRDefault="00385484" w:rsidP="000009CA">
      <w:pPr>
        <w:pStyle w:val="ListParagraph"/>
        <w:numPr>
          <w:ilvl w:val="0"/>
          <w:numId w:val="186"/>
        </w:numPr>
        <w:rPr>
          <w:lang w:val="en-GB"/>
        </w:rPr>
      </w:pPr>
      <w:r w:rsidRPr="00BC3FE7">
        <w:rPr>
          <w:lang w:val="en-GB"/>
        </w:rPr>
        <w:t>Three other GCSEs at 4 or above</w:t>
      </w:r>
    </w:p>
    <w:p w14:paraId="5CC51189" w14:textId="77777777" w:rsidR="00385484" w:rsidRPr="00BC3FE7" w:rsidRDefault="00385484" w:rsidP="000009CA">
      <w:pPr>
        <w:pStyle w:val="ListParagraph"/>
        <w:numPr>
          <w:ilvl w:val="0"/>
          <w:numId w:val="186"/>
        </w:numPr>
        <w:rPr>
          <w:lang w:val="en-GB"/>
        </w:rPr>
      </w:pPr>
      <w:r w:rsidRPr="00BC3FE7">
        <w:rPr>
          <w:lang w:val="en-GB"/>
        </w:rPr>
        <w:t>Including a Science or Technology course</w:t>
      </w:r>
    </w:p>
    <w:p w14:paraId="0F3E89E4" w14:textId="77777777" w:rsidR="00385484" w:rsidRPr="00385484" w:rsidRDefault="00385484" w:rsidP="00BC3FE7">
      <w:pPr>
        <w:pStyle w:val="Heading2"/>
        <w:rPr>
          <w:lang w:val="en-GB"/>
        </w:rPr>
      </w:pPr>
      <w:r w:rsidRPr="00385484">
        <w:rPr>
          <w:lang w:val="en-GB"/>
        </w:rPr>
        <w:t>Progression</w:t>
      </w:r>
    </w:p>
    <w:p w14:paraId="6D3CB07D" w14:textId="77777777" w:rsidR="00385484" w:rsidRPr="00BC3FE7" w:rsidRDefault="00385484" w:rsidP="000009CA">
      <w:pPr>
        <w:pStyle w:val="ListParagraph"/>
        <w:numPr>
          <w:ilvl w:val="0"/>
          <w:numId w:val="187"/>
        </w:numPr>
        <w:rPr>
          <w:lang w:val="en-GB"/>
        </w:rPr>
      </w:pPr>
      <w:r w:rsidRPr="00BC3FE7">
        <w:rPr>
          <w:lang w:val="en-GB"/>
        </w:rPr>
        <w:t>HNC/HND</w:t>
      </w:r>
    </w:p>
    <w:p w14:paraId="4C4BA23F" w14:textId="77777777" w:rsidR="00385484" w:rsidRPr="00BC3FE7" w:rsidRDefault="00385484" w:rsidP="000009CA">
      <w:pPr>
        <w:pStyle w:val="ListParagraph"/>
        <w:numPr>
          <w:ilvl w:val="0"/>
          <w:numId w:val="187"/>
        </w:numPr>
        <w:rPr>
          <w:lang w:val="en-GB"/>
        </w:rPr>
      </w:pPr>
      <w:r w:rsidRPr="00BC3FE7">
        <w:rPr>
          <w:lang w:val="en-GB"/>
        </w:rPr>
        <w:t>Apprenticeship</w:t>
      </w:r>
    </w:p>
    <w:p w14:paraId="4BB2124B" w14:textId="0D256B5C" w:rsidR="00557E83" w:rsidRDefault="00385484" w:rsidP="000009CA">
      <w:pPr>
        <w:pStyle w:val="ListParagraph"/>
        <w:numPr>
          <w:ilvl w:val="0"/>
          <w:numId w:val="187"/>
        </w:numPr>
        <w:rPr>
          <w:lang w:val="en-GB"/>
        </w:rPr>
      </w:pPr>
      <w:r w:rsidRPr="00BC3FE7">
        <w:rPr>
          <w:lang w:val="en-GB"/>
        </w:rPr>
        <w:t>Higher education</w:t>
      </w:r>
    </w:p>
    <w:p w14:paraId="2C56988B" w14:textId="77777777" w:rsidR="00BC3FE7" w:rsidRDefault="00BC3FE7" w:rsidP="00BC3FE7">
      <w:pPr>
        <w:rPr>
          <w:lang w:val="en-GB"/>
        </w:rPr>
      </w:pPr>
    </w:p>
    <w:p w14:paraId="71F1E11E" w14:textId="77777777" w:rsidR="00BC3FE7" w:rsidRDefault="00BC3FE7" w:rsidP="00BC3FE7">
      <w:pPr>
        <w:rPr>
          <w:lang w:val="en-GB"/>
        </w:rPr>
      </w:pPr>
    </w:p>
    <w:p w14:paraId="716C4D47" w14:textId="77777777" w:rsidR="00BC3FE7" w:rsidRPr="00BC3FE7" w:rsidRDefault="00BC3FE7" w:rsidP="00BC3FE7">
      <w:pPr>
        <w:rPr>
          <w:lang w:val="en-GB"/>
        </w:rPr>
      </w:pPr>
    </w:p>
    <w:p w14:paraId="3B4CA2B4" w14:textId="77777777" w:rsidR="00BC3FE7" w:rsidRPr="00BC3FE7" w:rsidRDefault="00BC3FE7" w:rsidP="00BC3FE7">
      <w:pPr>
        <w:pStyle w:val="Heading2"/>
        <w:rPr>
          <w:lang w:val="en-GB"/>
        </w:rPr>
      </w:pPr>
      <w:r w:rsidRPr="00BC3FE7">
        <w:rPr>
          <w:lang w:val="en-GB"/>
        </w:rPr>
        <w:lastRenderedPageBreak/>
        <w:t>T Level Engineering: Fitting and Assembling Technologies Level 3</w:t>
      </w:r>
    </w:p>
    <w:p w14:paraId="060AAC56" w14:textId="77777777" w:rsidR="00BC3FE7" w:rsidRPr="00BC3FE7" w:rsidRDefault="00BC3FE7" w:rsidP="00BC3FE7">
      <w:pPr>
        <w:pStyle w:val="Heading3"/>
        <w:rPr>
          <w:lang w:val="en-GB"/>
        </w:rPr>
      </w:pPr>
      <w:r w:rsidRPr="00BC3FE7">
        <w:rPr>
          <w:lang w:val="en-GB"/>
        </w:rPr>
        <w:t>Entry Requirements</w:t>
      </w:r>
    </w:p>
    <w:p w14:paraId="628203A8" w14:textId="77777777" w:rsidR="00BC3FE7" w:rsidRPr="00BC3FE7" w:rsidRDefault="00BC3FE7" w:rsidP="000009CA">
      <w:pPr>
        <w:pStyle w:val="ListParagraph"/>
        <w:numPr>
          <w:ilvl w:val="0"/>
          <w:numId w:val="188"/>
        </w:numPr>
        <w:rPr>
          <w:lang w:val="en-GB"/>
        </w:rPr>
      </w:pPr>
      <w:r w:rsidRPr="00BC3FE7">
        <w:rPr>
          <w:lang w:val="en-GB"/>
        </w:rPr>
        <w:t>Five GCSEs at grade 4 or above, including Maths and English at grade 5.</w:t>
      </w:r>
    </w:p>
    <w:p w14:paraId="30D32883" w14:textId="77777777" w:rsidR="00BC3FE7" w:rsidRPr="00BC3FE7" w:rsidRDefault="00BC3FE7" w:rsidP="000009CA">
      <w:pPr>
        <w:pStyle w:val="ListParagraph"/>
        <w:numPr>
          <w:ilvl w:val="0"/>
          <w:numId w:val="188"/>
        </w:numPr>
        <w:rPr>
          <w:lang w:val="en-GB"/>
        </w:rPr>
      </w:pPr>
      <w:r w:rsidRPr="00BC3FE7">
        <w:rPr>
          <w:lang w:val="en-GB"/>
        </w:rPr>
        <w:t>A Science, Engineering, or Technology subject at grade 4 or above is also strongly preferred.</w:t>
      </w:r>
    </w:p>
    <w:p w14:paraId="2FC5F352" w14:textId="77777777" w:rsidR="00BC3FE7" w:rsidRPr="00BC3FE7" w:rsidRDefault="00BC3FE7" w:rsidP="000009CA">
      <w:pPr>
        <w:pStyle w:val="ListParagraph"/>
        <w:numPr>
          <w:ilvl w:val="0"/>
          <w:numId w:val="188"/>
        </w:numPr>
        <w:rPr>
          <w:lang w:val="en-GB"/>
        </w:rPr>
      </w:pPr>
      <w:r w:rsidRPr="00BC3FE7">
        <w:rPr>
          <w:lang w:val="en-GB"/>
        </w:rPr>
        <w:t xml:space="preserve">You must also have a clear interest in engineering and technical </w:t>
      </w:r>
      <w:proofErr w:type="gramStart"/>
      <w:r w:rsidRPr="00BC3FE7">
        <w:rPr>
          <w:lang w:val="en-GB"/>
        </w:rPr>
        <w:t>problem solving</w:t>
      </w:r>
      <w:proofErr w:type="gramEnd"/>
      <w:r w:rsidRPr="00BC3FE7">
        <w:rPr>
          <w:lang w:val="en-GB"/>
        </w:rPr>
        <w:t xml:space="preserve"> abilities.</w:t>
      </w:r>
    </w:p>
    <w:p w14:paraId="58146070" w14:textId="77777777" w:rsidR="00BC3FE7" w:rsidRPr="00BC3FE7" w:rsidRDefault="00BC3FE7" w:rsidP="00BC3FE7">
      <w:pPr>
        <w:pStyle w:val="Heading3"/>
        <w:rPr>
          <w:lang w:val="en-GB"/>
        </w:rPr>
      </w:pPr>
      <w:r w:rsidRPr="00BC3FE7">
        <w:rPr>
          <w:lang w:val="en-GB"/>
        </w:rPr>
        <w:t>Progression</w:t>
      </w:r>
    </w:p>
    <w:p w14:paraId="20C485C0" w14:textId="77777777" w:rsidR="00BC3FE7" w:rsidRPr="00BC3FE7" w:rsidRDefault="00BC3FE7" w:rsidP="000009CA">
      <w:pPr>
        <w:pStyle w:val="ListParagraph"/>
        <w:numPr>
          <w:ilvl w:val="0"/>
          <w:numId w:val="189"/>
        </w:numPr>
        <w:rPr>
          <w:lang w:val="en-GB"/>
        </w:rPr>
      </w:pPr>
      <w:r w:rsidRPr="00BC3FE7">
        <w:rPr>
          <w:lang w:val="en-GB"/>
        </w:rPr>
        <w:t>Higher Education</w:t>
      </w:r>
    </w:p>
    <w:p w14:paraId="2E4BE128" w14:textId="77777777" w:rsidR="00BC3FE7" w:rsidRPr="00BC3FE7" w:rsidRDefault="00BC3FE7" w:rsidP="000009CA">
      <w:pPr>
        <w:pStyle w:val="ListParagraph"/>
        <w:numPr>
          <w:ilvl w:val="0"/>
          <w:numId w:val="189"/>
        </w:numPr>
        <w:rPr>
          <w:lang w:val="en-GB"/>
        </w:rPr>
      </w:pPr>
      <w:r w:rsidRPr="00BC3FE7">
        <w:rPr>
          <w:lang w:val="en-GB"/>
        </w:rPr>
        <w:t>Apprenticeship</w:t>
      </w:r>
    </w:p>
    <w:p w14:paraId="7713B8F4" w14:textId="2C79E05E" w:rsidR="00BC3FE7" w:rsidRPr="00BC3FE7" w:rsidRDefault="00BC3FE7" w:rsidP="000009CA">
      <w:pPr>
        <w:pStyle w:val="ListParagraph"/>
        <w:numPr>
          <w:ilvl w:val="0"/>
          <w:numId w:val="189"/>
        </w:numPr>
        <w:rPr>
          <w:lang w:val="en-GB"/>
        </w:rPr>
      </w:pPr>
      <w:r w:rsidRPr="00BC3FE7">
        <w:rPr>
          <w:lang w:val="en-GB"/>
        </w:rPr>
        <w:t>Employment</w:t>
      </w:r>
    </w:p>
    <w:p w14:paraId="4AAB5CC7" w14:textId="77777777" w:rsidR="00BC3FE7" w:rsidRPr="00BC3FE7" w:rsidRDefault="00BC3FE7" w:rsidP="00BC3FE7">
      <w:pPr>
        <w:pStyle w:val="Heading2"/>
        <w:rPr>
          <w:lang w:val="en-GB"/>
        </w:rPr>
      </w:pPr>
      <w:r w:rsidRPr="00BC3FE7">
        <w:rPr>
          <w:lang w:val="en-GB"/>
        </w:rPr>
        <w:t>Engineering Technician (Mechatronics Maintenance) Apprenticeship Level 3</w:t>
      </w:r>
    </w:p>
    <w:p w14:paraId="2B132D1D" w14:textId="77777777" w:rsidR="00BC3FE7" w:rsidRPr="00BC3FE7" w:rsidRDefault="00BC3FE7" w:rsidP="00BC3FE7">
      <w:pPr>
        <w:pStyle w:val="Heading3"/>
        <w:rPr>
          <w:lang w:val="en-GB"/>
        </w:rPr>
      </w:pPr>
      <w:r w:rsidRPr="00BC3FE7">
        <w:rPr>
          <w:lang w:val="en-GB"/>
        </w:rPr>
        <w:t>Entry Requirements</w:t>
      </w:r>
    </w:p>
    <w:p w14:paraId="19B67DD1" w14:textId="77777777" w:rsidR="00BC3FE7" w:rsidRPr="00BC3FE7" w:rsidRDefault="00BC3FE7" w:rsidP="000009CA">
      <w:pPr>
        <w:pStyle w:val="ListParagraph"/>
        <w:numPr>
          <w:ilvl w:val="0"/>
          <w:numId w:val="190"/>
        </w:numPr>
        <w:rPr>
          <w:lang w:val="en-GB"/>
        </w:rPr>
      </w:pPr>
      <w:r w:rsidRPr="00BC3FE7">
        <w:rPr>
          <w:lang w:val="en-GB"/>
        </w:rPr>
        <w:t>A minimum of grade 4 or above in GCSE English, Maths and a Science or Technology subject.</w:t>
      </w:r>
    </w:p>
    <w:p w14:paraId="09056AF5" w14:textId="4EBB05C2" w:rsidR="00BC3FE7" w:rsidRPr="00BC3FE7" w:rsidRDefault="00BC3FE7" w:rsidP="000009CA">
      <w:pPr>
        <w:pStyle w:val="ListParagraph"/>
        <w:numPr>
          <w:ilvl w:val="0"/>
          <w:numId w:val="190"/>
        </w:numPr>
        <w:rPr>
          <w:lang w:val="en-GB"/>
        </w:rPr>
      </w:pPr>
      <w:r w:rsidRPr="00BC3FE7">
        <w:rPr>
          <w:lang w:val="en-GB"/>
        </w:rPr>
        <w:t>To start your apprenticeship</w:t>
      </w:r>
      <w:r w:rsidRPr="00BC3FE7">
        <w:rPr>
          <w:lang w:val="en-GB"/>
        </w:rPr>
        <w:t xml:space="preserve">, </w:t>
      </w:r>
      <w:r w:rsidRPr="00BC3FE7">
        <w:rPr>
          <w:lang w:val="en-GB"/>
        </w:rPr>
        <w:t>you must have secured employment that the college has agreed is suitable.</w:t>
      </w:r>
    </w:p>
    <w:p w14:paraId="2FE4FD0A" w14:textId="77777777" w:rsidR="00BC3FE7" w:rsidRPr="00BC3FE7" w:rsidRDefault="00BC3FE7" w:rsidP="00BC3FE7">
      <w:pPr>
        <w:pStyle w:val="Heading3"/>
        <w:rPr>
          <w:lang w:val="en-GB"/>
        </w:rPr>
      </w:pPr>
      <w:r w:rsidRPr="00BC3FE7">
        <w:rPr>
          <w:lang w:val="en-GB"/>
        </w:rPr>
        <w:t>Progression</w:t>
      </w:r>
    </w:p>
    <w:p w14:paraId="7ECC3FC5" w14:textId="77777777" w:rsidR="00BC3FE7" w:rsidRPr="00BC3FE7" w:rsidRDefault="00BC3FE7" w:rsidP="000009CA">
      <w:pPr>
        <w:pStyle w:val="ListParagraph"/>
        <w:numPr>
          <w:ilvl w:val="0"/>
          <w:numId w:val="191"/>
        </w:numPr>
        <w:rPr>
          <w:lang w:val="en-GB"/>
        </w:rPr>
      </w:pPr>
      <w:r w:rsidRPr="00BC3FE7">
        <w:rPr>
          <w:lang w:val="en-GB"/>
        </w:rPr>
        <w:t>Higher level apprenticeship/HNC</w:t>
      </w:r>
    </w:p>
    <w:p w14:paraId="7CB77248" w14:textId="77777777" w:rsidR="00BC3FE7" w:rsidRPr="00BC3FE7" w:rsidRDefault="00BC3FE7" w:rsidP="000009CA">
      <w:pPr>
        <w:pStyle w:val="ListParagraph"/>
        <w:numPr>
          <w:ilvl w:val="0"/>
          <w:numId w:val="191"/>
        </w:numPr>
        <w:rPr>
          <w:lang w:val="en-GB"/>
        </w:rPr>
      </w:pPr>
      <w:r w:rsidRPr="00BC3FE7">
        <w:rPr>
          <w:lang w:val="en-GB"/>
        </w:rPr>
        <w:t>Degree level qualification</w:t>
      </w:r>
    </w:p>
    <w:p w14:paraId="631E887A" w14:textId="0CDC7952" w:rsidR="00BC3FE7" w:rsidRPr="00BC3FE7" w:rsidRDefault="00BC3FE7" w:rsidP="000009CA">
      <w:pPr>
        <w:pStyle w:val="ListParagraph"/>
        <w:numPr>
          <w:ilvl w:val="0"/>
          <w:numId w:val="191"/>
        </w:numPr>
        <w:rPr>
          <w:lang w:val="en-GB"/>
        </w:rPr>
      </w:pPr>
      <w:r w:rsidRPr="00BC3FE7">
        <w:rPr>
          <w:lang w:val="en-GB"/>
        </w:rPr>
        <w:t>Full-time employment</w:t>
      </w:r>
    </w:p>
    <w:p w14:paraId="2566ACDA" w14:textId="77777777" w:rsidR="00BC3FE7" w:rsidRPr="00BC3FE7" w:rsidRDefault="00BC3FE7" w:rsidP="00BC3FE7">
      <w:pPr>
        <w:pStyle w:val="Heading2"/>
        <w:rPr>
          <w:lang w:val="en-GB"/>
        </w:rPr>
      </w:pPr>
      <w:r w:rsidRPr="00BC3FE7">
        <w:rPr>
          <w:lang w:val="en-GB"/>
        </w:rPr>
        <w:t>Machining Technician Apprenticeship Level 3</w:t>
      </w:r>
    </w:p>
    <w:p w14:paraId="6F01FCB0" w14:textId="77777777" w:rsidR="00BC3FE7" w:rsidRPr="00BC3FE7" w:rsidRDefault="00BC3FE7" w:rsidP="00BC3FE7">
      <w:pPr>
        <w:pStyle w:val="Heading3"/>
        <w:rPr>
          <w:lang w:val="en-GB"/>
        </w:rPr>
      </w:pPr>
      <w:r w:rsidRPr="00BC3FE7">
        <w:rPr>
          <w:lang w:val="en-GB"/>
        </w:rPr>
        <w:t>Entry Requirements</w:t>
      </w:r>
    </w:p>
    <w:p w14:paraId="3A47CF71" w14:textId="77777777" w:rsidR="00BC3FE7" w:rsidRPr="00BC3FE7" w:rsidRDefault="00BC3FE7" w:rsidP="000009CA">
      <w:pPr>
        <w:pStyle w:val="ListParagraph"/>
        <w:numPr>
          <w:ilvl w:val="0"/>
          <w:numId w:val="192"/>
        </w:numPr>
        <w:rPr>
          <w:lang w:val="en-GB"/>
        </w:rPr>
      </w:pPr>
      <w:r w:rsidRPr="00BC3FE7">
        <w:rPr>
          <w:lang w:val="en-GB"/>
        </w:rPr>
        <w:t>A minimum of grade 4 or above in GCSE English, Maths and a Science or Technology subject.</w:t>
      </w:r>
    </w:p>
    <w:p w14:paraId="6FEE0447" w14:textId="77777777" w:rsidR="00BC3FE7" w:rsidRPr="00BC3FE7" w:rsidRDefault="00BC3FE7" w:rsidP="000009CA">
      <w:pPr>
        <w:pStyle w:val="ListParagraph"/>
        <w:numPr>
          <w:ilvl w:val="0"/>
          <w:numId w:val="192"/>
        </w:numPr>
        <w:rPr>
          <w:lang w:val="en-GB"/>
        </w:rPr>
      </w:pPr>
      <w:r w:rsidRPr="00BC3FE7">
        <w:rPr>
          <w:lang w:val="en-GB"/>
        </w:rPr>
        <w:t xml:space="preserve">To start your </w:t>
      </w:r>
      <w:proofErr w:type="gramStart"/>
      <w:r w:rsidRPr="00BC3FE7">
        <w:rPr>
          <w:lang w:val="en-GB"/>
        </w:rPr>
        <w:t>apprenticeship</w:t>
      </w:r>
      <w:proofErr w:type="gramEnd"/>
      <w:r w:rsidRPr="00BC3FE7">
        <w:rPr>
          <w:lang w:val="en-GB"/>
        </w:rPr>
        <w:t xml:space="preserve"> you must have secured employment that the college has agreed is suitable.</w:t>
      </w:r>
    </w:p>
    <w:p w14:paraId="19271D05" w14:textId="77777777" w:rsidR="00BC3FE7" w:rsidRPr="00BC3FE7" w:rsidRDefault="00BC3FE7" w:rsidP="00BC3FE7">
      <w:pPr>
        <w:pStyle w:val="Heading3"/>
        <w:rPr>
          <w:lang w:val="en-GB"/>
        </w:rPr>
      </w:pPr>
      <w:r w:rsidRPr="00BC3FE7">
        <w:rPr>
          <w:lang w:val="en-GB"/>
        </w:rPr>
        <w:t>Progression</w:t>
      </w:r>
    </w:p>
    <w:p w14:paraId="0C90FACC" w14:textId="77777777" w:rsidR="00BC3FE7" w:rsidRPr="00BC3FE7" w:rsidRDefault="00BC3FE7" w:rsidP="000009CA">
      <w:pPr>
        <w:pStyle w:val="ListParagraph"/>
        <w:numPr>
          <w:ilvl w:val="0"/>
          <w:numId w:val="193"/>
        </w:numPr>
        <w:rPr>
          <w:lang w:val="en-GB"/>
        </w:rPr>
      </w:pPr>
      <w:r w:rsidRPr="00BC3FE7">
        <w:rPr>
          <w:lang w:val="en-GB"/>
        </w:rPr>
        <w:t>Higher level apprenticeship/HNC</w:t>
      </w:r>
    </w:p>
    <w:p w14:paraId="30F21D81" w14:textId="77777777" w:rsidR="00BC3FE7" w:rsidRPr="00BC3FE7" w:rsidRDefault="00BC3FE7" w:rsidP="000009CA">
      <w:pPr>
        <w:pStyle w:val="ListParagraph"/>
        <w:numPr>
          <w:ilvl w:val="0"/>
          <w:numId w:val="193"/>
        </w:numPr>
        <w:rPr>
          <w:lang w:val="en-GB"/>
        </w:rPr>
      </w:pPr>
      <w:r w:rsidRPr="00BC3FE7">
        <w:rPr>
          <w:lang w:val="en-GB"/>
        </w:rPr>
        <w:t>Degree level qualification</w:t>
      </w:r>
    </w:p>
    <w:p w14:paraId="0DF77D03" w14:textId="09B16A43" w:rsidR="00BC3FE7" w:rsidRPr="00BC3FE7" w:rsidRDefault="00BC3FE7" w:rsidP="000009CA">
      <w:pPr>
        <w:pStyle w:val="ListParagraph"/>
        <w:numPr>
          <w:ilvl w:val="0"/>
          <w:numId w:val="193"/>
        </w:numPr>
        <w:rPr>
          <w:lang w:val="en-GB"/>
        </w:rPr>
      </w:pPr>
      <w:r w:rsidRPr="00BC3FE7">
        <w:rPr>
          <w:lang w:val="en-GB"/>
        </w:rPr>
        <w:t>Full-time employment</w:t>
      </w:r>
    </w:p>
    <w:p w14:paraId="6A83A18C" w14:textId="77777777" w:rsidR="00BC3FE7" w:rsidRPr="00BC3FE7" w:rsidRDefault="00BC3FE7" w:rsidP="00BC3FE7">
      <w:pPr>
        <w:pStyle w:val="Heading2"/>
        <w:rPr>
          <w:lang w:val="en-GB"/>
        </w:rPr>
      </w:pPr>
      <w:r w:rsidRPr="00BC3FE7">
        <w:rPr>
          <w:lang w:val="en-GB"/>
        </w:rPr>
        <w:t>Engineering Fitter Apprenticeship Level 3</w:t>
      </w:r>
    </w:p>
    <w:p w14:paraId="56D9604F" w14:textId="77777777" w:rsidR="00BC3FE7" w:rsidRPr="00BC3FE7" w:rsidRDefault="00BC3FE7" w:rsidP="00BC3FE7">
      <w:pPr>
        <w:pStyle w:val="Heading3"/>
        <w:rPr>
          <w:lang w:val="en-GB"/>
        </w:rPr>
      </w:pPr>
      <w:r w:rsidRPr="00BC3FE7">
        <w:rPr>
          <w:lang w:val="en-GB"/>
        </w:rPr>
        <w:t>Entry Requirements</w:t>
      </w:r>
    </w:p>
    <w:p w14:paraId="6C50987A" w14:textId="77777777" w:rsidR="00BC3FE7" w:rsidRPr="00BC3FE7" w:rsidRDefault="00BC3FE7" w:rsidP="000009CA">
      <w:pPr>
        <w:pStyle w:val="ListParagraph"/>
        <w:numPr>
          <w:ilvl w:val="0"/>
          <w:numId w:val="194"/>
        </w:numPr>
        <w:rPr>
          <w:lang w:val="en-GB"/>
        </w:rPr>
      </w:pPr>
      <w:r w:rsidRPr="00BC3FE7">
        <w:rPr>
          <w:lang w:val="en-GB"/>
        </w:rPr>
        <w:t>A minimum of grade 4 or above in GCSE English, Maths and a Science or Technology subject.</w:t>
      </w:r>
    </w:p>
    <w:p w14:paraId="6AF68218" w14:textId="77777777" w:rsidR="00BC3FE7" w:rsidRPr="00BC3FE7" w:rsidRDefault="00BC3FE7" w:rsidP="000009CA">
      <w:pPr>
        <w:pStyle w:val="ListParagraph"/>
        <w:numPr>
          <w:ilvl w:val="0"/>
          <w:numId w:val="194"/>
        </w:numPr>
        <w:rPr>
          <w:lang w:val="en-GB"/>
        </w:rPr>
      </w:pPr>
      <w:r w:rsidRPr="00BC3FE7">
        <w:rPr>
          <w:lang w:val="en-GB"/>
        </w:rPr>
        <w:lastRenderedPageBreak/>
        <w:t xml:space="preserve">To start your </w:t>
      </w:r>
      <w:proofErr w:type="gramStart"/>
      <w:r w:rsidRPr="00BC3FE7">
        <w:rPr>
          <w:lang w:val="en-GB"/>
        </w:rPr>
        <w:t>apprenticeship</w:t>
      </w:r>
      <w:proofErr w:type="gramEnd"/>
      <w:r w:rsidRPr="00BC3FE7">
        <w:rPr>
          <w:lang w:val="en-GB"/>
        </w:rPr>
        <w:t xml:space="preserve"> you must have secured employment that the college has agreed is suitable.</w:t>
      </w:r>
    </w:p>
    <w:p w14:paraId="0DE9C3A4" w14:textId="77777777" w:rsidR="00BC3FE7" w:rsidRPr="00BC3FE7" w:rsidRDefault="00BC3FE7" w:rsidP="00BC3FE7">
      <w:pPr>
        <w:pStyle w:val="Heading3"/>
        <w:rPr>
          <w:lang w:val="en-GB"/>
        </w:rPr>
      </w:pPr>
      <w:r w:rsidRPr="00BC3FE7">
        <w:rPr>
          <w:lang w:val="en-GB"/>
        </w:rPr>
        <w:t>Progression</w:t>
      </w:r>
    </w:p>
    <w:p w14:paraId="5C0313DD" w14:textId="77777777" w:rsidR="00BC3FE7" w:rsidRPr="00BC3FE7" w:rsidRDefault="00BC3FE7" w:rsidP="000009CA">
      <w:pPr>
        <w:pStyle w:val="ListParagraph"/>
        <w:numPr>
          <w:ilvl w:val="0"/>
          <w:numId w:val="195"/>
        </w:numPr>
        <w:rPr>
          <w:lang w:val="en-GB"/>
        </w:rPr>
      </w:pPr>
      <w:r w:rsidRPr="00BC3FE7">
        <w:rPr>
          <w:lang w:val="en-GB"/>
        </w:rPr>
        <w:t>Higher level apprenticeship/HNC</w:t>
      </w:r>
    </w:p>
    <w:p w14:paraId="7D1DE258" w14:textId="77777777" w:rsidR="00BC3FE7" w:rsidRPr="00BC3FE7" w:rsidRDefault="00BC3FE7" w:rsidP="000009CA">
      <w:pPr>
        <w:pStyle w:val="ListParagraph"/>
        <w:numPr>
          <w:ilvl w:val="0"/>
          <w:numId w:val="195"/>
        </w:numPr>
        <w:rPr>
          <w:lang w:val="en-GB"/>
        </w:rPr>
      </w:pPr>
      <w:r w:rsidRPr="00BC3FE7">
        <w:rPr>
          <w:lang w:val="en-GB"/>
        </w:rPr>
        <w:t>Degree level qualification</w:t>
      </w:r>
    </w:p>
    <w:p w14:paraId="3EB7265F" w14:textId="72BFEE15" w:rsidR="00BC3FE7" w:rsidRPr="00BC3FE7" w:rsidRDefault="00BC3FE7" w:rsidP="000009CA">
      <w:pPr>
        <w:pStyle w:val="ListParagraph"/>
        <w:numPr>
          <w:ilvl w:val="0"/>
          <w:numId w:val="195"/>
        </w:numPr>
        <w:rPr>
          <w:lang w:val="en-GB"/>
        </w:rPr>
      </w:pPr>
      <w:r w:rsidRPr="00BC3FE7">
        <w:rPr>
          <w:lang w:val="en-GB"/>
        </w:rPr>
        <w:t>Full-time employment</w:t>
      </w:r>
    </w:p>
    <w:p w14:paraId="1347EFE5" w14:textId="77777777" w:rsidR="00BC3FE7" w:rsidRPr="00BC3FE7" w:rsidRDefault="00BC3FE7" w:rsidP="00BC3FE7">
      <w:pPr>
        <w:pStyle w:val="Heading2"/>
        <w:rPr>
          <w:lang w:val="en-GB"/>
        </w:rPr>
      </w:pPr>
      <w:r w:rsidRPr="00BC3FE7">
        <w:rPr>
          <w:lang w:val="en-GB"/>
        </w:rPr>
        <w:t>Engineering Manufacturing and Support Technician Apprenticeship Level 3</w:t>
      </w:r>
    </w:p>
    <w:p w14:paraId="49CACE73" w14:textId="77777777" w:rsidR="00BC3FE7" w:rsidRPr="00BC3FE7" w:rsidRDefault="00BC3FE7" w:rsidP="00BC3FE7">
      <w:pPr>
        <w:pStyle w:val="Heading3"/>
        <w:rPr>
          <w:lang w:val="en-GB"/>
        </w:rPr>
      </w:pPr>
      <w:r w:rsidRPr="00BC3FE7">
        <w:rPr>
          <w:lang w:val="en-GB"/>
        </w:rPr>
        <w:t>Entry Requirements</w:t>
      </w:r>
    </w:p>
    <w:p w14:paraId="045EFCB4" w14:textId="77777777" w:rsidR="00BC3FE7" w:rsidRPr="00BC3FE7" w:rsidRDefault="00BC3FE7" w:rsidP="000009CA">
      <w:pPr>
        <w:pStyle w:val="ListParagraph"/>
        <w:numPr>
          <w:ilvl w:val="0"/>
          <w:numId w:val="196"/>
        </w:numPr>
        <w:rPr>
          <w:lang w:val="en-GB"/>
        </w:rPr>
      </w:pPr>
      <w:r w:rsidRPr="00BC3FE7">
        <w:rPr>
          <w:lang w:val="en-GB"/>
        </w:rPr>
        <w:t>A minimum of grade 4 or above in GCSE English, Maths and a Science or Technology subject.</w:t>
      </w:r>
    </w:p>
    <w:p w14:paraId="4B114095" w14:textId="77777777" w:rsidR="00BC3FE7" w:rsidRPr="00BC3FE7" w:rsidRDefault="00BC3FE7" w:rsidP="000009CA">
      <w:pPr>
        <w:pStyle w:val="ListParagraph"/>
        <w:numPr>
          <w:ilvl w:val="0"/>
          <w:numId w:val="196"/>
        </w:numPr>
        <w:rPr>
          <w:lang w:val="en-GB"/>
        </w:rPr>
      </w:pPr>
      <w:r w:rsidRPr="00BC3FE7">
        <w:rPr>
          <w:lang w:val="en-GB"/>
        </w:rPr>
        <w:t xml:space="preserve">To start your </w:t>
      </w:r>
      <w:proofErr w:type="gramStart"/>
      <w:r w:rsidRPr="00BC3FE7">
        <w:rPr>
          <w:lang w:val="en-GB"/>
        </w:rPr>
        <w:t>apprenticeship</w:t>
      </w:r>
      <w:proofErr w:type="gramEnd"/>
      <w:r w:rsidRPr="00BC3FE7">
        <w:rPr>
          <w:lang w:val="en-GB"/>
        </w:rPr>
        <w:t xml:space="preserve"> you must have secured employment that the college has agreed is suitable.</w:t>
      </w:r>
    </w:p>
    <w:p w14:paraId="6FE780FF" w14:textId="77777777" w:rsidR="00BC3FE7" w:rsidRPr="00BC3FE7" w:rsidRDefault="00BC3FE7" w:rsidP="00BC3FE7">
      <w:pPr>
        <w:pStyle w:val="Heading3"/>
        <w:rPr>
          <w:lang w:val="en-GB"/>
        </w:rPr>
      </w:pPr>
      <w:r w:rsidRPr="00BC3FE7">
        <w:rPr>
          <w:lang w:val="en-GB"/>
        </w:rPr>
        <w:t>Progression</w:t>
      </w:r>
    </w:p>
    <w:p w14:paraId="1F4CB3EB" w14:textId="77777777" w:rsidR="00BC3FE7" w:rsidRPr="00BC3FE7" w:rsidRDefault="00BC3FE7" w:rsidP="000009CA">
      <w:pPr>
        <w:pStyle w:val="ListParagraph"/>
        <w:numPr>
          <w:ilvl w:val="0"/>
          <w:numId w:val="197"/>
        </w:numPr>
        <w:rPr>
          <w:lang w:val="en-GB"/>
        </w:rPr>
      </w:pPr>
      <w:r w:rsidRPr="00BC3FE7">
        <w:rPr>
          <w:lang w:val="en-GB"/>
        </w:rPr>
        <w:t>Higher level apprenticeship/HNC</w:t>
      </w:r>
    </w:p>
    <w:p w14:paraId="5C9F0CD2" w14:textId="77777777" w:rsidR="00BC3FE7" w:rsidRPr="00BC3FE7" w:rsidRDefault="00BC3FE7" w:rsidP="000009CA">
      <w:pPr>
        <w:pStyle w:val="ListParagraph"/>
        <w:numPr>
          <w:ilvl w:val="0"/>
          <w:numId w:val="197"/>
        </w:numPr>
        <w:rPr>
          <w:lang w:val="en-GB"/>
        </w:rPr>
      </w:pPr>
      <w:r w:rsidRPr="00BC3FE7">
        <w:rPr>
          <w:lang w:val="en-GB"/>
        </w:rPr>
        <w:t>Degree level qualification</w:t>
      </w:r>
    </w:p>
    <w:p w14:paraId="5B2C30F7" w14:textId="37A2230A" w:rsidR="00557E83" w:rsidRPr="00BC3FE7" w:rsidRDefault="00BC3FE7" w:rsidP="000009CA">
      <w:pPr>
        <w:pStyle w:val="ListParagraph"/>
        <w:numPr>
          <w:ilvl w:val="0"/>
          <w:numId w:val="197"/>
        </w:numPr>
        <w:rPr>
          <w:lang w:val="en-GB"/>
        </w:rPr>
      </w:pPr>
      <w:r w:rsidRPr="00BC3FE7">
        <w:rPr>
          <w:lang w:val="en-GB"/>
        </w:rPr>
        <w:t>Employment</w:t>
      </w:r>
    </w:p>
    <w:p w14:paraId="67CB103C" w14:textId="3698580C" w:rsidR="00557E83" w:rsidRDefault="00BC3FE7" w:rsidP="00BC3FE7">
      <w:pPr>
        <w:pStyle w:val="Heading1"/>
        <w:rPr>
          <w:lang w:val="en-GB"/>
        </w:rPr>
      </w:pPr>
      <w:r w:rsidRPr="00BC3FE7">
        <w:rPr>
          <w:lang w:val="en-GB"/>
        </w:rPr>
        <w:t>ESOL (English for Speakers</w:t>
      </w:r>
      <w:r>
        <w:rPr>
          <w:lang w:val="en-GB"/>
        </w:rPr>
        <w:t xml:space="preserve"> </w:t>
      </w:r>
      <w:r w:rsidRPr="00BC3FE7">
        <w:rPr>
          <w:lang w:val="en-GB"/>
        </w:rPr>
        <w:t>of Other Languages)</w:t>
      </w:r>
    </w:p>
    <w:p w14:paraId="0D8AD85C" w14:textId="75CA8E32" w:rsidR="00557E83" w:rsidRDefault="00BC3FE7" w:rsidP="00BC3FE7">
      <w:pPr>
        <w:rPr>
          <w:lang w:val="en-GB"/>
        </w:rPr>
      </w:pPr>
      <w:r w:rsidRPr="00BC3FE7">
        <w:rPr>
          <w:lang w:val="en-GB"/>
        </w:rPr>
        <w:t>A good grasp of the English</w:t>
      </w:r>
      <w:r>
        <w:rPr>
          <w:lang w:val="en-GB"/>
        </w:rPr>
        <w:t xml:space="preserve"> </w:t>
      </w:r>
      <w:r w:rsidRPr="00BC3FE7">
        <w:rPr>
          <w:lang w:val="en-GB"/>
        </w:rPr>
        <w:t>language is important for</w:t>
      </w:r>
      <w:r>
        <w:rPr>
          <w:lang w:val="en-GB"/>
        </w:rPr>
        <w:t xml:space="preserve"> </w:t>
      </w:r>
      <w:r w:rsidRPr="00BC3FE7">
        <w:rPr>
          <w:lang w:val="en-GB"/>
        </w:rPr>
        <w:t>all our futures. As a second</w:t>
      </w:r>
      <w:r>
        <w:rPr>
          <w:lang w:val="en-GB"/>
        </w:rPr>
        <w:t xml:space="preserve"> </w:t>
      </w:r>
      <w:r w:rsidRPr="00BC3FE7">
        <w:rPr>
          <w:lang w:val="en-GB"/>
        </w:rPr>
        <w:t>language, it will help improve</w:t>
      </w:r>
      <w:r>
        <w:rPr>
          <w:lang w:val="en-GB"/>
        </w:rPr>
        <w:t xml:space="preserve"> </w:t>
      </w:r>
      <w:r w:rsidRPr="00BC3FE7">
        <w:rPr>
          <w:lang w:val="en-GB"/>
        </w:rPr>
        <w:t>your communication skills, job</w:t>
      </w:r>
      <w:r>
        <w:rPr>
          <w:lang w:val="en-GB"/>
        </w:rPr>
        <w:t xml:space="preserve"> </w:t>
      </w:r>
      <w:r w:rsidRPr="00BC3FE7">
        <w:rPr>
          <w:lang w:val="en-GB"/>
        </w:rPr>
        <w:t>opportunities and helps you</w:t>
      </w:r>
      <w:r>
        <w:rPr>
          <w:lang w:val="en-GB"/>
        </w:rPr>
        <w:t xml:space="preserve"> </w:t>
      </w:r>
      <w:r w:rsidRPr="00BC3FE7">
        <w:rPr>
          <w:lang w:val="en-GB"/>
        </w:rPr>
        <w:t>play an active role in society.</w:t>
      </w:r>
    </w:p>
    <w:p w14:paraId="74A1B195" w14:textId="30AB8436" w:rsidR="00BC3FE7" w:rsidRDefault="00BC3FE7" w:rsidP="00BC3FE7">
      <w:pPr>
        <w:rPr>
          <w:lang w:val="en-GB"/>
        </w:rPr>
      </w:pPr>
      <w:r w:rsidRPr="00BC3FE7">
        <w:rPr>
          <w:lang w:val="en-GB"/>
        </w:rPr>
        <w:t>English for Speakers of Other</w:t>
      </w:r>
      <w:r>
        <w:rPr>
          <w:lang w:val="en-GB"/>
        </w:rPr>
        <w:t xml:space="preserve"> </w:t>
      </w:r>
      <w:r w:rsidRPr="00BC3FE7">
        <w:rPr>
          <w:lang w:val="en-GB"/>
        </w:rPr>
        <w:t>Languages (ESOL) courses are</w:t>
      </w:r>
      <w:r>
        <w:rPr>
          <w:lang w:val="en-GB"/>
        </w:rPr>
        <w:t xml:space="preserve"> </w:t>
      </w:r>
      <w:r w:rsidRPr="00BC3FE7">
        <w:rPr>
          <w:lang w:val="en-GB"/>
        </w:rPr>
        <w:t>designed for students who do not</w:t>
      </w:r>
      <w:r>
        <w:rPr>
          <w:lang w:val="en-GB"/>
        </w:rPr>
        <w:t xml:space="preserve"> </w:t>
      </w:r>
      <w:r w:rsidRPr="00BC3FE7">
        <w:rPr>
          <w:lang w:val="en-GB"/>
        </w:rPr>
        <w:t>speak English as a first language.</w:t>
      </w:r>
      <w:r>
        <w:rPr>
          <w:lang w:val="en-GB"/>
        </w:rPr>
        <w:t xml:space="preserve"> </w:t>
      </w:r>
      <w:r w:rsidRPr="00BC3FE7">
        <w:rPr>
          <w:lang w:val="en-GB"/>
        </w:rPr>
        <w:t>From Entry Level upwards, we focus</w:t>
      </w:r>
      <w:r>
        <w:rPr>
          <w:lang w:val="en-GB"/>
        </w:rPr>
        <w:t xml:space="preserve"> </w:t>
      </w:r>
      <w:r w:rsidRPr="00BC3FE7">
        <w:rPr>
          <w:lang w:val="en-GB"/>
        </w:rPr>
        <w:t>on improving your English listening,</w:t>
      </w:r>
      <w:r>
        <w:rPr>
          <w:lang w:val="en-GB"/>
        </w:rPr>
        <w:t xml:space="preserve"> </w:t>
      </w:r>
      <w:r w:rsidRPr="00BC3FE7">
        <w:rPr>
          <w:lang w:val="en-GB"/>
        </w:rPr>
        <w:t>speaking, reading, writing and</w:t>
      </w:r>
      <w:r>
        <w:rPr>
          <w:lang w:val="en-GB"/>
        </w:rPr>
        <w:t xml:space="preserve"> </w:t>
      </w:r>
      <w:r w:rsidRPr="00BC3FE7">
        <w:rPr>
          <w:lang w:val="en-GB"/>
        </w:rPr>
        <w:t>grammar with the opportunity to gain</w:t>
      </w:r>
      <w:r>
        <w:rPr>
          <w:lang w:val="en-GB"/>
        </w:rPr>
        <w:t xml:space="preserve"> </w:t>
      </w:r>
      <w:r w:rsidRPr="00BC3FE7">
        <w:rPr>
          <w:lang w:val="en-GB"/>
        </w:rPr>
        <w:t>a nationally recognised qualification.</w:t>
      </w:r>
    </w:p>
    <w:p w14:paraId="2CD1B751" w14:textId="08319C6A" w:rsidR="00557E83" w:rsidRDefault="00BC3FE7" w:rsidP="00BC3FE7">
      <w:pPr>
        <w:pStyle w:val="Heading2"/>
        <w:rPr>
          <w:lang w:val="en-GB"/>
        </w:rPr>
      </w:pPr>
      <w:r>
        <w:rPr>
          <w:lang w:val="en-GB"/>
        </w:rPr>
        <w:t>Case Study</w:t>
      </w:r>
    </w:p>
    <w:p w14:paraId="32D94447" w14:textId="68FA1560" w:rsidR="00557E83" w:rsidRDefault="00BC3FE7" w:rsidP="00BC3FE7">
      <w:pPr>
        <w:rPr>
          <w:lang w:val="en-GB"/>
        </w:rPr>
      </w:pPr>
      <w:r w:rsidRPr="00BC3FE7">
        <w:rPr>
          <w:lang w:val="en-GB"/>
        </w:rPr>
        <w:t>“I have really</w:t>
      </w:r>
      <w:r>
        <w:rPr>
          <w:lang w:val="en-GB"/>
        </w:rPr>
        <w:t xml:space="preserve"> </w:t>
      </w:r>
      <w:r w:rsidRPr="00BC3FE7">
        <w:rPr>
          <w:lang w:val="en-GB"/>
        </w:rPr>
        <w:t>enjoyed my time</w:t>
      </w:r>
      <w:r>
        <w:rPr>
          <w:lang w:val="en-GB"/>
        </w:rPr>
        <w:t xml:space="preserve"> </w:t>
      </w:r>
      <w:r w:rsidRPr="00BC3FE7">
        <w:rPr>
          <w:lang w:val="en-GB"/>
        </w:rPr>
        <w:t>at college so</w:t>
      </w:r>
      <w:r>
        <w:rPr>
          <w:lang w:val="en-GB"/>
        </w:rPr>
        <w:t xml:space="preserve"> </w:t>
      </w:r>
      <w:r w:rsidRPr="00BC3FE7">
        <w:rPr>
          <w:lang w:val="en-GB"/>
        </w:rPr>
        <w:t>far. The lessons</w:t>
      </w:r>
      <w:r>
        <w:rPr>
          <w:lang w:val="en-GB"/>
        </w:rPr>
        <w:t xml:space="preserve"> </w:t>
      </w:r>
      <w:r w:rsidRPr="00BC3FE7">
        <w:rPr>
          <w:lang w:val="en-GB"/>
        </w:rPr>
        <w:t>have been really</w:t>
      </w:r>
      <w:r>
        <w:rPr>
          <w:lang w:val="en-GB"/>
        </w:rPr>
        <w:t xml:space="preserve"> </w:t>
      </w:r>
      <w:r w:rsidRPr="00BC3FE7">
        <w:rPr>
          <w:lang w:val="en-GB"/>
        </w:rPr>
        <w:t>helpful.”</w:t>
      </w:r>
    </w:p>
    <w:p w14:paraId="6CF46B25" w14:textId="77777777" w:rsidR="00BC3FE7" w:rsidRPr="00BC3FE7" w:rsidRDefault="00BC3FE7" w:rsidP="00BC3FE7">
      <w:pPr>
        <w:rPr>
          <w:lang w:val="en-GB"/>
        </w:rPr>
      </w:pPr>
      <w:proofErr w:type="spellStart"/>
      <w:r w:rsidRPr="00BC3FE7">
        <w:rPr>
          <w:lang w:val="en-GB"/>
        </w:rPr>
        <w:t>Mailo</w:t>
      </w:r>
      <w:proofErr w:type="spellEnd"/>
    </w:p>
    <w:p w14:paraId="7DD5333A" w14:textId="77BF5942" w:rsidR="00557E83" w:rsidRDefault="00BC3FE7" w:rsidP="00BC3FE7">
      <w:pPr>
        <w:rPr>
          <w:lang w:val="en-GB"/>
        </w:rPr>
      </w:pPr>
      <w:r w:rsidRPr="00BC3FE7">
        <w:rPr>
          <w:i/>
          <w:iCs/>
          <w:lang w:val="en-GB"/>
        </w:rPr>
        <w:t>ESOL</w:t>
      </w:r>
    </w:p>
    <w:p w14:paraId="0D1C4C0E" w14:textId="77777777" w:rsidR="00BC3FE7" w:rsidRPr="00BC3FE7" w:rsidRDefault="00BC3FE7" w:rsidP="00BC3FE7">
      <w:pPr>
        <w:pStyle w:val="Heading2"/>
        <w:rPr>
          <w:lang w:val="en-GB"/>
        </w:rPr>
      </w:pPr>
      <w:r w:rsidRPr="00BC3FE7">
        <w:rPr>
          <w:lang w:val="en-GB"/>
        </w:rPr>
        <w:t>English for Speakers of Other Languages (ESOL)</w:t>
      </w:r>
    </w:p>
    <w:p w14:paraId="6980B70A" w14:textId="77777777" w:rsidR="00BC3FE7" w:rsidRPr="00BC3FE7" w:rsidRDefault="00BC3FE7" w:rsidP="00BC3FE7">
      <w:pPr>
        <w:pStyle w:val="Heading3"/>
        <w:rPr>
          <w:lang w:val="en-GB"/>
        </w:rPr>
      </w:pPr>
      <w:r w:rsidRPr="00BC3FE7">
        <w:rPr>
          <w:lang w:val="en-GB"/>
        </w:rPr>
        <w:t>Entry Requirements</w:t>
      </w:r>
    </w:p>
    <w:p w14:paraId="09FAD84C" w14:textId="77777777" w:rsidR="00BC3FE7" w:rsidRPr="00BC3FE7" w:rsidRDefault="00BC3FE7" w:rsidP="000009CA">
      <w:pPr>
        <w:pStyle w:val="ListParagraph"/>
        <w:numPr>
          <w:ilvl w:val="0"/>
          <w:numId w:val="199"/>
        </w:numPr>
        <w:rPr>
          <w:lang w:val="en-GB"/>
        </w:rPr>
      </w:pPr>
      <w:r w:rsidRPr="00BC3FE7">
        <w:rPr>
          <w:lang w:val="en-GB"/>
        </w:rPr>
        <w:t>There are no formal entry requirements for this course.</w:t>
      </w:r>
    </w:p>
    <w:p w14:paraId="77489108" w14:textId="77777777" w:rsidR="00BC3FE7" w:rsidRPr="00BC3FE7" w:rsidRDefault="00BC3FE7" w:rsidP="000009CA">
      <w:pPr>
        <w:pStyle w:val="ListParagraph"/>
        <w:numPr>
          <w:ilvl w:val="0"/>
          <w:numId w:val="199"/>
        </w:numPr>
        <w:rPr>
          <w:lang w:val="en-GB"/>
        </w:rPr>
      </w:pPr>
      <w:r w:rsidRPr="00BC3FE7">
        <w:rPr>
          <w:lang w:val="en-GB"/>
        </w:rPr>
        <w:t>You will take part in an interview, including an initial assessment, prior to being enrolled on the right level of course.</w:t>
      </w:r>
    </w:p>
    <w:p w14:paraId="35F0CD4D" w14:textId="77777777" w:rsidR="00BC3FE7" w:rsidRPr="00BC3FE7" w:rsidRDefault="00BC3FE7" w:rsidP="00BC3FE7">
      <w:pPr>
        <w:pStyle w:val="Heading3"/>
        <w:rPr>
          <w:lang w:val="en-GB"/>
        </w:rPr>
      </w:pPr>
      <w:r w:rsidRPr="00BC3FE7">
        <w:rPr>
          <w:lang w:val="en-GB"/>
        </w:rPr>
        <w:lastRenderedPageBreak/>
        <w:t>Progression</w:t>
      </w:r>
    </w:p>
    <w:p w14:paraId="7200E44D" w14:textId="77777777" w:rsidR="00BC3FE7" w:rsidRPr="00BC3FE7" w:rsidRDefault="00BC3FE7" w:rsidP="000009CA">
      <w:pPr>
        <w:numPr>
          <w:ilvl w:val="0"/>
          <w:numId w:val="198"/>
        </w:numPr>
        <w:rPr>
          <w:lang w:val="en-GB"/>
        </w:rPr>
      </w:pPr>
      <w:r w:rsidRPr="00BC3FE7">
        <w:rPr>
          <w:lang w:val="en-GB"/>
        </w:rPr>
        <w:t>Vocational course once you have gained Entry Level 3 Functional Skills</w:t>
      </w:r>
    </w:p>
    <w:p w14:paraId="6C728E58" w14:textId="77777777" w:rsidR="00557E83" w:rsidRDefault="00557E83" w:rsidP="00122CE0">
      <w:pPr>
        <w:rPr>
          <w:lang w:val="en-GB"/>
        </w:rPr>
      </w:pPr>
    </w:p>
    <w:p w14:paraId="7EE375BB" w14:textId="323E514D" w:rsidR="00557E83" w:rsidRDefault="00BC3FE7" w:rsidP="00BC3FE7">
      <w:pPr>
        <w:pStyle w:val="Heading1"/>
        <w:rPr>
          <w:lang w:val="en-GB"/>
        </w:rPr>
      </w:pPr>
      <w:r>
        <w:rPr>
          <w:lang w:val="en-GB"/>
        </w:rPr>
        <w:t>Hair, Beauty and Barbering</w:t>
      </w:r>
    </w:p>
    <w:p w14:paraId="7258510E" w14:textId="5C7BAB60" w:rsidR="00BC3FE7" w:rsidRPr="00BC3FE7" w:rsidRDefault="00FA2C74" w:rsidP="00FA2C74">
      <w:pPr>
        <w:rPr>
          <w:lang w:val="en-GB"/>
        </w:rPr>
      </w:pPr>
      <w:r w:rsidRPr="00FA2C74">
        <w:rPr>
          <w:lang w:val="en-GB"/>
        </w:rPr>
        <w:t>The Hair, Beauty and Barbering</w:t>
      </w:r>
      <w:r>
        <w:rPr>
          <w:lang w:val="en-GB"/>
        </w:rPr>
        <w:t xml:space="preserve"> </w:t>
      </w:r>
      <w:r w:rsidRPr="00FA2C74">
        <w:rPr>
          <w:lang w:val="en-GB"/>
        </w:rPr>
        <w:t>industry is highly creative</w:t>
      </w:r>
      <w:r>
        <w:rPr>
          <w:lang w:val="en-GB"/>
        </w:rPr>
        <w:t xml:space="preserve"> </w:t>
      </w:r>
      <w:r w:rsidRPr="00FA2C74">
        <w:rPr>
          <w:lang w:val="en-GB"/>
        </w:rPr>
        <w:t>and continues to grow and</w:t>
      </w:r>
      <w:r>
        <w:rPr>
          <w:lang w:val="en-GB"/>
        </w:rPr>
        <w:t xml:space="preserve"> </w:t>
      </w:r>
      <w:r w:rsidRPr="00FA2C74">
        <w:rPr>
          <w:lang w:val="en-GB"/>
        </w:rPr>
        <w:t>evolve. If you love to express</w:t>
      </w:r>
      <w:r>
        <w:rPr>
          <w:lang w:val="en-GB"/>
        </w:rPr>
        <w:t xml:space="preserve"> </w:t>
      </w:r>
      <w:r w:rsidRPr="00FA2C74">
        <w:rPr>
          <w:lang w:val="en-GB"/>
        </w:rPr>
        <w:t>yourself through personal</w:t>
      </w:r>
      <w:r>
        <w:rPr>
          <w:lang w:val="en-GB"/>
        </w:rPr>
        <w:t xml:space="preserve"> </w:t>
      </w:r>
      <w:r w:rsidRPr="00FA2C74">
        <w:rPr>
          <w:lang w:val="en-GB"/>
        </w:rPr>
        <w:t>styling, hair, makeup and</w:t>
      </w:r>
      <w:r>
        <w:rPr>
          <w:lang w:val="en-GB"/>
        </w:rPr>
        <w:t xml:space="preserve"> </w:t>
      </w:r>
      <w:r w:rsidRPr="00FA2C74">
        <w:rPr>
          <w:lang w:val="en-GB"/>
        </w:rPr>
        <w:t>beauty treatments, starting</w:t>
      </w:r>
      <w:r>
        <w:rPr>
          <w:lang w:val="en-GB"/>
        </w:rPr>
        <w:t xml:space="preserve"> </w:t>
      </w:r>
      <w:r w:rsidRPr="00FA2C74">
        <w:rPr>
          <w:lang w:val="en-GB"/>
        </w:rPr>
        <w:t>your career with a vocational</w:t>
      </w:r>
      <w:r>
        <w:rPr>
          <w:lang w:val="en-GB"/>
        </w:rPr>
        <w:t xml:space="preserve"> </w:t>
      </w:r>
      <w:r w:rsidRPr="00FA2C74">
        <w:rPr>
          <w:lang w:val="en-GB"/>
        </w:rPr>
        <w:t>course at Kirklees College is</w:t>
      </w:r>
      <w:r>
        <w:rPr>
          <w:lang w:val="en-GB"/>
        </w:rPr>
        <w:t xml:space="preserve"> </w:t>
      </w:r>
      <w:r w:rsidRPr="00FA2C74">
        <w:rPr>
          <w:lang w:val="en-GB"/>
        </w:rPr>
        <w:t>the perfect place to start.</w:t>
      </w:r>
    </w:p>
    <w:p w14:paraId="695C4C62" w14:textId="1C204E6D" w:rsidR="00557E83" w:rsidRDefault="00FA2C74" w:rsidP="00FA2C74">
      <w:pPr>
        <w:rPr>
          <w:lang w:val="en-GB"/>
        </w:rPr>
      </w:pPr>
      <w:r w:rsidRPr="00FA2C74">
        <w:rPr>
          <w:lang w:val="en-GB"/>
        </w:rPr>
        <w:t>With a range of Entry 3 – Level 3 courses</w:t>
      </w:r>
      <w:r>
        <w:rPr>
          <w:lang w:val="en-GB"/>
        </w:rPr>
        <w:t xml:space="preserve"> </w:t>
      </w:r>
      <w:r w:rsidRPr="00FA2C74">
        <w:rPr>
          <w:lang w:val="en-GB"/>
        </w:rPr>
        <w:t>available in Dewsbury and Huddersfield,</w:t>
      </w:r>
      <w:r>
        <w:rPr>
          <w:lang w:val="en-GB"/>
        </w:rPr>
        <w:t xml:space="preserve"> </w:t>
      </w:r>
      <w:r w:rsidRPr="00FA2C74">
        <w:rPr>
          <w:lang w:val="en-GB"/>
        </w:rPr>
        <w:t>you will train in one of our public salons</w:t>
      </w:r>
      <w:r>
        <w:rPr>
          <w:lang w:val="en-GB"/>
        </w:rPr>
        <w:t xml:space="preserve"> </w:t>
      </w:r>
      <w:r w:rsidRPr="00FA2C74">
        <w:rPr>
          <w:lang w:val="en-GB"/>
        </w:rPr>
        <w:t>at our Huddersfield Centre or Pioneer</w:t>
      </w:r>
      <w:r>
        <w:rPr>
          <w:lang w:val="en-GB"/>
        </w:rPr>
        <w:t xml:space="preserve"> </w:t>
      </w:r>
      <w:r w:rsidRPr="00FA2C74">
        <w:rPr>
          <w:lang w:val="en-GB"/>
        </w:rPr>
        <w:t>Higher Skills Centre. Both salons are fully</w:t>
      </w:r>
      <w:r>
        <w:rPr>
          <w:lang w:val="en-GB"/>
        </w:rPr>
        <w:t xml:space="preserve"> </w:t>
      </w:r>
      <w:r w:rsidRPr="00FA2C74">
        <w:rPr>
          <w:lang w:val="en-GB"/>
        </w:rPr>
        <w:t>equipped with hair, barbering, makeup</w:t>
      </w:r>
      <w:r>
        <w:rPr>
          <w:lang w:val="en-GB"/>
        </w:rPr>
        <w:t xml:space="preserve"> </w:t>
      </w:r>
      <w:r w:rsidRPr="00FA2C74">
        <w:rPr>
          <w:lang w:val="en-GB"/>
        </w:rPr>
        <w:t>and spa equipment and tools that are used</w:t>
      </w:r>
      <w:r>
        <w:rPr>
          <w:lang w:val="en-GB"/>
        </w:rPr>
        <w:t xml:space="preserve"> </w:t>
      </w:r>
      <w:r w:rsidRPr="00FA2C74">
        <w:rPr>
          <w:lang w:val="en-GB"/>
        </w:rPr>
        <w:t>in industry. All of our tutors are industry</w:t>
      </w:r>
      <w:r>
        <w:rPr>
          <w:lang w:val="en-GB"/>
        </w:rPr>
        <w:t xml:space="preserve"> </w:t>
      </w:r>
      <w:r w:rsidRPr="00FA2C74">
        <w:rPr>
          <w:lang w:val="en-GB"/>
        </w:rPr>
        <w:t>experienced also, and many still work</w:t>
      </w:r>
      <w:r>
        <w:rPr>
          <w:lang w:val="en-GB"/>
        </w:rPr>
        <w:t xml:space="preserve"> </w:t>
      </w:r>
      <w:r w:rsidRPr="00FA2C74">
        <w:rPr>
          <w:lang w:val="en-GB"/>
        </w:rPr>
        <w:t>part-time as barbers, hairdressers and</w:t>
      </w:r>
      <w:r>
        <w:rPr>
          <w:lang w:val="en-GB"/>
        </w:rPr>
        <w:t xml:space="preserve"> </w:t>
      </w:r>
      <w:r w:rsidRPr="00FA2C74">
        <w:rPr>
          <w:lang w:val="en-GB"/>
        </w:rPr>
        <w:t>beauticians, so you will be learning from</w:t>
      </w:r>
      <w:r>
        <w:rPr>
          <w:lang w:val="en-GB"/>
        </w:rPr>
        <w:t xml:space="preserve"> </w:t>
      </w:r>
      <w:r w:rsidRPr="00FA2C74">
        <w:rPr>
          <w:lang w:val="en-GB"/>
        </w:rPr>
        <w:t>the experts.</w:t>
      </w:r>
    </w:p>
    <w:p w14:paraId="21213703" w14:textId="3CE41149" w:rsidR="00557E83" w:rsidRDefault="00FA2C74" w:rsidP="00FA2C74">
      <w:pPr>
        <w:pStyle w:val="Heading2"/>
        <w:rPr>
          <w:lang w:val="en-GB"/>
        </w:rPr>
      </w:pPr>
      <w:r>
        <w:rPr>
          <w:lang w:val="en-GB"/>
        </w:rPr>
        <w:t>Average Salaries</w:t>
      </w:r>
    </w:p>
    <w:p w14:paraId="452A246C" w14:textId="07E9DCF7" w:rsidR="00FA2C74" w:rsidRPr="00FA2C74" w:rsidRDefault="00FA2C74" w:rsidP="00FA2C74">
      <w:pPr>
        <w:rPr>
          <w:lang w:val="en-GB"/>
        </w:rPr>
      </w:pPr>
      <w:r w:rsidRPr="00FA2C74">
        <w:rPr>
          <w:lang w:val="en-GB"/>
        </w:rPr>
        <w:t>£19,240</w:t>
      </w:r>
      <w:r>
        <w:rPr>
          <w:lang w:val="en-GB"/>
        </w:rPr>
        <w:t xml:space="preserve"> </w:t>
      </w:r>
      <w:r w:rsidRPr="00FA2C74">
        <w:rPr>
          <w:lang w:val="en-GB"/>
        </w:rPr>
        <w:t>Beauticians</w:t>
      </w:r>
    </w:p>
    <w:p w14:paraId="1D3C4614" w14:textId="2117C9E8" w:rsidR="00FA2C74" w:rsidRPr="00FA2C74" w:rsidRDefault="00FA2C74" w:rsidP="00FA2C74">
      <w:pPr>
        <w:rPr>
          <w:lang w:val="en-GB"/>
        </w:rPr>
      </w:pPr>
      <w:r w:rsidRPr="00FA2C74">
        <w:rPr>
          <w:lang w:val="en-GB"/>
        </w:rPr>
        <w:t>£20,800</w:t>
      </w:r>
      <w:r>
        <w:rPr>
          <w:lang w:val="en-GB"/>
        </w:rPr>
        <w:t xml:space="preserve"> </w:t>
      </w:r>
      <w:r w:rsidRPr="00FA2C74">
        <w:rPr>
          <w:lang w:val="en-GB"/>
        </w:rPr>
        <w:t>Hairdressers and</w:t>
      </w:r>
      <w:r>
        <w:rPr>
          <w:lang w:val="en-GB"/>
        </w:rPr>
        <w:t xml:space="preserve"> </w:t>
      </w:r>
      <w:r w:rsidRPr="00FA2C74">
        <w:rPr>
          <w:lang w:val="en-GB"/>
        </w:rPr>
        <w:t>Barbers</w:t>
      </w:r>
    </w:p>
    <w:p w14:paraId="576DCC35" w14:textId="2FBC26BD" w:rsidR="00FA2C74" w:rsidRPr="00FA2C74" w:rsidRDefault="00FA2C74" w:rsidP="00FA2C74">
      <w:pPr>
        <w:rPr>
          <w:lang w:val="en-GB"/>
        </w:rPr>
      </w:pPr>
      <w:r w:rsidRPr="00FA2C74">
        <w:rPr>
          <w:lang w:val="en-GB"/>
        </w:rPr>
        <w:t>£29,720</w:t>
      </w:r>
      <w:r>
        <w:rPr>
          <w:lang w:val="en-GB"/>
        </w:rPr>
        <w:t xml:space="preserve"> </w:t>
      </w:r>
      <w:r w:rsidRPr="00FA2C74">
        <w:rPr>
          <w:lang w:val="en-GB"/>
        </w:rPr>
        <w:t>Hairdressing and</w:t>
      </w:r>
      <w:r>
        <w:rPr>
          <w:lang w:val="en-GB"/>
        </w:rPr>
        <w:t xml:space="preserve"> </w:t>
      </w:r>
      <w:r w:rsidRPr="00FA2C74">
        <w:rPr>
          <w:lang w:val="en-GB"/>
        </w:rPr>
        <w:t>Beauty Salon</w:t>
      </w:r>
      <w:r>
        <w:rPr>
          <w:lang w:val="en-GB"/>
        </w:rPr>
        <w:t xml:space="preserve"> </w:t>
      </w:r>
      <w:r w:rsidRPr="00FA2C74">
        <w:rPr>
          <w:lang w:val="en-GB"/>
        </w:rPr>
        <w:t>Managers</w:t>
      </w:r>
    </w:p>
    <w:p w14:paraId="757E7ADC" w14:textId="02497052" w:rsidR="00557E83" w:rsidRDefault="00FA2C74" w:rsidP="00FA2C74">
      <w:pPr>
        <w:pStyle w:val="Heading2"/>
        <w:rPr>
          <w:lang w:val="en-GB"/>
        </w:rPr>
      </w:pPr>
      <w:r>
        <w:rPr>
          <w:lang w:val="en-GB"/>
        </w:rPr>
        <w:t>Case Study</w:t>
      </w:r>
    </w:p>
    <w:p w14:paraId="3E847F2F" w14:textId="347629A3" w:rsidR="00FA2C74" w:rsidRDefault="00FA2C74" w:rsidP="00FA2C74">
      <w:pPr>
        <w:rPr>
          <w:lang w:val="en-GB"/>
        </w:rPr>
      </w:pPr>
      <w:r w:rsidRPr="00FA2C74">
        <w:rPr>
          <w:lang w:val="en-GB"/>
        </w:rPr>
        <w:t>“The practical</w:t>
      </w:r>
      <w:r>
        <w:rPr>
          <w:lang w:val="en-GB"/>
        </w:rPr>
        <w:t xml:space="preserve"> </w:t>
      </w:r>
      <w:r w:rsidRPr="00FA2C74">
        <w:rPr>
          <w:lang w:val="en-GB"/>
        </w:rPr>
        <w:t>elements of the</w:t>
      </w:r>
      <w:r>
        <w:rPr>
          <w:lang w:val="en-GB"/>
        </w:rPr>
        <w:t xml:space="preserve"> </w:t>
      </w:r>
      <w:r w:rsidRPr="00FA2C74">
        <w:rPr>
          <w:lang w:val="en-GB"/>
        </w:rPr>
        <w:t>course have been</w:t>
      </w:r>
      <w:r>
        <w:rPr>
          <w:lang w:val="en-GB"/>
        </w:rPr>
        <w:t xml:space="preserve"> </w:t>
      </w:r>
      <w:r w:rsidRPr="00FA2C74">
        <w:rPr>
          <w:lang w:val="en-GB"/>
        </w:rPr>
        <w:t>amazing. I have</w:t>
      </w:r>
      <w:r>
        <w:rPr>
          <w:lang w:val="en-GB"/>
        </w:rPr>
        <w:t xml:space="preserve"> </w:t>
      </w:r>
      <w:r w:rsidRPr="00FA2C74">
        <w:rPr>
          <w:lang w:val="en-GB"/>
        </w:rPr>
        <w:t>really enjoyed</w:t>
      </w:r>
      <w:r>
        <w:rPr>
          <w:lang w:val="en-GB"/>
        </w:rPr>
        <w:t xml:space="preserve"> </w:t>
      </w:r>
      <w:r w:rsidRPr="00FA2C74">
        <w:rPr>
          <w:lang w:val="en-GB"/>
        </w:rPr>
        <w:t>working with</w:t>
      </w:r>
      <w:r>
        <w:rPr>
          <w:lang w:val="en-GB"/>
        </w:rPr>
        <w:t xml:space="preserve"> </w:t>
      </w:r>
      <w:r w:rsidRPr="00FA2C74">
        <w:rPr>
          <w:lang w:val="en-GB"/>
        </w:rPr>
        <w:t>customers, which</w:t>
      </w:r>
      <w:r>
        <w:rPr>
          <w:lang w:val="en-GB"/>
        </w:rPr>
        <w:t xml:space="preserve"> </w:t>
      </w:r>
      <w:r w:rsidRPr="00FA2C74">
        <w:rPr>
          <w:lang w:val="en-GB"/>
        </w:rPr>
        <w:t>has made me</w:t>
      </w:r>
      <w:r>
        <w:rPr>
          <w:lang w:val="en-GB"/>
        </w:rPr>
        <w:t xml:space="preserve"> </w:t>
      </w:r>
      <w:r w:rsidRPr="00FA2C74">
        <w:rPr>
          <w:lang w:val="en-GB"/>
        </w:rPr>
        <w:t>more prepared to</w:t>
      </w:r>
      <w:r>
        <w:rPr>
          <w:lang w:val="en-GB"/>
        </w:rPr>
        <w:t xml:space="preserve"> </w:t>
      </w:r>
      <w:r w:rsidRPr="00FA2C74">
        <w:rPr>
          <w:lang w:val="en-GB"/>
        </w:rPr>
        <w:t>start my career.”</w:t>
      </w:r>
    </w:p>
    <w:p w14:paraId="03E709FF" w14:textId="761CEEB3" w:rsidR="00FA2C74" w:rsidRDefault="00FA2C74" w:rsidP="00FA2C74">
      <w:pPr>
        <w:pStyle w:val="Heading2"/>
        <w:rPr>
          <w:lang w:val="en-GB"/>
        </w:rPr>
      </w:pPr>
      <w:r>
        <w:rPr>
          <w:lang w:val="en-GB"/>
        </w:rPr>
        <w:t>Hair and Beauty courses</w:t>
      </w:r>
    </w:p>
    <w:p w14:paraId="47CA0C0F" w14:textId="77777777" w:rsidR="00FA2C74" w:rsidRPr="00FA2C74" w:rsidRDefault="00FA2C74" w:rsidP="00FA2C74">
      <w:pPr>
        <w:pStyle w:val="Heading3"/>
        <w:rPr>
          <w:lang w:val="en-GB"/>
        </w:rPr>
      </w:pPr>
      <w:r w:rsidRPr="00FA2C74">
        <w:rPr>
          <w:lang w:val="en-GB"/>
        </w:rPr>
        <w:t>Vocational Pathways - Pathway to Hair and Beauty Entry 3</w:t>
      </w:r>
    </w:p>
    <w:p w14:paraId="2D3D7464" w14:textId="77777777" w:rsidR="00FA2C74" w:rsidRPr="00FA2C74" w:rsidRDefault="00FA2C74" w:rsidP="00FA2C74">
      <w:pPr>
        <w:pStyle w:val="Heading4"/>
        <w:rPr>
          <w:i w:val="0"/>
          <w:iCs w:val="0"/>
          <w:lang w:val="en-GB"/>
        </w:rPr>
      </w:pPr>
      <w:r w:rsidRPr="00FA2C74">
        <w:rPr>
          <w:i w:val="0"/>
          <w:iCs w:val="0"/>
          <w:lang w:val="en-GB"/>
        </w:rPr>
        <w:t>Entry Requirements</w:t>
      </w:r>
    </w:p>
    <w:p w14:paraId="29A6EB1C" w14:textId="77777777" w:rsidR="00FA2C74" w:rsidRPr="00FA2C74" w:rsidRDefault="00FA2C74" w:rsidP="000009CA">
      <w:pPr>
        <w:pStyle w:val="ListParagraph"/>
        <w:numPr>
          <w:ilvl w:val="0"/>
          <w:numId w:val="198"/>
        </w:numPr>
        <w:rPr>
          <w:lang w:val="en-GB"/>
        </w:rPr>
      </w:pPr>
      <w:r w:rsidRPr="00FA2C74">
        <w:rPr>
          <w:lang w:val="en-GB"/>
        </w:rPr>
        <w:t>There are no formal entry requirements for this course.</w:t>
      </w:r>
    </w:p>
    <w:p w14:paraId="03964F4B" w14:textId="77777777" w:rsidR="00FA2C74" w:rsidRPr="00FA2C74" w:rsidRDefault="00FA2C74" w:rsidP="00FA2C74">
      <w:pPr>
        <w:pStyle w:val="Heading4"/>
        <w:rPr>
          <w:i w:val="0"/>
          <w:iCs w:val="0"/>
          <w:lang w:val="en-GB"/>
        </w:rPr>
      </w:pPr>
      <w:r w:rsidRPr="00FA2C74">
        <w:rPr>
          <w:i w:val="0"/>
          <w:iCs w:val="0"/>
          <w:lang w:val="en-GB"/>
        </w:rPr>
        <w:t>Progression</w:t>
      </w:r>
    </w:p>
    <w:p w14:paraId="3867BDAF" w14:textId="5B99CCCF" w:rsidR="00FA2C74" w:rsidRPr="00FA2C74" w:rsidRDefault="00FA2C74" w:rsidP="000009CA">
      <w:pPr>
        <w:numPr>
          <w:ilvl w:val="0"/>
          <w:numId w:val="200"/>
        </w:numPr>
        <w:rPr>
          <w:lang w:val="en-GB"/>
        </w:rPr>
      </w:pPr>
      <w:r w:rsidRPr="00FA2C74">
        <w:rPr>
          <w:lang w:val="en-GB"/>
        </w:rPr>
        <w:t>This practical learning will support students wishing to progress onto the Level 1 course in this field the following year.</w:t>
      </w:r>
    </w:p>
    <w:p w14:paraId="7EE4BFA2" w14:textId="77777777" w:rsidR="00FA2C74" w:rsidRPr="00FA2C74" w:rsidRDefault="00FA2C74" w:rsidP="00FA2C74">
      <w:pPr>
        <w:pStyle w:val="Heading3"/>
        <w:rPr>
          <w:lang w:val="en-GB"/>
        </w:rPr>
      </w:pPr>
      <w:r w:rsidRPr="00FA2C74">
        <w:rPr>
          <w:lang w:val="en-GB"/>
        </w:rPr>
        <w:t>Hair and Beauty Level 1</w:t>
      </w:r>
    </w:p>
    <w:p w14:paraId="28989A9F" w14:textId="77777777" w:rsidR="00FA2C74" w:rsidRPr="00FA2C74" w:rsidRDefault="00FA2C74" w:rsidP="00FA2C74">
      <w:pPr>
        <w:pStyle w:val="Heading4"/>
        <w:rPr>
          <w:i w:val="0"/>
          <w:iCs w:val="0"/>
          <w:lang w:val="en-GB"/>
        </w:rPr>
      </w:pPr>
      <w:r w:rsidRPr="00FA2C74">
        <w:rPr>
          <w:i w:val="0"/>
          <w:iCs w:val="0"/>
          <w:lang w:val="en-GB"/>
        </w:rPr>
        <w:t>Entry Requirements</w:t>
      </w:r>
    </w:p>
    <w:p w14:paraId="0170877A" w14:textId="77777777" w:rsidR="00FA2C74" w:rsidRPr="00FA2C74" w:rsidRDefault="00FA2C74" w:rsidP="000009CA">
      <w:pPr>
        <w:pStyle w:val="ListParagraph"/>
        <w:numPr>
          <w:ilvl w:val="0"/>
          <w:numId w:val="200"/>
        </w:numPr>
        <w:rPr>
          <w:lang w:val="en-GB"/>
        </w:rPr>
      </w:pPr>
      <w:r w:rsidRPr="00FA2C74">
        <w:rPr>
          <w:lang w:val="en-GB"/>
        </w:rPr>
        <w:t>A minimum of GCSE English and Maths grade 1 or above.</w:t>
      </w:r>
    </w:p>
    <w:p w14:paraId="550A1242" w14:textId="77777777" w:rsidR="00FA2C74" w:rsidRPr="00FA2C74" w:rsidRDefault="00FA2C74" w:rsidP="000009CA">
      <w:pPr>
        <w:pStyle w:val="ListParagraph"/>
        <w:numPr>
          <w:ilvl w:val="0"/>
          <w:numId w:val="200"/>
        </w:numPr>
        <w:rPr>
          <w:lang w:val="en-GB"/>
        </w:rPr>
      </w:pPr>
      <w:r w:rsidRPr="00FA2C74">
        <w:rPr>
          <w:lang w:val="en-GB"/>
        </w:rPr>
        <w:lastRenderedPageBreak/>
        <w:t>It is also expected that students complete their current course of study to the best of their ability and maintain a positive approach to continuing their studies.</w:t>
      </w:r>
    </w:p>
    <w:p w14:paraId="7E6B5DFE" w14:textId="77777777" w:rsidR="00FA2C74" w:rsidRPr="00FA2C74" w:rsidRDefault="00FA2C74" w:rsidP="00FA2C74">
      <w:pPr>
        <w:pStyle w:val="Heading4"/>
        <w:rPr>
          <w:i w:val="0"/>
          <w:iCs w:val="0"/>
          <w:lang w:val="en-GB"/>
        </w:rPr>
      </w:pPr>
      <w:r w:rsidRPr="00FA2C74">
        <w:rPr>
          <w:i w:val="0"/>
          <w:iCs w:val="0"/>
          <w:lang w:val="en-GB"/>
        </w:rPr>
        <w:t>Progression</w:t>
      </w:r>
    </w:p>
    <w:p w14:paraId="7801D3C7" w14:textId="77777777" w:rsidR="00FA2C74" w:rsidRPr="00FA2C74" w:rsidRDefault="00FA2C74" w:rsidP="000009CA">
      <w:pPr>
        <w:pStyle w:val="ListParagraph"/>
        <w:numPr>
          <w:ilvl w:val="0"/>
          <w:numId w:val="202"/>
        </w:numPr>
        <w:rPr>
          <w:lang w:val="en-GB"/>
        </w:rPr>
      </w:pPr>
      <w:r w:rsidRPr="00FA2C74">
        <w:rPr>
          <w:lang w:val="en-GB"/>
        </w:rPr>
        <w:t>Level 2 Hair</w:t>
      </w:r>
    </w:p>
    <w:p w14:paraId="792678E5" w14:textId="77777777" w:rsidR="00FA2C74" w:rsidRPr="00FA2C74" w:rsidRDefault="00FA2C74" w:rsidP="000009CA">
      <w:pPr>
        <w:pStyle w:val="ListParagraph"/>
        <w:numPr>
          <w:ilvl w:val="0"/>
          <w:numId w:val="202"/>
        </w:numPr>
        <w:rPr>
          <w:lang w:val="en-GB"/>
        </w:rPr>
      </w:pPr>
      <w:r w:rsidRPr="00FA2C74">
        <w:rPr>
          <w:lang w:val="en-GB"/>
        </w:rPr>
        <w:t>Level 2 Beauty</w:t>
      </w:r>
    </w:p>
    <w:p w14:paraId="0B4D456A" w14:textId="56BFD9C5" w:rsidR="00FA2C74" w:rsidRPr="00FA2C74" w:rsidRDefault="00FA2C74" w:rsidP="000009CA">
      <w:pPr>
        <w:pStyle w:val="ListParagraph"/>
        <w:numPr>
          <w:ilvl w:val="0"/>
          <w:numId w:val="202"/>
        </w:numPr>
        <w:rPr>
          <w:lang w:val="en-GB"/>
        </w:rPr>
      </w:pPr>
      <w:r w:rsidRPr="00FA2C74">
        <w:rPr>
          <w:lang w:val="en-GB"/>
        </w:rPr>
        <w:t>Level 2 Media Make-up</w:t>
      </w:r>
    </w:p>
    <w:p w14:paraId="2E6C9B39" w14:textId="77777777" w:rsidR="00FA2C74" w:rsidRPr="00FA2C74" w:rsidRDefault="00FA2C74" w:rsidP="00FA2C74">
      <w:pPr>
        <w:pStyle w:val="Heading3"/>
        <w:rPr>
          <w:lang w:val="en-GB"/>
        </w:rPr>
      </w:pPr>
      <w:r w:rsidRPr="00FA2C74">
        <w:rPr>
          <w:lang w:val="en-GB"/>
        </w:rPr>
        <w:t>Hair and Media Make-Up Level 2</w:t>
      </w:r>
    </w:p>
    <w:p w14:paraId="178B9787" w14:textId="77777777" w:rsidR="00FA2C74" w:rsidRPr="00FA2C74" w:rsidRDefault="00FA2C74" w:rsidP="00FA2C74">
      <w:pPr>
        <w:pStyle w:val="Heading4"/>
        <w:rPr>
          <w:i w:val="0"/>
          <w:iCs w:val="0"/>
          <w:lang w:val="en-GB"/>
        </w:rPr>
      </w:pPr>
      <w:r w:rsidRPr="00FA2C74">
        <w:rPr>
          <w:i w:val="0"/>
          <w:iCs w:val="0"/>
          <w:lang w:val="en-GB"/>
        </w:rPr>
        <w:t>Entry Requirements</w:t>
      </w:r>
    </w:p>
    <w:p w14:paraId="6140C3E6" w14:textId="77777777" w:rsidR="00FA2C74" w:rsidRPr="00FA2C74" w:rsidRDefault="00FA2C74" w:rsidP="000009CA">
      <w:pPr>
        <w:numPr>
          <w:ilvl w:val="0"/>
          <w:numId w:val="201"/>
        </w:numPr>
        <w:rPr>
          <w:lang w:val="en-GB"/>
        </w:rPr>
      </w:pPr>
      <w:r w:rsidRPr="00FA2C74">
        <w:rPr>
          <w:lang w:val="en-GB"/>
        </w:rPr>
        <w:t>A minimum of GCSE English and Maths grade 2 or above.</w:t>
      </w:r>
    </w:p>
    <w:p w14:paraId="0CA82EB1" w14:textId="77777777" w:rsidR="00FA2C74" w:rsidRPr="00FA2C74" w:rsidRDefault="00FA2C74" w:rsidP="00FA2C74">
      <w:pPr>
        <w:pStyle w:val="Heading4"/>
        <w:rPr>
          <w:lang w:val="en-GB"/>
        </w:rPr>
      </w:pPr>
      <w:r w:rsidRPr="00FA2C74">
        <w:rPr>
          <w:lang w:val="en-GB"/>
        </w:rPr>
        <w:t>Progression</w:t>
      </w:r>
    </w:p>
    <w:p w14:paraId="2B13F180" w14:textId="77777777" w:rsidR="00FA2C74" w:rsidRPr="00FA2C74" w:rsidRDefault="00FA2C74" w:rsidP="000009CA">
      <w:pPr>
        <w:pStyle w:val="ListParagraph"/>
        <w:numPr>
          <w:ilvl w:val="0"/>
          <w:numId w:val="201"/>
        </w:numPr>
        <w:rPr>
          <w:lang w:val="en-GB"/>
        </w:rPr>
      </w:pPr>
      <w:r w:rsidRPr="00FA2C74">
        <w:rPr>
          <w:lang w:val="en-GB"/>
        </w:rPr>
        <w:t>Level 3 Make-up Artistry</w:t>
      </w:r>
    </w:p>
    <w:p w14:paraId="372493FE" w14:textId="77777777" w:rsidR="00FA2C74" w:rsidRPr="00FA2C74" w:rsidRDefault="00FA2C74" w:rsidP="000009CA">
      <w:pPr>
        <w:pStyle w:val="ListParagraph"/>
        <w:numPr>
          <w:ilvl w:val="0"/>
          <w:numId w:val="201"/>
        </w:numPr>
        <w:rPr>
          <w:lang w:val="en-GB"/>
        </w:rPr>
      </w:pPr>
      <w:r w:rsidRPr="00FA2C74">
        <w:rPr>
          <w:lang w:val="en-GB"/>
        </w:rPr>
        <w:t>Level 3 Theatrical, Special Effects and Hair Media Makeup</w:t>
      </w:r>
    </w:p>
    <w:p w14:paraId="0918F31E" w14:textId="329F7758" w:rsidR="00FA2C74" w:rsidRDefault="00FA2C74" w:rsidP="00FA2C74">
      <w:pPr>
        <w:pStyle w:val="Heading2"/>
        <w:rPr>
          <w:lang w:val="en-GB"/>
        </w:rPr>
      </w:pPr>
      <w:r>
        <w:rPr>
          <w:lang w:val="en-GB"/>
        </w:rPr>
        <w:t>Beauty courses</w:t>
      </w:r>
    </w:p>
    <w:p w14:paraId="0DFBAF1C" w14:textId="77777777" w:rsidR="00FA2C74" w:rsidRPr="00FA2C74" w:rsidRDefault="00FA2C74" w:rsidP="00FA2C74">
      <w:pPr>
        <w:pStyle w:val="Heading3"/>
        <w:rPr>
          <w:lang w:val="en-GB" w:eastAsia="en-GB"/>
        </w:rPr>
      </w:pPr>
      <w:r w:rsidRPr="00FA2C74">
        <w:rPr>
          <w:lang w:val="en-GB" w:eastAsia="en-GB"/>
        </w:rPr>
        <w:t>Beauty Therapy Level 1</w:t>
      </w:r>
    </w:p>
    <w:p w14:paraId="0B797401" w14:textId="77777777" w:rsidR="00FA2C74" w:rsidRPr="00FA2C74" w:rsidRDefault="00FA2C74" w:rsidP="00FA2C74">
      <w:pPr>
        <w:pStyle w:val="Heading4"/>
        <w:rPr>
          <w:i w:val="0"/>
          <w:iCs w:val="0"/>
          <w:lang w:val="en-GB" w:eastAsia="en-GB"/>
        </w:rPr>
      </w:pPr>
      <w:r w:rsidRPr="00FA2C74">
        <w:rPr>
          <w:i w:val="0"/>
          <w:iCs w:val="0"/>
          <w:lang w:val="en-GB" w:eastAsia="en-GB"/>
        </w:rPr>
        <w:t>Entry Requirements</w:t>
      </w:r>
    </w:p>
    <w:p w14:paraId="4D6411FF" w14:textId="77777777" w:rsidR="00FA2C74" w:rsidRPr="00FA2C74" w:rsidRDefault="00FA2C74" w:rsidP="000009CA">
      <w:pPr>
        <w:numPr>
          <w:ilvl w:val="0"/>
          <w:numId w:val="203"/>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A minimum of GCSE English and Maths grade 1 or above.</w:t>
      </w:r>
    </w:p>
    <w:p w14:paraId="13132FFE" w14:textId="77777777" w:rsidR="00FA2C74" w:rsidRPr="00FA2C74" w:rsidRDefault="00FA2C74" w:rsidP="000009CA">
      <w:pPr>
        <w:numPr>
          <w:ilvl w:val="0"/>
          <w:numId w:val="203"/>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It is also expected that students complete their current course of study to the best of their ability and maintain a positive approach to continuing their studies.</w:t>
      </w:r>
    </w:p>
    <w:p w14:paraId="6224DA45" w14:textId="77777777" w:rsidR="00FA2C74" w:rsidRPr="00FA2C74" w:rsidRDefault="00FA2C74" w:rsidP="00FA2C74">
      <w:pPr>
        <w:pStyle w:val="Heading4"/>
        <w:rPr>
          <w:i w:val="0"/>
          <w:iCs w:val="0"/>
          <w:lang w:val="en-GB" w:eastAsia="en-GB"/>
        </w:rPr>
      </w:pPr>
      <w:r w:rsidRPr="00FA2C74">
        <w:rPr>
          <w:i w:val="0"/>
          <w:iCs w:val="0"/>
          <w:lang w:val="en-GB" w:eastAsia="en-GB"/>
        </w:rPr>
        <w:t>Progression</w:t>
      </w:r>
    </w:p>
    <w:p w14:paraId="3AD66F58" w14:textId="77777777" w:rsidR="00FA2C74" w:rsidRPr="00FA2C74" w:rsidRDefault="00FA2C74" w:rsidP="000009CA">
      <w:pPr>
        <w:pStyle w:val="ListParagraph"/>
        <w:numPr>
          <w:ilvl w:val="0"/>
          <w:numId w:val="218"/>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Level 1 Hairdressing</w:t>
      </w:r>
    </w:p>
    <w:p w14:paraId="4F7A5A7C" w14:textId="77777777" w:rsidR="00FA2C74" w:rsidRPr="00FA2C74" w:rsidRDefault="00FA2C74" w:rsidP="000009CA">
      <w:pPr>
        <w:pStyle w:val="ListParagraph"/>
        <w:numPr>
          <w:ilvl w:val="0"/>
          <w:numId w:val="218"/>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Level 2 Beauty</w:t>
      </w:r>
    </w:p>
    <w:p w14:paraId="02566BCB" w14:textId="21ABBDCC" w:rsidR="00FA2C74" w:rsidRPr="00FA2C74" w:rsidRDefault="00FA2C74" w:rsidP="000009CA">
      <w:pPr>
        <w:pStyle w:val="ListParagraph"/>
        <w:numPr>
          <w:ilvl w:val="0"/>
          <w:numId w:val="218"/>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Level 2 Media Make-up</w:t>
      </w:r>
    </w:p>
    <w:p w14:paraId="48720D5B" w14:textId="77777777" w:rsidR="00FA2C74" w:rsidRPr="00FA2C74" w:rsidRDefault="00FA2C74" w:rsidP="00FA2C74">
      <w:pPr>
        <w:pStyle w:val="Heading3"/>
        <w:rPr>
          <w:lang w:val="en-GB" w:eastAsia="en-GB"/>
        </w:rPr>
      </w:pPr>
      <w:r w:rsidRPr="00FA2C74">
        <w:rPr>
          <w:lang w:val="en-GB" w:eastAsia="en-GB"/>
        </w:rPr>
        <w:t>Beauty Therapy Level 2</w:t>
      </w:r>
    </w:p>
    <w:p w14:paraId="5A774842" w14:textId="77777777" w:rsidR="00FA2C74" w:rsidRPr="00FA2C74" w:rsidRDefault="00FA2C74" w:rsidP="00FA2C74">
      <w:pPr>
        <w:pStyle w:val="Heading4"/>
        <w:rPr>
          <w:i w:val="0"/>
          <w:iCs w:val="0"/>
          <w:lang w:val="en-GB" w:eastAsia="en-GB"/>
        </w:rPr>
      </w:pPr>
      <w:r w:rsidRPr="00FA2C74">
        <w:rPr>
          <w:i w:val="0"/>
          <w:iCs w:val="0"/>
          <w:lang w:val="en-GB" w:eastAsia="en-GB"/>
        </w:rPr>
        <w:t>Entry Requirements</w:t>
      </w:r>
    </w:p>
    <w:p w14:paraId="2D1BE18C" w14:textId="77777777" w:rsidR="00FA2C74" w:rsidRPr="00FA2C74" w:rsidRDefault="00FA2C74" w:rsidP="000009CA">
      <w:pPr>
        <w:numPr>
          <w:ilvl w:val="0"/>
          <w:numId w:val="204"/>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A minimum of GCSE English and Maths grade 2 or above.</w:t>
      </w:r>
    </w:p>
    <w:p w14:paraId="21A87BF9" w14:textId="77777777" w:rsidR="00FA2C74" w:rsidRPr="00FA2C74" w:rsidRDefault="00FA2C74" w:rsidP="00FA2C74">
      <w:pPr>
        <w:pStyle w:val="Heading4"/>
        <w:rPr>
          <w:i w:val="0"/>
          <w:iCs w:val="0"/>
          <w:lang w:val="en-GB" w:eastAsia="en-GB"/>
        </w:rPr>
      </w:pPr>
      <w:r w:rsidRPr="00FA2C74">
        <w:rPr>
          <w:i w:val="0"/>
          <w:iCs w:val="0"/>
          <w:lang w:val="en-GB" w:eastAsia="en-GB"/>
        </w:rPr>
        <w:t>Progression</w:t>
      </w:r>
    </w:p>
    <w:p w14:paraId="57A8B734" w14:textId="77777777" w:rsidR="00FA2C74" w:rsidRPr="00FA2C74" w:rsidRDefault="00FA2C74" w:rsidP="000009CA">
      <w:pPr>
        <w:numPr>
          <w:ilvl w:val="0"/>
          <w:numId w:val="205"/>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Level 3 Beauty</w:t>
      </w:r>
    </w:p>
    <w:p w14:paraId="7E89251F" w14:textId="77777777" w:rsidR="00FA2C74" w:rsidRPr="00FA2C74" w:rsidRDefault="00FA2C74" w:rsidP="000009CA">
      <w:pPr>
        <w:numPr>
          <w:ilvl w:val="0"/>
          <w:numId w:val="205"/>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Level 3 Make-Up Artistry</w:t>
      </w:r>
    </w:p>
    <w:p w14:paraId="6E62114B" w14:textId="77777777" w:rsidR="00FA2C74" w:rsidRPr="00FA2C74" w:rsidRDefault="00FA2C74" w:rsidP="000009CA">
      <w:pPr>
        <w:numPr>
          <w:ilvl w:val="0"/>
          <w:numId w:val="205"/>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Apprenticeship</w:t>
      </w:r>
    </w:p>
    <w:p w14:paraId="484240AB" w14:textId="77777777" w:rsidR="00FA2C74" w:rsidRPr="00FA2C74" w:rsidRDefault="00FA2C74" w:rsidP="00FA2C74">
      <w:pPr>
        <w:pStyle w:val="Heading3"/>
        <w:rPr>
          <w:lang w:val="en-GB" w:eastAsia="en-GB"/>
        </w:rPr>
      </w:pPr>
      <w:r w:rsidRPr="00FA2C74">
        <w:rPr>
          <w:lang w:val="en-GB" w:eastAsia="en-GB"/>
        </w:rPr>
        <w:lastRenderedPageBreak/>
        <w:t>Beauty Therapy General Route Level 3</w:t>
      </w:r>
    </w:p>
    <w:p w14:paraId="30B7B996" w14:textId="77777777" w:rsidR="00FA2C74" w:rsidRPr="00FA2C74" w:rsidRDefault="00FA2C74" w:rsidP="00FA2C74">
      <w:pPr>
        <w:pStyle w:val="Heading4"/>
        <w:rPr>
          <w:i w:val="0"/>
          <w:iCs w:val="0"/>
          <w:lang w:val="en-GB" w:eastAsia="en-GB"/>
        </w:rPr>
      </w:pPr>
      <w:r w:rsidRPr="00FA2C74">
        <w:rPr>
          <w:i w:val="0"/>
          <w:iCs w:val="0"/>
          <w:lang w:val="en-GB" w:eastAsia="en-GB"/>
        </w:rPr>
        <w:t>Entry Requirements</w:t>
      </w:r>
    </w:p>
    <w:p w14:paraId="135784B0" w14:textId="77777777" w:rsidR="00FA2C74" w:rsidRPr="00FA2C74" w:rsidRDefault="00FA2C74" w:rsidP="000009CA">
      <w:pPr>
        <w:numPr>
          <w:ilvl w:val="0"/>
          <w:numId w:val="206"/>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A minimum of GCSE English and Maths grade 3 or above in either and a Level 2 relevant vocational qualification.</w:t>
      </w:r>
    </w:p>
    <w:p w14:paraId="1F8A1B92" w14:textId="77777777" w:rsidR="00FA2C74" w:rsidRPr="00FA2C74" w:rsidRDefault="00FA2C74" w:rsidP="00FA2C74">
      <w:pPr>
        <w:pStyle w:val="Heading4"/>
        <w:rPr>
          <w:i w:val="0"/>
          <w:iCs w:val="0"/>
          <w:lang w:val="en-GB" w:eastAsia="en-GB"/>
        </w:rPr>
      </w:pPr>
      <w:r w:rsidRPr="00FA2C74">
        <w:rPr>
          <w:i w:val="0"/>
          <w:iCs w:val="0"/>
          <w:lang w:val="en-GB" w:eastAsia="en-GB"/>
        </w:rPr>
        <w:t>Progression</w:t>
      </w:r>
    </w:p>
    <w:p w14:paraId="10507C65" w14:textId="77777777" w:rsidR="00FA2C74" w:rsidRPr="00FA2C74" w:rsidRDefault="00FA2C74" w:rsidP="000009CA">
      <w:pPr>
        <w:numPr>
          <w:ilvl w:val="0"/>
          <w:numId w:val="207"/>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Level 4 Beauty Therapy</w:t>
      </w:r>
    </w:p>
    <w:p w14:paraId="7AC0E5AF" w14:textId="77777777" w:rsidR="00FA2C74" w:rsidRPr="00FA2C74" w:rsidRDefault="00FA2C74" w:rsidP="000009CA">
      <w:pPr>
        <w:numPr>
          <w:ilvl w:val="0"/>
          <w:numId w:val="207"/>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Employment in salons, spas, cruise ships, your own business</w:t>
      </w:r>
    </w:p>
    <w:p w14:paraId="72425092" w14:textId="29640E2E" w:rsidR="00FA2C74" w:rsidRPr="00FA2C74" w:rsidRDefault="00FA2C74" w:rsidP="000009CA">
      <w:pPr>
        <w:numPr>
          <w:ilvl w:val="0"/>
          <w:numId w:val="207"/>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Higher Education</w:t>
      </w:r>
    </w:p>
    <w:p w14:paraId="7519D7D6" w14:textId="77777777" w:rsidR="00FA2C74" w:rsidRPr="00FA2C74" w:rsidRDefault="00FA2C74" w:rsidP="00FA2C74">
      <w:pPr>
        <w:pStyle w:val="Heading3"/>
        <w:rPr>
          <w:lang w:val="en-GB" w:eastAsia="en-GB"/>
        </w:rPr>
      </w:pPr>
      <w:r w:rsidRPr="00FA2C74">
        <w:rPr>
          <w:lang w:val="en-GB" w:eastAsia="en-GB"/>
        </w:rPr>
        <w:t>Beauty Therapy Massage Treatment Route Level 3</w:t>
      </w:r>
    </w:p>
    <w:p w14:paraId="7B7A3509" w14:textId="77777777" w:rsidR="00FA2C74" w:rsidRPr="00FA2C74" w:rsidRDefault="00FA2C74" w:rsidP="00FA2C74">
      <w:pPr>
        <w:pStyle w:val="Heading4"/>
        <w:rPr>
          <w:i w:val="0"/>
          <w:iCs w:val="0"/>
          <w:lang w:val="en-GB" w:eastAsia="en-GB"/>
        </w:rPr>
      </w:pPr>
      <w:r w:rsidRPr="00FA2C74">
        <w:rPr>
          <w:i w:val="0"/>
          <w:iCs w:val="0"/>
          <w:lang w:val="en-GB" w:eastAsia="en-GB"/>
        </w:rPr>
        <w:t>Entry Requirements</w:t>
      </w:r>
    </w:p>
    <w:p w14:paraId="1A5183B2" w14:textId="77777777" w:rsidR="00FA2C74" w:rsidRPr="00FA2C74" w:rsidRDefault="00FA2C74" w:rsidP="000009CA">
      <w:pPr>
        <w:numPr>
          <w:ilvl w:val="0"/>
          <w:numId w:val="208"/>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A minimum of GCSE English and Maths grade 3 in either or above and a Level 2 relevant vocational qualification.</w:t>
      </w:r>
    </w:p>
    <w:p w14:paraId="44360D05" w14:textId="77777777" w:rsidR="00FA2C74" w:rsidRPr="00FA2C74" w:rsidRDefault="00FA2C74" w:rsidP="00FA2C74">
      <w:pPr>
        <w:pStyle w:val="Heading4"/>
        <w:rPr>
          <w:i w:val="0"/>
          <w:iCs w:val="0"/>
          <w:lang w:val="en-GB" w:eastAsia="en-GB"/>
        </w:rPr>
      </w:pPr>
      <w:r w:rsidRPr="00FA2C74">
        <w:rPr>
          <w:i w:val="0"/>
          <w:iCs w:val="0"/>
          <w:lang w:val="en-GB" w:eastAsia="en-GB"/>
        </w:rPr>
        <w:t>Progression</w:t>
      </w:r>
    </w:p>
    <w:p w14:paraId="689E4BFC" w14:textId="77777777" w:rsidR="00FA2C74" w:rsidRPr="00FA2C74" w:rsidRDefault="00FA2C74" w:rsidP="000009CA">
      <w:pPr>
        <w:numPr>
          <w:ilvl w:val="0"/>
          <w:numId w:val="209"/>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Level 4 Beauty Therapy</w:t>
      </w:r>
    </w:p>
    <w:p w14:paraId="7A06AA82" w14:textId="113E73AD" w:rsidR="00FA2C74" w:rsidRPr="00FA2C74" w:rsidRDefault="00FA2C74" w:rsidP="000009CA">
      <w:pPr>
        <w:numPr>
          <w:ilvl w:val="0"/>
          <w:numId w:val="209"/>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Employment in salons, spas, cruise ships, your own business</w:t>
      </w:r>
    </w:p>
    <w:p w14:paraId="6CC836D5" w14:textId="77777777" w:rsidR="00FA2C74" w:rsidRPr="00FA2C74" w:rsidRDefault="00FA2C74" w:rsidP="00F07668">
      <w:pPr>
        <w:pStyle w:val="Heading3"/>
        <w:rPr>
          <w:lang w:val="en-GB" w:eastAsia="en-GB"/>
        </w:rPr>
      </w:pPr>
      <w:r w:rsidRPr="00FA2C74">
        <w:rPr>
          <w:lang w:val="en-GB" w:eastAsia="en-GB"/>
        </w:rPr>
        <w:t>Makeup Artistry Level 3</w:t>
      </w:r>
    </w:p>
    <w:p w14:paraId="57EC8216" w14:textId="77777777" w:rsidR="00FA2C74" w:rsidRPr="00F07668" w:rsidRDefault="00FA2C74" w:rsidP="00F07668">
      <w:pPr>
        <w:pStyle w:val="Heading4"/>
        <w:rPr>
          <w:i w:val="0"/>
          <w:iCs w:val="0"/>
          <w:lang w:val="en-GB" w:eastAsia="en-GB"/>
        </w:rPr>
      </w:pPr>
      <w:r w:rsidRPr="00F07668">
        <w:rPr>
          <w:i w:val="0"/>
          <w:iCs w:val="0"/>
          <w:lang w:val="en-GB" w:eastAsia="en-GB"/>
        </w:rPr>
        <w:t>Entry Requirements</w:t>
      </w:r>
    </w:p>
    <w:p w14:paraId="274777CF" w14:textId="77777777" w:rsidR="00FA2C74" w:rsidRPr="00FA2C74" w:rsidRDefault="00FA2C74" w:rsidP="000009CA">
      <w:pPr>
        <w:numPr>
          <w:ilvl w:val="0"/>
          <w:numId w:val="210"/>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A minimum of GCSE English and Maths grade 3 in either or above and a Level 2 relevant vocational qualification.</w:t>
      </w:r>
    </w:p>
    <w:p w14:paraId="7BCC16AA" w14:textId="77777777" w:rsidR="00FA2C74" w:rsidRPr="00F07668" w:rsidRDefault="00FA2C74" w:rsidP="00F07668">
      <w:pPr>
        <w:pStyle w:val="Heading4"/>
        <w:rPr>
          <w:i w:val="0"/>
          <w:iCs w:val="0"/>
          <w:lang w:val="en-GB" w:eastAsia="en-GB"/>
        </w:rPr>
      </w:pPr>
      <w:r w:rsidRPr="00F07668">
        <w:rPr>
          <w:i w:val="0"/>
          <w:iCs w:val="0"/>
          <w:lang w:val="en-GB" w:eastAsia="en-GB"/>
        </w:rPr>
        <w:t>Progression</w:t>
      </w:r>
    </w:p>
    <w:p w14:paraId="7563C3B8" w14:textId="4FA0C985" w:rsidR="00FA2C74" w:rsidRPr="00FA2C74" w:rsidRDefault="00FA2C74" w:rsidP="000009CA">
      <w:pPr>
        <w:numPr>
          <w:ilvl w:val="0"/>
          <w:numId w:val="211"/>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Employment as a make-up professional</w:t>
      </w:r>
    </w:p>
    <w:p w14:paraId="0F58548C" w14:textId="77777777" w:rsidR="00FA2C74" w:rsidRPr="00FA2C74" w:rsidRDefault="00FA2C74" w:rsidP="00F07668">
      <w:pPr>
        <w:pStyle w:val="Heading3"/>
        <w:rPr>
          <w:lang w:val="en-GB" w:eastAsia="en-GB"/>
        </w:rPr>
      </w:pPr>
      <w:r w:rsidRPr="00FA2C74">
        <w:rPr>
          <w:lang w:val="en-GB" w:eastAsia="en-GB"/>
        </w:rPr>
        <w:t>Theatrical, Special Effects and Hair and Media Make-Up Level 3</w:t>
      </w:r>
    </w:p>
    <w:p w14:paraId="4AB02526" w14:textId="77777777" w:rsidR="00FA2C74" w:rsidRPr="00F07668" w:rsidRDefault="00FA2C74" w:rsidP="00F07668">
      <w:pPr>
        <w:pStyle w:val="Heading4"/>
        <w:rPr>
          <w:i w:val="0"/>
          <w:iCs w:val="0"/>
          <w:lang w:val="en-GB" w:eastAsia="en-GB"/>
        </w:rPr>
      </w:pPr>
      <w:r w:rsidRPr="00F07668">
        <w:rPr>
          <w:i w:val="0"/>
          <w:iCs w:val="0"/>
          <w:lang w:val="en-GB" w:eastAsia="en-GB"/>
        </w:rPr>
        <w:t>Entry Requirements</w:t>
      </w:r>
    </w:p>
    <w:p w14:paraId="628DF5AC" w14:textId="77777777" w:rsidR="00FA2C74" w:rsidRPr="00FA2C74" w:rsidRDefault="00FA2C74" w:rsidP="000009CA">
      <w:pPr>
        <w:numPr>
          <w:ilvl w:val="0"/>
          <w:numId w:val="212"/>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A minimum of GCSE English and Maths grade 3 in either and a Level 2 relevant vocational qualification.</w:t>
      </w:r>
    </w:p>
    <w:p w14:paraId="7B16C3A3" w14:textId="77777777" w:rsidR="00FA2C74" w:rsidRPr="00FA2C74" w:rsidRDefault="00FA2C74" w:rsidP="00F07668">
      <w:pPr>
        <w:pStyle w:val="Heading4"/>
        <w:rPr>
          <w:lang w:val="en-GB" w:eastAsia="en-GB"/>
        </w:rPr>
      </w:pPr>
      <w:r w:rsidRPr="00FA2C74">
        <w:rPr>
          <w:lang w:val="en-GB" w:eastAsia="en-GB"/>
        </w:rPr>
        <w:lastRenderedPageBreak/>
        <w:t>Progression</w:t>
      </w:r>
    </w:p>
    <w:p w14:paraId="335C4398" w14:textId="77777777" w:rsidR="00FA2C74" w:rsidRPr="00FA2C74" w:rsidRDefault="00FA2C74" w:rsidP="000009CA">
      <w:pPr>
        <w:numPr>
          <w:ilvl w:val="0"/>
          <w:numId w:val="213"/>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Higher Skills course</w:t>
      </w:r>
    </w:p>
    <w:p w14:paraId="2D97B717" w14:textId="05C62D50" w:rsidR="00FA2C74" w:rsidRPr="00FA2C74" w:rsidRDefault="00FA2C74" w:rsidP="000009CA">
      <w:pPr>
        <w:numPr>
          <w:ilvl w:val="0"/>
          <w:numId w:val="213"/>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Employment within the theatre or television industry as a make-up professional</w:t>
      </w:r>
    </w:p>
    <w:p w14:paraId="3057B79C" w14:textId="77777777" w:rsidR="00FA2C74" w:rsidRPr="00FA2C74" w:rsidRDefault="00FA2C74" w:rsidP="00F07668">
      <w:pPr>
        <w:pStyle w:val="Heading3"/>
        <w:rPr>
          <w:lang w:val="en-GB" w:eastAsia="en-GB"/>
        </w:rPr>
      </w:pPr>
      <w:r w:rsidRPr="00FA2C74">
        <w:rPr>
          <w:lang w:val="en-GB" w:eastAsia="en-GB"/>
        </w:rPr>
        <w:t>Media Makeup Level 3</w:t>
      </w:r>
    </w:p>
    <w:p w14:paraId="302BB5BD" w14:textId="77777777" w:rsidR="00FA2C74" w:rsidRPr="00F07668" w:rsidRDefault="00FA2C74" w:rsidP="00F07668">
      <w:pPr>
        <w:pStyle w:val="Heading4"/>
        <w:rPr>
          <w:i w:val="0"/>
          <w:iCs w:val="0"/>
          <w:lang w:val="en-GB" w:eastAsia="en-GB"/>
        </w:rPr>
      </w:pPr>
      <w:r w:rsidRPr="00F07668">
        <w:rPr>
          <w:i w:val="0"/>
          <w:iCs w:val="0"/>
          <w:lang w:val="en-GB" w:eastAsia="en-GB"/>
        </w:rPr>
        <w:t>Entry Requirements</w:t>
      </w:r>
    </w:p>
    <w:p w14:paraId="17E7D3E0" w14:textId="77777777" w:rsidR="00FA2C74" w:rsidRPr="00FA2C74" w:rsidRDefault="00FA2C74" w:rsidP="000009CA">
      <w:pPr>
        <w:numPr>
          <w:ilvl w:val="0"/>
          <w:numId w:val="214"/>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A minimum of GCSE English and Maths at grade 3 or above in either and a Level 2 relevant vocational qualification.</w:t>
      </w:r>
    </w:p>
    <w:p w14:paraId="33B80567" w14:textId="77777777" w:rsidR="00FA2C74" w:rsidRPr="00F07668" w:rsidRDefault="00FA2C74" w:rsidP="00F07668">
      <w:pPr>
        <w:pStyle w:val="Heading4"/>
        <w:rPr>
          <w:i w:val="0"/>
          <w:iCs w:val="0"/>
          <w:lang w:val="en-GB" w:eastAsia="en-GB"/>
        </w:rPr>
      </w:pPr>
      <w:r w:rsidRPr="00F07668">
        <w:rPr>
          <w:i w:val="0"/>
          <w:iCs w:val="0"/>
          <w:lang w:val="en-GB" w:eastAsia="en-GB"/>
        </w:rPr>
        <w:t>Progression</w:t>
      </w:r>
    </w:p>
    <w:p w14:paraId="57CDB9C1" w14:textId="72EA75C2" w:rsidR="00FA2C74" w:rsidRPr="00FA2C74" w:rsidRDefault="00FA2C74" w:rsidP="000009CA">
      <w:pPr>
        <w:numPr>
          <w:ilvl w:val="0"/>
          <w:numId w:val="215"/>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You can progress to employment as a makeup professional</w:t>
      </w:r>
    </w:p>
    <w:p w14:paraId="0A5BFC01" w14:textId="77777777" w:rsidR="00FA2C74" w:rsidRPr="00FA2C74" w:rsidRDefault="00FA2C74" w:rsidP="00F07668">
      <w:pPr>
        <w:pStyle w:val="Heading3"/>
        <w:rPr>
          <w:lang w:val="en-GB" w:eastAsia="en-GB"/>
        </w:rPr>
      </w:pPr>
      <w:r w:rsidRPr="00FA2C74">
        <w:rPr>
          <w:lang w:val="en-GB" w:eastAsia="en-GB"/>
        </w:rPr>
        <w:t>Beauty Apprenticeship Level 2</w:t>
      </w:r>
    </w:p>
    <w:p w14:paraId="05DF7281" w14:textId="77777777" w:rsidR="00FA2C74" w:rsidRPr="00F07668" w:rsidRDefault="00FA2C74" w:rsidP="00F07668">
      <w:pPr>
        <w:pStyle w:val="Heading4"/>
        <w:rPr>
          <w:i w:val="0"/>
          <w:iCs w:val="0"/>
          <w:lang w:val="en-GB" w:eastAsia="en-GB"/>
        </w:rPr>
      </w:pPr>
      <w:r w:rsidRPr="00F07668">
        <w:rPr>
          <w:i w:val="0"/>
          <w:iCs w:val="0"/>
          <w:lang w:val="en-GB" w:eastAsia="en-GB"/>
        </w:rPr>
        <w:t>Entry Requirements</w:t>
      </w:r>
    </w:p>
    <w:p w14:paraId="683884EB" w14:textId="77777777" w:rsidR="00FA2C74" w:rsidRPr="00FA2C74" w:rsidRDefault="00FA2C74" w:rsidP="000009CA">
      <w:pPr>
        <w:numPr>
          <w:ilvl w:val="0"/>
          <w:numId w:val="216"/>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GCSE English and Maths grade 2 or above.</w:t>
      </w:r>
    </w:p>
    <w:p w14:paraId="5B502534" w14:textId="77777777" w:rsidR="00FA2C74" w:rsidRPr="00FA2C74" w:rsidRDefault="00FA2C74" w:rsidP="000009CA">
      <w:pPr>
        <w:numPr>
          <w:ilvl w:val="0"/>
          <w:numId w:val="216"/>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 xml:space="preserve">To start your </w:t>
      </w:r>
      <w:proofErr w:type="gramStart"/>
      <w:r w:rsidRPr="00FA2C74">
        <w:rPr>
          <w:rFonts w:ascii="Segoe UI" w:eastAsia="Times New Roman" w:hAnsi="Segoe UI" w:cs="Segoe UI"/>
          <w:sz w:val="21"/>
          <w:szCs w:val="21"/>
          <w:lang w:val="en-GB" w:eastAsia="en-GB"/>
        </w:rPr>
        <w:t>apprenticeship</w:t>
      </w:r>
      <w:proofErr w:type="gramEnd"/>
      <w:r w:rsidRPr="00FA2C74">
        <w:rPr>
          <w:rFonts w:ascii="Segoe UI" w:eastAsia="Times New Roman" w:hAnsi="Segoe UI" w:cs="Segoe UI"/>
          <w:sz w:val="21"/>
          <w:szCs w:val="21"/>
          <w:lang w:val="en-GB" w:eastAsia="en-GB"/>
        </w:rPr>
        <w:t xml:space="preserve"> you must have secured employment that the college has agreed is suitable.</w:t>
      </w:r>
    </w:p>
    <w:p w14:paraId="2CB02312" w14:textId="77777777" w:rsidR="00FA2C74" w:rsidRPr="00F07668" w:rsidRDefault="00FA2C74" w:rsidP="00F07668">
      <w:pPr>
        <w:pStyle w:val="Heading4"/>
        <w:rPr>
          <w:i w:val="0"/>
          <w:iCs w:val="0"/>
          <w:lang w:val="en-GB" w:eastAsia="en-GB"/>
        </w:rPr>
      </w:pPr>
      <w:r w:rsidRPr="00F07668">
        <w:rPr>
          <w:i w:val="0"/>
          <w:iCs w:val="0"/>
          <w:lang w:val="en-GB" w:eastAsia="en-GB"/>
        </w:rPr>
        <w:t>Progression</w:t>
      </w:r>
    </w:p>
    <w:p w14:paraId="7C3E2195" w14:textId="77777777" w:rsidR="00FA2C74" w:rsidRPr="00FA2C74" w:rsidRDefault="00FA2C74" w:rsidP="000009CA">
      <w:pPr>
        <w:numPr>
          <w:ilvl w:val="0"/>
          <w:numId w:val="217"/>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Full-time role in a salon</w:t>
      </w:r>
    </w:p>
    <w:p w14:paraId="769B4C3C" w14:textId="77777777" w:rsidR="00FA2C74" w:rsidRPr="00FA2C74" w:rsidRDefault="00FA2C74" w:rsidP="000009CA">
      <w:pPr>
        <w:numPr>
          <w:ilvl w:val="0"/>
          <w:numId w:val="217"/>
        </w:numPr>
        <w:spacing w:before="100" w:beforeAutospacing="1" w:after="100" w:afterAutospacing="1" w:line="300" w:lineRule="atLeast"/>
        <w:rPr>
          <w:rFonts w:ascii="Segoe UI" w:eastAsia="Times New Roman" w:hAnsi="Segoe UI" w:cs="Segoe UI"/>
          <w:sz w:val="21"/>
          <w:szCs w:val="21"/>
          <w:lang w:val="en-GB" w:eastAsia="en-GB"/>
        </w:rPr>
      </w:pPr>
      <w:r w:rsidRPr="00FA2C74">
        <w:rPr>
          <w:rFonts w:ascii="Segoe UI" w:eastAsia="Times New Roman" w:hAnsi="Segoe UI" w:cs="Segoe UI"/>
          <w:sz w:val="21"/>
          <w:szCs w:val="21"/>
          <w:lang w:val="en-GB" w:eastAsia="en-GB"/>
        </w:rPr>
        <w:t>Beauty Therapy Level 3</w:t>
      </w:r>
    </w:p>
    <w:p w14:paraId="0FD65B1D" w14:textId="10618FA1" w:rsidR="00FA2C74" w:rsidRDefault="00F07668" w:rsidP="00F07668">
      <w:pPr>
        <w:pStyle w:val="Heading2"/>
        <w:rPr>
          <w:lang w:val="en-GB"/>
        </w:rPr>
      </w:pPr>
      <w:r>
        <w:rPr>
          <w:lang w:val="en-GB"/>
        </w:rPr>
        <w:t>Hairdressing courses</w:t>
      </w:r>
    </w:p>
    <w:p w14:paraId="6C83EC9D" w14:textId="77777777" w:rsidR="00F07668" w:rsidRPr="00F07668" w:rsidRDefault="00F07668" w:rsidP="00F07668">
      <w:pPr>
        <w:pStyle w:val="Heading3"/>
        <w:rPr>
          <w:lang w:val="en-GB"/>
        </w:rPr>
      </w:pPr>
      <w:r w:rsidRPr="00F07668">
        <w:rPr>
          <w:lang w:val="en-GB"/>
        </w:rPr>
        <w:t>Hairdressing Level 1</w:t>
      </w:r>
    </w:p>
    <w:p w14:paraId="1C192E09" w14:textId="77777777" w:rsidR="00F07668" w:rsidRPr="00F07668" w:rsidRDefault="00F07668" w:rsidP="00F07668">
      <w:pPr>
        <w:pStyle w:val="Heading4"/>
        <w:rPr>
          <w:i w:val="0"/>
          <w:iCs w:val="0"/>
          <w:lang w:val="en-GB"/>
        </w:rPr>
      </w:pPr>
      <w:r w:rsidRPr="00F07668">
        <w:rPr>
          <w:i w:val="0"/>
          <w:iCs w:val="0"/>
          <w:lang w:val="en-GB"/>
        </w:rPr>
        <w:t>Entry Requirements</w:t>
      </w:r>
    </w:p>
    <w:p w14:paraId="0D07D16F" w14:textId="77777777" w:rsidR="00F07668" w:rsidRPr="00F07668" w:rsidRDefault="00F07668" w:rsidP="000009CA">
      <w:pPr>
        <w:pStyle w:val="ListParagraph"/>
        <w:numPr>
          <w:ilvl w:val="0"/>
          <w:numId w:val="219"/>
        </w:numPr>
        <w:rPr>
          <w:lang w:val="en-GB"/>
        </w:rPr>
      </w:pPr>
      <w:r w:rsidRPr="00F07668">
        <w:rPr>
          <w:lang w:val="en-GB"/>
        </w:rPr>
        <w:t>A minimum of GCSE English and Maths grade 1 or above.</w:t>
      </w:r>
    </w:p>
    <w:p w14:paraId="7FFA51B5" w14:textId="15651EFF" w:rsidR="00F07668" w:rsidRPr="00F07668" w:rsidRDefault="00F07668" w:rsidP="000009CA">
      <w:pPr>
        <w:pStyle w:val="ListParagraph"/>
        <w:numPr>
          <w:ilvl w:val="0"/>
          <w:numId w:val="219"/>
        </w:numPr>
        <w:rPr>
          <w:lang w:val="en-GB"/>
        </w:rPr>
      </w:pPr>
      <w:r w:rsidRPr="00F07668">
        <w:rPr>
          <w:lang w:val="en-GB"/>
        </w:rPr>
        <w:t>It is also expected that students complete their current course of study to the best of their ability and maintain a positive approach to continuing their studies</w:t>
      </w:r>
      <w:r w:rsidRPr="00F07668">
        <w:rPr>
          <w:lang w:val="en-GB"/>
        </w:rPr>
        <w:t>.</w:t>
      </w:r>
    </w:p>
    <w:p w14:paraId="411D8A69" w14:textId="77777777" w:rsidR="00F07668" w:rsidRPr="00F07668" w:rsidRDefault="00F07668" w:rsidP="00F07668">
      <w:pPr>
        <w:pStyle w:val="Heading4"/>
        <w:rPr>
          <w:lang w:val="en-GB"/>
        </w:rPr>
      </w:pPr>
      <w:r w:rsidRPr="00F07668">
        <w:rPr>
          <w:lang w:val="en-GB"/>
        </w:rPr>
        <w:t>Progression</w:t>
      </w:r>
    </w:p>
    <w:p w14:paraId="2553A926" w14:textId="77777777" w:rsidR="00F07668" w:rsidRPr="00F07668" w:rsidRDefault="00F07668" w:rsidP="000009CA">
      <w:pPr>
        <w:pStyle w:val="ListParagraph"/>
        <w:numPr>
          <w:ilvl w:val="0"/>
          <w:numId w:val="220"/>
        </w:numPr>
        <w:rPr>
          <w:lang w:val="en-GB"/>
        </w:rPr>
      </w:pPr>
      <w:r w:rsidRPr="00F07668">
        <w:rPr>
          <w:lang w:val="en-GB"/>
        </w:rPr>
        <w:t>Level 2 Hairdressing</w:t>
      </w:r>
    </w:p>
    <w:p w14:paraId="158CE9D4" w14:textId="77777777" w:rsidR="00F07668" w:rsidRPr="00F07668" w:rsidRDefault="00F07668" w:rsidP="000009CA">
      <w:pPr>
        <w:pStyle w:val="ListParagraph"/>
        <w:numPr>
          <w:ilvl w:val="0"/>
          <w:numId w:val="220"/>
        </w:numPr>
        <w:rPr>
          <w:lang w:val="en-GB"/>
        </w:rPr>
      </w:pPr>
      <w:r w:rsidRPr="00F07668">
        <w:rPr>
          <w:lang w:val="en-GB"/>
        </w:rPr>
        <w:t>Level 2 Barbering</w:t>
      </w:r>
    </w:p>
    <w:p w14:paraId="59F32761" w14:textId="77777777" w:rsidR="00F07668" w:rsidRPr="00F07668" w:rsidRDefault="00F07668" w:rsidP="000009CA">
      <w:pPr>
        <w:pStyle w:val="ListParagraph"/>
        <w:numPr>
          <w:ilvl w:val="0"/>
          <w:numId w:val="220"/>
        </w:numPr>
        <w:rPr>
          <w:lang w:val="en-GB"/>
        </w:rPr>
      </w:pPr>
      <w:r w:rsidRPr="00F07668">
        <w:rPr>
          <w:lang w:val="en-GB"/>
        </w:rPr>
        <w:t>Apprenticeship</w:t>
      </w:r>
    </w:p>
    <w:p w14:paraId="603AAB5F" w14:textId="26A1F32A" w:rsidR="00F07668" w:rsidRPr="00F07668" w:rsidRDefault="00F07668" w:rsidP="00F07668">
      <w:pPr>
        <w:rPr>
          <w:lang w:val="en-GB"/>
        </w:rPr>
      </w:pPr>
    </w:p>
    <w:p w14:paraId="45CD545F" w14:textId="77777777" w:rsidR="00F07668" w:rsidRPr="00F07668" w:rsidRDefault="00F07668" w:rsidP="00F07668">
      <w:pPr>
        <w:pStyle w:val="Heading3"/>
        <w:rPr>
          <w:lang w:val="en-GB"/>
        </w:rPr>
      </w:pPr>
      <w:r w:rsidRPr="00F07668">
        <w:rPr>
          <w:lang w:val="en-GB"/>
        </w:rPr>
        <w:lastRenderedPageBreak/>
        <w:t>Hairdressing Level 2</w:t>
      </w:r>
    </w:p>
    <w:p w14:paraId="712A99D3" w14:textId="77777777" w:rsidR="00F07668" w:rsidRPr="00F07668" w:rsidRDefault="00F07668" w:rsidP="00F07668">
      <w:pPr>
        <w:pStyle w:val="Heading4"/>
        <w:rPr>
          <w:i w:val="0"/>
          <w:iCs w:val="0"/>
          <w:lang w:val="en-GB"/>
        </w:rPr>
      </w:pPr>
      <w:r w:rsidRPr="00F07668">
        <w:rPr>
          <w:i w:val="0"/>
          <w:iCs w:val="0"/>
          <w:lang w:val="en-GB"/>
        </w:rPr>
        <w:t>Entry Requirements</w:t>
      </w:r>
    </w:p>
    <w:p w14:paraId="0A5C2147" w14:textId="77777777" w:rsidR="00F07668" w:rsidRPr="00F07668" w:rsidRDefault="00F07668" w:rsidP="000009CA">
      <w:pPr>
        <w:pStyle w:val="ListParagraph"/>
        <w:numPr>
          <w:ilvl w:val="0"/>
          <w:numId w:val="221"/>
        </w:numPr>
        <w:rPr>
          <w:lang w:val="en-GB"/>
        </w:rPr>
      </w:pPr>
      <w:r w:rsidRPr="00F07668">
        <w:rPr>
          <w:lang w:val="en-GB"/>
        </w:rPr>
        <w:t>A minimum of GCSE Maths and/or English at grade 2 and above.</w:t>
      </w:r>
    </w:p>
    <w:p w14:paraId="0B754A62" w14:textId="77777777" w:rsidR="00F07668" w:rsidRPr="00F07668" w:rsidRDefault="00F07668" w:rsidP="00F07668">
      <w:pPr>
        <w:pStyle w:val="Heading4"/>
        <w:rPr>
          <w:i w:val="0"/>
          <w:iCs w:val="0"/>
          <w:lang w:val="en-GB"/>
        </w:rPr>
      </w:pPr>
      <w:r w:rsidRPr="00F07668">
        <w:rPr>
          <w:i w:val="0"/>
          <w:iCs w:val="0"/>
          <w:lang w:val="en-GB"/>
        </w:rPr>
        <w:t>Progression</w:t>
      </w:r>
    </w:p>
    <w:p w14:paraId="2DB33DD0" w14:textId="77777777" w:rsidR="00F07668" w:rsidRPr="00F07668" w:rsidRDefault="00F07668" w:rsidP="000009CA">
      <w:pPr>
        <w:pStyle w:val="ListParagraph"/>
        <w:numPr>
          <w:ilvl w:val="0"/>
          <w:numId w:val="221"/>
        </w:numPr>
        <w:rPr>
          <w:lang w:val="en-GB"/>
        </w:rPr>
      </w:pPr>
      <w:r w:rsidRPr="00F07668">
        <w:rPr>
          <w:lang w:val="en-GB"/>
        </w:rPr>
        <w:t>Hairdressing Level 3</w:t>
      </w:r>
    </w:p>
    <w:p w14:paraId="50570E7B" w14:textId="77777777" w:rsidR="00F07668" w:rsidRPr="00F07668" w:rsidRDefault="00F07668" w:rsidP="000009CA">
      <w:pPr>
        <w:pStyle w:val="ListParagraph"/>
        <w:numPr>
          <w:ilvl w:val="0"/>
          <w:numId w:val="221"/>
        </w:numPr>
        <w:rPr>
          <w:lang w:val="en-GB"/>
        </w:rPr>
      </w:pPr>
      <w:r w:rsidRPr="00F07668">
        <w:rPr>
          <w:lang w:val="en-GB"/>
        </w:rPr>
        <w:t>Employment or self-employment</w:t>
      </w:r>
    </w:p>
    <w:p w14:paraId="6836D152" w14:textId="13B588E0" w:rsidR="00F07668" w:rsidRPr="00F07668" w:rsidRDefault="00F07668" w:rsidP="000009CA">
      <w:pPr>
        <w:pStyle w:val="ListParagraph"/>
        <w:numPr>
          <w:ilvl w:val="0"/>
          <w:numId w:val="221"/>
        </w:numPr>
        <w:rPr>
          <w:lang w:val="en-GB"/>
        </w:rPr>
      </w:pPr>
      <w:r w:rsidRPr="00F07668">
        <w:rPr>
          <w:lang w:val="en-GB"/>
        </w:rPr>
        <w:t>Apprenticeship</w:t>
      </w:r>
    </w:p>
    <w:p w14:paraId="1A09253C" w14:textId="77777777" w:rsidR="00F07668" w:rsidRPr="00F07668" w:rsidRDefault="00F07668" w:rsidP="00F07668">
      <w:pPr>
        <w:pStyle w:val="Heading3"/>
        <w:rPr>
          <w:lang w:val="en-GB"/>
        </w:rPr>
      </w:pPr>
      <w:r w:rsidRPr="00F07668">
        <w:rPr>
          <w:lang w:val="en-GB"/>
        </w:rPr>
        <w:t>Women's Hairdressing Level 3</w:t>
      </w:r>
    </w:p>
    <w:p w14:paraId="6BE63E98" w14:textId="77777777" w:rsidR="00F07668" w:rsidRPr="00F07668" w:rsidRDefault="00F07668" w:rsidP="00F07668">
      <w:pPr>
        <w:pStyle w:val="Heading4"/>
        <w:rPr>
          <w:i w:val="0"/>
          <w:iCs w:val="0"/>
          <w:lang w:val="en-GB"/>
        </w:rPr>
      </w:pPr>
      <w:r w:rsidRPr="00F07668">
        <w:rPr>
          <w:i w:val="0"/>
          <w:iCs w:val="0"/>
          <w:lang w:val="en-GB"/>
        </w:rPr>
        <w:t>Entry Requirements</w:t>
      </w:r>
    </w:p>
    <w:p w14:paraId="7AFC3837" w14:textId="77777777" w:rsidR="00F07668" w:rsidRPr="00F07668" w:rsidRDefault="00F07668" w:rsidP="000009CA">
      <w:pPr>
        <w:pStyle w:val="ListParagraph"/>
        <w:numPr>
          <w:ilvl w:val="0"/>
          <w:numId w:val="222"/>
        </w:numPr>
        <w:rPr>
          <w:lang w:val="en-GB"/>
        </w:rPr>
      </w:pPr>
      <w:r w:rsidRPr="00F07668">
        <w:rPr>
          <w:lang w:val="en-GB"/>
        </w:rPr>
        <w:t>A minimum of GCSE English and Maths at grade 3 or above in either and a Level 2 relevant qualification.</w:t>
      </w:r>
    </w:p>
    <w:p w14:paraId="39057E82" w14:textId="77777777" w:rsidR="00F07668" w:rsidRPr="00F07668" w:rsidRDefault="00F07668" w:rsidP="00F07668">
      <w:pPr>
        <w:pStyle w:val="Heading4"/>
        <w:rPr>
          <w:i w:val="0"/>
          <w:iCs w:val="0"/>
          <w:lang w:val="en-GB"/>
        </w:rPr>
      </w:pPr>
      <w:r w:rsidRPr="00F07668">
        <w:rPr>
          <w:i w:val="0"/>
          <w:iCs w:val="0"/>
          <w:lang w:val="en-GB"/>
        </w:rPr>
        <w:t>Progression</w:t>
      </w:r>
    </w:p>
    <w:p w14:paraId="22D303B1" w14:textId="77777777" w:rsidR="00F07668" w:rsidRPr="00F07668" w:rsidRDefault="00F07668" w:rsidP="000009CA">
      <w:pPr>
        <w:pStyle w:val="ListParagraph"/>
        <w:numPr>
          <w:ilvl w:val="0"/>
          <w:numId w:val="222"/>
        </w:numPr>
        <w:rPr>
          <w:lang w:val="en-GB"/>
        </w:rPr>
      </w:pPr>
      <w:r w:rsidRPr="00F07668">
        <w:rPr>
          <w:lang w:val="en-GB"/>
        </w:rPr>
        <w:t>Level 4 qualifications including Level 4 Advanced Beauty Therapy at Kirklees College</w:t>
      </w:r>
    </w:p>
    <w:p w14:paraId="14415533" w14:textId="77777777" w:rsidR="00F07668" w:rsidRPr="00F07668" w:rsidRDefault="00F07668" w:rsidP="000009CA">
      <w:pPr>
        <w:pStyle w:val="ListParagraph"/>
        <w:numPr>
          <w:ilvl w:val="0"/>
          <w:numId w:val="222"/>
        </w:numPr>
        <w:rPr>
          <w:lang w:val="en-GB"/>
        </w:rPr>
      </w:pPr>
      <w:r w:rsidRPr="00F07668">
        <w:rPr>
          <w:lang w:val="en-GB"/>
        </w:rPr>
        <w:t>Specialist industry training</w:t>
      </w:r>
    </w:p>
    <w:p w14:paraId="07734BAC" w14:textId="0F8693C2" w:rsidR="00F07668" w:rsidRPr="00F07668" w:rsidRDefault="00F07668" w:rsidP="000009CA">
      <w:pPr>
        <w:pStyle w:val="ListParagraph"/>
        <w:numPr>
          <w:ilvl w:val="0"/>
          <w:numId w:val="222"/>
        </w:numPr>
        <w:rPr>
          <w:lang w:val="en-GB"/>
        </w:rPr>
      </w:pPr>
      <w:r w:rsidRPr="00F07668">
        <w:rPr>
          <w:lang w:val="en-GB"/>
        </w:rPr>
        <w:t>Employment in salons, including managerial roles</w:t>
      </w:r>
    </w:p>
    <w:p w14:paraId="6D2AC373" w14:textId="77777777" w:rsidR="00F07668" w:rsidRPr="00F07668" w:rsidRDefault="00F07668" w:rsidP="00F07668">
      <w:pPr>
        <w:pStyle w:val="Heading3"/>
        <w:rPr>
          <w:lang w:val="en-GB"/>
        </w:rPr>
      </w:pPr>
      <w:r w:rsidRPr="00F07668">
        <w:rPr>
          <w:lang w:val="en-GB"/>
        </w:rPr>
        <w:t>Hair Professionals (Hairdressing) Apprenticeship Level 2</w:t>
      </w:r>
    </w:p>
    <w:p w14:paraId="1C98F4F0" w14:textId="77777777" w:rsidR="00F07668" w:rsidRPr="00F07668" w:rsidRDefault="00F07668" w:rsidP="00F07668">
      <w:pPr>
        <w:pStyle w:val="Heading4"/>
        <w:rPr>
          <w:i w:val="0"/>
          <w:iCs w:val="0"/>
          <w:lang w:val="en-GB"/>
        </w:rPr>
      </w:pPr>
      <w:r w:rsidRPr="00F07668">
        <w:rPr>
          <w:i w:val="0"/>
          <w:iCs w:val="0"/>
          <w:lang w:val="en-GB"/>
        </w:rPr>
        <w:t>Entry Requirements</w:t>
      </w:r>
    </w:p>
    <w:p w14:paraId="32F94CDE" w14:textId="77777777" w:rsidR="00F07668" w:rsidRPr="00F07668" w:rsidRDefault="00F07668" w:rsidP="000009CA">
      <w:pPr>
        <w:pStyle w:val="ListParagraph"/>
        <w:numPr>
          <w:ilvl w:val="0"/>
          <w:numId w:val="223"/>
        </w:numPr>
        <w:rPr>
          <w:lang w:val="en-GB"/>
        </w:rPr>
      </w:pPr>
      <w:r w:rsidRPr="00F07668">
        <w:rPr>
          <w:lang w:val="en-GB"/>
        </w:rPr>
        <w:t>GCSE English and Maths at grade 2 or above.</w:t>
      </w:r>
    </w:p>
    <w:p w14:paraId="2106A489" w14:textId="3E11EC1F" w:rsidR="00F07668" w:rsidRPr="00F07668" w:rsidRDefault="00F07668" w:rsidP="000009CA">
      <w:pPr>
        <w:pStyle w:val="ListParagraph"/>
        <w:numPr>
          <w:ilvl w:val="0"/>
          <w:numId w:val="223"/>
        </w:numPr>
        <w:rPr>
          <w:lang w:val="en-GB"/>
        </w:rPr>
      </w:pPr>
      <w:r w:rsidRPr="00F07668">
        <w:rPr>
          <w:lang w:val="en-GB"/>
        </w:rPr>
        <w:t>To start your apprenticeship</w:t>
      </w:r>
      <w:r w:rsidRPr="00F07668">
        <w:rPr>
          <w:lang w:val="en-GB"/>
        </w:rPr>
        <w:t xml:space="preserve">, </w:t>
      </w:r>
      <w:r w:rsidRPr="00F07668">
        <w:rPr>
          <w:lang w:val="en-GB"/>
        </w:rPr>
        <w:t>you must have secured employment that the college has agreed is suitable.</w:t>
      </w:r>
    </w:p>
    <w:p w14:paraId="16E2E4FA" w14:textId="77777777" w:rsidR="00F07668" w:rsidRPr="00F07668" w:rsidRDefault="00F07668" w:rsidP="00F07668">
      <w:pPr>
        <w:pStyle w:val="Heading3"/>
        <w:rPr>
          <w:lang w:val="en-GB"/>
        </w:rPr>
      </w:pPr>
      <w:r w:rsidRPr="00F07668">
        <w:rPr>
          <w:lang w:val="en-GB"/>
        </w:rPr>
        <w:t>Progression</w:t>
      </w:r>
    </w:p>
    <w:p w14:paraId="1977100F" w14:textId="77777777" w:rsidR="00F07668" w:rsidRPr="00F07668" w:rsidRDefault="00F07668" w:rsidP="000009CA">
      <w:pPr>
        <w:pStyle w:val="ListParagraph"/>
        <w:numPr>
          <w:ilvl w:val="0"/>
          <w:numId w:val="224"/>
        </w:numPr>
        <w:rPr>
          <w:lang w:val="en-GB"/>
        </w:rPr>
      </w:pPr>
      <w:r w:rsidRPr="00F07668">
        <w:rPr>
          <w:lang w:val="en-GB"/>
        </w:rPr>
        <w:t>Level 3 Hair Professionals Diploma (Hairdressing) apprenticeship</w:t>
      </w:r>
    </w:p>
    <w:p w14:paraId="07AFBCA2" w14:textId="77777777" w:rsidR="00F07668" w:rsidRPr="00F07668" w:rsidRDefault="00F07668" w:rsidP="000009CA">
      <w:pPr>
        <w:pStyle w:val="ListParagraph"/>
        <w:numPr>
          <w:ilvl w:val="0"/>
          <w:numId w:val="224"/>
        </w:numPr>
        <w:rPr>
          <w:lang w:val="en-GB"/>
        </w:rPr>
      </w:pPr>
      <w:r w:rsidRPr="00F07668">
        <w:rPr>
          <w:lang w:val="en-GB"/>
        </w:rPr>
        <w:t>Level 3 Hairdressing (full-time or part-time)</w:t>
      </w:r>
    </w:p>
    <w:p w14:paraId="7BE45AA1" w14:textId="77777777" w:rsidR="00F07668" w:rsidRPr="00F07668" w:rsidRDefault="00F07668" w:rsidP="000009CA">
      <w:pPr>
        <w:pStyle w:val="ListParagraph"/>
        <w:numPr>
          <w:ilvl w:val="0"/>
          <w:numId w:val="224"/>
        </w:numPr>
        <w:rPr>
          <w:lang w:val="en-GB"/>
        </w:rPr>
      </w:pPr>
      <w:r w:rsidRPr="00F07668">
        <w:rPr>
          <w:lang w:val="en-GB"/>
        </w:rPr>
        <w:t>Employment</w:t>
      </w:r>
    </w:p>
    <w:p w14:paraId="063E3ECF" w14:textId="0FFD71B4" w:rsidR="00F07668" w:rsidRDefault="00F07668" w:rsidP="00F07668">
      <w:pPr>
        <w:pStyle w:val="Heading3"/>
        <w:rPr>
          <w:lang w:val="en-GB"/>
        </w:rPr>
      </w:pPr>
      <w:r>
        <w:rPr>
          <w:lang w:val="en-GB"/>
        </w:rPr>
        <w:br/>
        <w:t>Barbering courses</w:t>
      </w:r>
    </w:p>
    <w:p w14:paraId="36A538AD" w14:textId="77777777" w:rsidR="00F07668" w:rsidRPr="00F07668" w:rsidRDefault="00F07668" w:rsidP="00F07668">
      <w:pPr>
        <w:pStyle w:val="Heading3"/>
        <w:rPr>
          <w:lang w:val="en-GB"/>
        </w:rPr>
      </w:pPr>
      <w:r w:rsidRPr="00F07668">
        <w:rPr>
          <w:lang w:val="en-GB"/>
        </w:rPr>
        <w:t>Certificate in Barbering Level 2</w:t>
      </w:r>
    </w:p>
    <w:p w14:paraId="7B7C1FE2" w14:textId="77777777" w:rsidR="00F07668" w:rsidRPr="00F07668" w:rsidRDefault="00F07668" w:rsidP="00F07668">
      <w:pPr>
        <w:pStyle w:val="Heading4"/>
        <w:rPr>
          <w:i w:val="0"/>
          <w:iCs w:val="0"/>
          <w:lang w:val="en-GB"/>
        </w:rPr>
      </w:pPr>
      <w:r w:rsidRPr="00F07668">
        <w:rPr>
          <w:i w:val="0"/>
          <w:iCs w:val="0"/>
          <w:lang w:val="en-GB"/>
        </w:rPr>
        <w:t>Entry Requirements</w:t>
      </w:r>
    </w:p>
    <w:p w14:paraId="63E0158A" w14:textId="77777777" w:rsidR="00F07668" w:rsidRPr="00F07668" w:rsidRDefault="00F07668" w:rsidP="000009CA">
      <w:pPr>
        <w:pStyle w:val="ListParagraph"/>
        <w:numPr>
          <w:ilvl w:val="0"/>
          <w:numId w:val="225"/>
        </w:numPr>
        <w:rPr>
          <w:lang w:val="en-GB"/>
        </w:rPr>
      </w:pPr>
      <w:r w:rsidRPr="00F07668">
        <w:rPr>
          <w:lang w:val="en-GB"/>
        </w:rPr>
        <w:t>GCSE maths and English at grade 2.</w:t>
      </w:r>
    </w:p>
    <w:p w14:paraId="26A73377" w14:textId="77777777" w:rsidR="00F07668" w:rsidRPr="00F07668" w:rsidRDefault="00F07668" w:rsidP="00F07668">
      <w:pPr>
        <w:pStyle w:val="Heading4"/>
        <w:rPr>
          <w:lang w:val="en-GB"/>
        </w:rPr>
      </w:pPr>
      <w:r w:rsidRPr="00F07668">
        <w:rPr>
          <w:lang w:val="en-GB"/>
        </w:rPr>
        <w:t>Progression</w:t>
      </w:r>
    </w:p>
    <w:p w14:paraId="776E1805" w14:textId="77777777" w:rsidR="00F07668" w:rsidRPr="00F07668" w:rsidRDefault="00F07668" w:rsidP="000009CA">
      <w:pPr>
        <w:pStyle w:val="ListParagraph"/>
        <w:numPr>
          <w:ilvl w:val="0"/>
          <w:numId w:val="225"/>
        </w:numPr>
        <w:rPr>
          <w:lang w:val="en-GB"/>
        </w:rPr>
      </w:pPr>
      <w:r w:rsidRPr="00F07668">
        <w:rPr>
          <w:lang w:val="en-GB"/>
        </w:rPr>
        <w:t>Level 3 Barbering</w:t>
      </w:r>
    </w:p>
    <w:p w14:paraId="6E6A6CEC" w14:textId="1419CC6B" w:rsidR="00F07668" w:rsidRPr="00F07668" w:rsidRDefault="00F07668" w:rsidP="000009CA">
      <w:pPr>
        <w:pStyle w:val="ListParagraph"/>
        <w:numPr>
          <w:ilvl w:val="0"/>
          <w:numId w:val="225"/>
        </w:numPr>
        <w:rPr>
          <w:lang w:val="en-GB"/>
        </w:rPr>
      </w:pPr>
      <w:r w:rsidRPr="00F07668">
        <w:rPr>
          <w:lang w:val="en-GB"/>
        </w:rPr>
        <w:t>Apprenticeship</w:t>
      </w:r>
    </w:p>
    <w:p w14:paraId="4312C031" w14:textId="77777777" w:rsidR="00F07668" w:rsidRDefault="00F07668" w:rsidP="00F07668">
      <w:pPr>
        <w:rPr>
          <w:b/>
          <w:bCs/>
          <w:lang w:val="en-GB"/>
        </w:rPr>
      </w:pPr>
    </w:p>
    <w:p w14:paraId="03E19884" w14:textId="3CC3EAC8" w:rsidR="00F07668" w:rsidRPr="00F07668" w:rsidRDefault="00F07668" w:rsidP="00F07668">
      <w:pPr>
        <w:pStyle w:val="Heading3"/>
        <w:rPr>
          <w:lang w:val="en-GB"/>
        </w:rPr>
      </w:pPr>
      <w:r w:rsidRPr="00F07668">
        <w:rPr>
          <w:lang w:val="en-GB"/>
        </w:rPr>
        <w:lastRenderedPageBreak/>
        <w:t>Barbering Level 2</w:t>
      </w:r>
    </w:p>
    <w:p w14:paraId="00A4C052" w14:textId="77777777" w:rsidR="00F07668" w:rsidRPr="00F07668" w:rsidRDefault="00F07668" w:rsidP="00F07668">
      <w:pPr>
        <w:pStyle w:val="Heading4"/>
        <w:rPr>
          <w:i w:val="0"/>
          <w:iCs w:val="0"/>
          <w:lang w:val="en-GB"/>
        </w:rPr>
      </w:pPr>
      <w:r w:rsidRPr="00F07668">
        <w:rPr>
          <w:i w:val="0"/>
          <w:iCs w:val="0"/>
          <w:lang w:val="en-GB"/>
        </w:rPr>
        <w:t>Entry Requirements</w:t>
      </w:r>
    </w:p>
    <w:p w14:paraId="4B72BE63" w14:textId="77777777" w:rsidR="00F07668" w:rsidRPr="00F07668" w:rsidRDefault="00F07668" w:rsidP="00F07668">
      <w:pPr>
        <w:rPr>
          <w:lang w:val="en-GB"/>
        </w:rPr>
      </w:pPr>
      <w:r w:rsidRPr="00F07668">
        <w:rPr>
          <w:lang w:val="en-GB"/>
        </w:rPr>
        <w:t>A minimum of GCSE English and maths grade 2 or above.</w:t>
      </w:r>
    </w:p>
    <w:p w14:paraId="0BFEC971" w14:textId="77777777" w:rsidR="00F07668" w:rsidRPr="00F07668" w:rsidRDefault="00F07668" w:rsidP="00F07668">
      <w:pPr>
        <w:pStyle w:val="Heading4"/>
        <w:rPr>
          <w:i w:val="0"/>
          <w:iCs w:val="0"/>
          <w:lang w:val="en-GB"/>
        </w:rPr>
      </w:pPr>
      <w:r w:rsidRPr="00F07668">
        <w:rPr>
          <w:i w:val="0"/>
          <w:iCs w:val="0"/>
          <w:lang w:val="en-GB"/>
        </w:rPr>
        <w:t>Progression</w:t>
      </w:r>
    </w:p>
    <w:p w14:paraId="48829B17" w14:textId="77777777" w:rsidR="00F07668" w:rsidRPr="00F07668" w:rsidRDefault="00F07668" w:rsidP="000009CA">
      <w:pPr>
        <w:pStyle w:val="ListParagraph"/>
        <w:numPr>
          <w:ilvl w:val="0"/>
          <w:numId w:val="226"/>
        </w:numPr>
        <w:rPr>
          <w:lang w:val="en-GB"/>
        </w:rPr>
      </w:pPr>
      <w:r w:rsidRPr="00F07668">
        <w:rPr>
          <w:lang w:val="en-GB"/>
        </w:rPr>
        <w:t>Level 3 Barbering</w:t>
      </w:r>
    </w:p>
    <w:p w14:paraId="55848D2F" w14:textId="77777777" w:rsidR="00F07668" w:rsidRPr="00F07668" w:rsidRDefault="00F07668" w:rsidP="000009CA">
      <w:pPr>
        <w:pStyle w:val="ListParagraph"/>
        <w:numPr>
          <w:ilvl w:val="0"/>
          <w:numId w:val="226"/>
        </w:numPr>
        <w:rPr>
          <w:lang w:val="en-GB"/>
        </w:rPr>
      </w:pPr>
      <w:r w:rsidRPr="00F07668">
        <w:rPr>
          <w:lang w:val="en-GB"/>
        </w:rPr>
        <w:t>Apprenticeship</w:t>
      </w:r>
    </w:p>
    <w:p w14:paraId="1864F795" w14:textId="54D299AC" w:rsidR="00F07668" w:rsidRPr="00F07668" w:rsidRDefault="00F07668" w:rsidP="000009CA">
      <w:pPr>
        <w:pStyle w:val="ListParagraph"/>
        <w:numPr>
          <w:ilvl w:val="0"/>
          <w:numId w:val="226"/>
        </w:numPr>
        <w:rPr>
          <w:lang w:val="en-GB"/>
        </w:rPr>
      </w:pPr>
      <w:r w:rsidRPr="00F07668">
        <w:rPr>
          <w:lang w:val="en-GB"/>
        </w:rPr>
        <w:t>Employment/self-employment</w:t>
      </w:r>
    </w:p>
    <w:p w14:paraId="747ABDA8" w14:textId="77777777" w:rsidR="00F07668" w:rsidRPr="00F07668" w:rsidRDefault="00F07668" w:rsidP="00F07668">
      <w:pPr>
        <w:pStyle w:val="Heading3"/>
        <w:rPr>
          <w:lang w:val="en-GB"/>
        </w:rPr>
      </w:pPr>
      <w:r w:rsidRPr="00F07668">
        <w:rPr>
          <w:lang w:val="en-GB"/>
        </w:rPr>
        <w:t>Barbering Level 3</w:t>
      </w:r>
    </w:p>
    <w:p w14:paraId="23CACE85" w14:textId="77777777" w:rsidR="00F07668" w:rsidRPr="00F07668" w:rsidRDefault="00F07668" w:rsidP="00F07668">
      <w:pPr>
        <w:pStyle w:val="Heading4"/>
        <w:rPr>
          <w:i w:val="0"/>
          <w:iCs w:val="0"/>
          <w:lang w:val="en-GB"/>
        </w:rPr>
      </w:pPr>
      <w:r w:rsidRPr="00F07668">
        <w:rPr>
          <w:i w:val="0"/>
          <w:iCs w:val="0"/>
          <w:lang w:val="en-GB"/>
        </w:rPr>
        <w:t>Entry Requirements</w:t>
      </w:r>
    </w:p>
    <w:p w14:paraId="36617ACA" w14:textId="77777777" w:rsidR="00F07668" w:rsidRPr="00F07668" w:rsidRDefault="00F07668" w:rsidP="00F07668">
      <w:pPr>
        <w:rPr>
          <w:lang w:val="en-GB"/>
        </w:rPr>
      </w:pPr>
      <w:r w:rsidRPr="00F07668">
        <w:rPr>
          <w:lang w:val="en-GB"/>
        </w:rPr>
        <w:t>A minimum of GCSE English and maths grade 3 or above in either and a level 2 relevant vocational qualification.</w:t>
      </w:r>
    </w:p>
    <w:p w14:paraId="54B0733E" w14:textId="77777777" w:rsidR="00F07668" w:rsidRPr="00F07668" w:rsidRDefault="00F07668" w:rsidP="00F07668">
      <w:pPr>
        <w:pStyle w:val="Heading4"/>
        <w:rPr>
          <w:lang w:val="en-GB"/>
        </w:rPr>
      </w:pPr>
      <w:r w:rsidRPr="00F07668">
        <w:rPr>
          <w:lang w:val="en-GB"/>
        </w:rPr>
        <w:t>Progression</w:t>
      </w:r>
    </w:p>
    <w:p w14:paraId="4FE8B2AD" w14:textId="340493B4" w:rsidR="00F07668" w:rsidRPr="00F07668" w:rsidRDefault="00F07668" w:rsidP="000009CA">
      <w:pPr>
        <w:pStyle w:val="ListParagraph"/>
        <w:numPr>
          <w:ilvl w:val="0"/>
          <w:numId w:val="227"/>
        </w:numPr>
        <w:rPr>
          <w:lang w:val="en-GB"/>
        </w:rPr>
      </w:pPr>
      <w:r w:rsidRPr="00F07668">
        <w:rPr>
          <w:lang w:val="en-GB"/>
        </w:rPr>
        <w:t>Employment/self-employment</w:t>
      </w:r>
    </w:p>
    <w:p w14:paraId="2D1B6F31" w14:textId="77777777" w:rsidR="00F07668" w:rsidRPr="00F07668" w:rsidRDefault="00F07668" w:rsidP="00F07668">
      <w:pPr>
        <w:pStyle w:val="Heading3"/>
        <w:rPr>
          <w:lang w:val="en-GB"/>
        </w:rPr>
      </w:pPr>
      <w:r w:rsidRPr="00F07668">
        <w:rPr>
          <w:lang w:val="en-GB"/>
        </w:rPr>
        <w:t>Hair Professionals (Barbering) Apprenticeship Level 2</w:t>
      </w:r>
    </w:p>
    <w:p w14:paraId="10856433" w14:textId="77777777" w:rsidR="00F07668" w:rsidRPr="00F07668" w:rsidRDefault="00F07668" w:rsidP="00F07668">
      <w:pPr>
        <w:pStyle w:val="Heading4"/>
        <w:rPr>
          <w:i w:val="0"/>
          <w:iCs w:val="0"/>
          <w:lang w:val="en-GB"/>
        </w:rPr>
      </w:pPr>
      <w:r w:rsidRPr="00F07668">
        <w:rPr>
          <w:i w:val="0"/>
          <w:iCs w:val="0"/>
          <w:lang w:val="en-GB"/>
        </w:rPr>
        <w:t>Entry Requirements</w:t>
      </w:r>
    </w:p>
    <w:p w14:paraId="6861B13F" w14:textId="77777777" w:rsidR="00F07668" w:rsidRPr="00F07668" w:rsidRDefault="00F07668" w:rsidP="000009CA">
      <w:pPr>
        <w:pStyle w:val="ListParagraph"/>
        <w:numPr>
          <w:ilvl w:val="0"/>
          <w:numId w:val="227"/>
        </w:numPr>
        <w:rPr>
          <w:lang w:val="en-GB"/>
        </w:rPr>
      </w:pPr>
      <w:r w:rsidRPr="00F07668">
        <w:rPr>
          <w:lang w:val="en-GB"/>
        </w:rPr>
        <w:t>GCSE English and maths grade 2 or above.</w:t>
      </w:r>
    </w:p>
    <w:p w14:paraId="06D9AAFC" w14:textId="3BA25B1A" w:rsidR="00F07668" w:rsidRPr="00F07668" w:rsidRDefault="00F07668" w:rsidP="000009CA">
      <w:pPr>
        <w:pStyle w:val="ListParagraph"/>
        <w:numPr>
          <w:ilvl w:val="0"/>
          <w:numId w:val="227"/>
        </w:numPr>
        <w:rPr>
          <w:lang w:val="en-GB"/>
        </w:rPr>
      </w:pPr>
      <w:r w:rsidRPr="00F07668">
        <w:rPr>
          <w:lang w:val="en-GB"/>
        </w:rPr>
        <w:t>To start your apprenticeship</w:t>
      </w:r>
      <w:r>
        <w:rPr>
          <w:lang w:val="en-GB"/>
        </w:rPr>
        <w:t xml:space="preserve">, </w:t>
      </w:r>
      <w:r w:rsidRPr="00F07668">
        <w:rPr>
          <w:lang w:val="en-GB"/>
        </w:rPr>
        <w:t>you must have secured employment that the college has agreed is suitable.</w:t>
      </w:r>
    </w:p>
    <w:p w14:paraId="67814B01" w14:textId="77777777" w:rsidR="00F07668" w:rsidRPr="00F07668" w:rsidRDefault="00F07668" w:rsidP="00F07668">
      <w:pPr>
        <w:pStyle w:val="Heading4"/>
        <w:rPr>
          <w:i w:val="0"/>
          <w:iCs w:val="0"/>
          <w:lang w:val="en-GB"/>
        </w:rPr>
      </w:pPr>
      <w:r w:rsidRPr="00F07668">
        <w:rPr>
          <w:i w:val="0"/>
          <w:iCs w:val="0"/>
          <w:lang w:val="en-GB"/>
        </w:rPr>
        <w:t>Progression</w:t>
      </w:r>
    </w:p>
    <w:p w14:paraId="66274DD0" w14:textId="77777777" w:rsidR="00F07668" w:rsidRPr="00F07668" w:rsidRDefault="00F07668" w:rsidP="000009CA">
      <w:pPr>
        <w:pStyle w:val="ListParagraph"/>
        <w:numPr>
          <w:ilvl w:val="0"/>
          <w:numId w:val="228"/>
        </w:numPr>
        <w:rPr>
          <w:lang w:val="en-GB"/>
        </w:rPr>
      </w:pPr>
      <w:r w:rsidRPr="00F07668">
        <w:rPr>
          <w:lang w:val="en-GB"/>
        </w:rPr>
        <w:t>Level 3 Barbering apprenticeship</w:t>
      </w:r>
    </w:p>
    <w:p w14:paraId="0CE10659" w14:textId="77777777" w:rsidR="00F07668" w:rsidRPr="00F07668" w:rsidRDefault="00F07668" w:rsidP="000009CA">
      <w:pPr>
        <w:pStyle w:val="ListParagraph"/>
        <w:numPr>
          <w:ilvl w:val="0"/>
          <w:numId w:val="228"/>
        </w:numPr>
        <w:rPr>
          <w:lang w:val="en-GB"/>
        </w:rPr>
      </w:pPr>
      <w:r w:rsidRPr="00F07668">
        <w:rPr>
          <w:lang w:val="en-GB"/>
        </w:rPr>
        <w:t>Level 3 Barbering full-time or part-time course</w:t>
      </w:r>
    </w:p>
    <w:p w14:paraId="0A6019B5" w14:textId="7347956E" w:rsidR="00F07668" w:rsidRDefault="00EC1D5C" w:rsidP="00EC1D5C">
      <w:pPr>
        <w:pStyle w:val="Heading1"/>
        <w:rPr>
          <w:lang w:val="en-GB"/>
        </w:rPr>
      </w:pPr>
      <w:r>
        <w:rPr>
          <w:lang w:val="en-GB"/>
        </w:rPr>
        <w:t>Health and Social Care</w:t>
      </w:r>
    </w:p>
    <w:p w14:paraId="2F873600" w14:textId="106D5705" w:rsidR="00EC1D5C" w:rsidRDefault="00EC1D5C" w:rsidP="00EC1D5C">
      <w:pPr>
        <w:rPr>
          <w:lang w:val="en-GB"/>
        </w:rPr>
      </w:pPr>
      <w:bookmarkStart w:id="0" w:name="_bookmark0"/>
      <w:bookmarkEnd w:id="0"/>
      <w:r w:rsidRPr="00EC1D5C">
        <w:rPr>
          <w:lang w:val="en-GB"/>
        </w:rPr>
        <w:t>The Health and Social Care</w:t>
      </w:r>
      <w:r w:rsidRPr="00EC1D5C">
        <w:rPr>
          <w:lang w:val="en-GB"/>
        </w:rPr>
        <w:t xml:space="preserve"> </w:t>
      </w:r>
      <w:r w:rsidRPr="00EC1D5C">
        <w:rPr>
          <w:lang w:val="en-GB"/>
        </w:rPr>
        <w:t xml:space="preserve">sector is one of the largest sectors in West Yorkshire, employing over 160,000 people in the region*. At Kirklees College, we offer two T Levels in Health and Social Care alongside courses at Entry Level </w:t>
      </w:r>
      <w:r w:rsidRPr="00EC1D5C">
        <w:rPr>
          <w:lang w:val="en-GB"/>
        </w:rPr>
        <w:t>–</w:t>
      </w:r>
      <w:r w:rsidRPr="00EC1D5C">
        <w:rPr>
          <w:lang w:val="en-GB"/>
        </w:rPr>
        <w:t xml:space="preserve"> Level</w:t>
      </w:r>
      <w:r w:rsidRPr="00EC1D5C">
        <w:rPr>
          <w:lang w:val="en-GB"/>
        </w:rPr>
        <w:t xml:space="preserve"> </w:t>
      </w:r>
      <w:r w:rsidRPr="00EC1D5C">
        <w:rPr>
          <w:lang w:val="en-GB"/>
        </w:rPr>
        <w:t>3. Whatever course you enrol on, you will be provided with hands-on work experience and a</w:t>
      </w:r>
      <w:r w:rsidRPr="00EC1D5C">
        <w:rPr>
          <w:lang w:val="en-GB"/>
        </w:rPr>
        <w:t xml:space="preserve"> </w:t>
      </w:r>
      <w:r w:rsidRPr="00EC1D5C">
        <w:rPr>
          <w:lang w:val="en-GB"/>
        </w:rPr>
        <w:t>blend of practical and theoretical learning to prepare you for a career in this essential industry.</w:t>
      </w:r>
    </w:p>
    <w:p w14:paraId="74D3B3EB" w14:textId="2C2F25A1" w:rsidR="00EC1D5C" w:rsidRPr="00EC1D5C" w:rsidRDefault="00EC1D5C" w:rsidP="00EC1D5C">
      <w:pPr>
        <w:rPr>
          <w:lang w:val="en-GB"/>
        </w:rPr>
      </w:pPr>
      <w:r w:rsidRPr="00EC1D5C">
        <w:rPr>
          <w:lang w:val="en-GB"/>
        </w:rPr>
        <w:t>Our specialist facilities include our mock</w:t>
      </w:r>
      <w:r>
        <w:rPr>
          <w:lang w:val="en-GB"/>
        </w:rPr>
        <w:t xml:space="preserve"> </w:t>
      </w:r>
      <w:r w:rsidRPr="00EC1D5C">
        <w:rPr>
          <w:lang w:val="en-GB"/>
        </w:rPr>
        <w:t>hospital ward at our Huddersfield Centre,</w:t>
      </w:r>
      <w:r>
        <w:rPr>
          <w:lang w:val="en-GB"/>
        </w:rPr>
        <w:t xml:space="preserve"> </w:t>
      </w:r>
      <w:r w:rsidRPr="00EC1D5C">
        <w:rPr>
          <w:lang w:val="en-GB"/>
        </w:rPr>
        <w:t>which has state-of-the-art hospital beds,</w:t>
      </w:r>
      <w:r>
        <w:rPr>
          <w:lang w:val="en-GB"/>
        </w:rPr>
        <w:t xml:space="preserve"> </w:t>
      </w:r>
      <w:r w:rsidRPr="00EC1D5C">
        <w:rPr>
          <w:lang w:val="en-GB"/>
        </w:rPr>
        <w:t>training manikins which mimic the real</w:t>
      </w:r>
      <w:r>
        <w:rPr>
          <w:lang w:val="en-GB"/>
        </w:rPr>
        <w:t xml:space="preserve"> </w:t>
      </w:r>
      <w:r w:rsidRPr="00EC1D5C">
        <w:rPr>
          <w:lang w:val="en-GB"/>
        </w:rPr>
        <w:t>symptoms of a human patient, and a range</w:t>
      </w:r>
      <w:r>
        <w:rPr>
          <w:lang w:val="en-GB"/>
        </w:rPr>
        <w:t xml:space="preserve"> </w:t>
      </w:r>
      <w:r w:rsidRPr="00EC1D5C">
        <w:rPr>
          <w:lang w:val="en-GB"/>
        </w:rPr>
        <w:t>of real healthcare tools to practice nursing</w:t>
      </w:r>
      <w:r>
        <w:rPr>
          <w:lang w:val="en-GB"/>
        </w:rPr>
        <w:t xml:space="preserve"> </w:t>
      </w:r>
      <w:r w:rsidRPr="00EC1D5C">
        <w:rPr>
          <w:lang w:val="en-GB"/>
        </w:rPr>
        <w:t>duties with.</w:t>
      </w:r>
    </w:p>
    <w:p w14:paraId="5CBF4212" w14:textId="4F58B523" w:rsidR="00EC1D5C" w:rsidRDefault="00EC1D5C" w:rsidP="00EC1D5C">
      <w:pPr>
        <w:pStyle w:val="Heading2"/>
        <w:rPr>
          <w:lang w:val="en-GB"/>
        </w:rPr>
      </w:pPr>
      <w:r>
        <w:rPr>
          <w:lang w:val="en-GB"/>
        </w:rPr>
        <w:t>Average Salaries</w:t>
      </w:r>
    </w:p>
    <w:p w14:paraId="78762262" w14:textId="2B71A944" w:rsidR="00EC1D5C" w:rsidRPr="00EC1D5C" w:rsidRDefault="00EC1D5C" w:rsidP="00EC1D5C">
      <w:pPr>
        <w:rPr>
          <w:lang w:val="en-GB"/>
        </w:rPr>
      </w:pPr>
      <w:r w:rsidRPr="00EC1D5C">
        <w:rPr>
          <w:lang w:val="en-GB"/>
        </w:rPr>
        <w:t>£29,380</w:t>
      </w:r>
      <w:r>
        <w:rPr>
          <w:lang w:val="en-GB"/>
        </w:rPr>
        <w:t xml:space="preserve"> </w:t>
      </w:r>
      <w:r w:rsidRPr="00EC1D5C">
        <w:rPr>
          <w:lang w:val="en-GB"/>
        </w:rPr>
        <w:t>Senior Care</w:t>
      </w:r>
      <w:r>
        <w:rPr>
          <w:lang w:val="en-GB"/>
        </w:rPr>
        <w:t xml:space="preserve"> </w:t>
      </w:r>
      <w:r w:rsidRPr="00EC1D5C">
        <w:rPr>
          <w:lang w:val="en-GB"/>
        </w:rPr>
        <w:t>Workers</w:t>
      </w:r>
    </w:p>
    <w:p w14:paraId="48F6A5FF" w14:textId="77777777" w:rsidR="00EC1D5C" w:rsidRDefault="00EC1D5C" w:rsidP="00EC1D5C">
      <w:pPr>
        <w:rPr>
          <w:lang w:val="en-GB"/>
        </w:rPr>
      </w:pPr>
      <w:r w:rsidRPr="00EC1D5C">
        <w:rPr>
          <w:lang w:val="en-GB"/>
        </w:rPr>
        <w:t>£42,300</w:t>
      </w:r>
      <w:r>
        <w:rPr>
          <w:lang w:val="en-GB"/>
        </w:rPr>
        <w:t xml:space="preserve"> </w:t>
      </w:r>
      <w:r w:rsidRPr="00EC1D5C">
        <w:rPr>
          <w:lang w:val="en-GB"/>
        </w:rPr>
        <w:t>Registered Nurse</w:t>
      </w:r>
      <w:r>
        <w:rPr>
          <w:lang w:val="en-GB"/>
        </w:rPr>
        <w:t xml:space="preserve"> </w:t>
      </w:r>
      <w:r w:rsidRPr="00EC1D5C">
        <w:rPr>
          <w:lang w:val="en-GB"/>
        </w:rPr>
        <w:t>Practitioners</w:t>
      </w:r>
    </w:p>
    <w:p w14:paraId="77355B1D" w14:textId="105803A2" w:rsidR="00EC1D5C" w:rsidRPr="00EC1D5C" w:rsidRDefault="00EC1D5C" w:rsidP="00EC1D5C">
      <w:pPr>
        <w:rPr>
          <w:lang w:val="en-GB"/>
        </w:rPr>
      </w:pPr>
      <w:r w:rsidRPr="00EC1D5C">
        <w:rPr>
          <w:lang w:val="en-GB"/>
        </w:rPr>
        <w:lastRenderedPageBreak/>
        <w:t>£42,690</w:t>
      </w:r>
      <w:r>
        <w:rPr>
          <w:lang w:val="en-GB"/>
        </w:rPr>
        <w:t xml:space="preserve"> </w:t>
      </w:r>
      <w:r w:rsidRPr="00EC1D5C">
        <w:rPr>
          <w:lang w:val="en-GB"/>
        </w:rPr>
        <w:t>Mental Health</w:t>
      </w:r>
      <w:r>
        <w:rPr>
          <w:lang w:val="en-GB"/>
        </w:rPr>
        <w:t xml:space="preserve"> </w:t>
      </w:r>
      <w:r w:rsidRPr="00EC1D5C">
        <w:rPr>
          <w:lang w:val="en-GB"/>
        </w:rPr>
        <w:t>Nurses</w:t>
      </w:r>
    </w:p>
    <w:p w14:paraId="22FB57C2" w14:textId="134648E0" w:rsidR="00F07668" w:rsidRDefault="00EC1D5C" w:rsidP="00EC1D5C">
      <w:pPr>
        <w:rPr>
          <w:lang w:val="en-GB"/>
        </w:rPr>
      </w:pPr>
      <w:r w:rsidRPr="00EC1D5C">
        <w:rPr>
          <w:lang w:val="en-GB"/>
        </w:rPr>
        <w:t>“I have found</w:t>
      </w:r>
      <w:r>
        <w:rPr>
          <w:lang w:val="en-GB"/>
        </w:rPr>
        <w:t xml:space="preserve"> </w:t>
      </w:r>
      <w:r w:rsidRPr="00EC1D5C">
        <w:rPr>
          <w:lang w:val="en-GB"/>
        </w:rPr>
        <w:t>the course to be</w:t>
      </w:r>
      <w:r>
        <w:rPr>
          <w:lang w:val="en-GB"/>
        </w:rPr>
        <w:t xml:space="preserve"> </w:t>
      </w:r>
      <w:r w:rsidRPr="00EC1D5C">
        <w:rPr>
          <w:lang w:val="en-GB"/>
        </w:rPr>
        <w:t>really interesting</w:t>
      </w:r>
      <w:r>
        <w:rPr>
          <w:lang w:val="en-GB"/>
        </w:rPr>
        <w:t xml:space="preserve"> </w:t>
      </w:r>
      <w:r w:rsidRPr="00EC1D5C">
        <w:rPr>
          <w:lang w:val="en-GB"/>
        </w:rPr>
        <w:t>with a nice mix of</w:t>
      </w:r>
      <w:r>
        <w:rPr>
          <w:lang w:val="en-GB"/>
        </w:rPr>
        <w:t xml:space="preserve"> </w:t>
      </w:r>
      <w:r w:rsidRPr="00EC1D5C">
        <w:rPr>
          <w:lang w:val="en-GB"/>
        </w:rPr>
        <w:t>units. The support</w:t>
      </w:r>
      <w:r>
        <w:rPr>
          <w:lang w:val="en-GB"/>
        </w:rPr>
        <w:t xml:space="preserve"> </w:t>
      </w:r>
      <w:r w:rsidRPr="00EC1D5C">
        <w:rPr>
          <w:lang w:val="en-GB"/>
        </w:rPr>
        <w:t>from tutors has</w:t>
      </w:r>
      <w:r>
        <w:rPr>
          <w:lang w:val="en-GB"/>
        </w:rPr>
        <w:t xml:space="preserve"> </w:t>
      </w:r>
      <w:r w:rsidRPr="00EC1D5C">
        <w:rPr>
          <w:lang w:val="en-GB"/>
        </w:rPr>
        <w:t>also been great;</w:t>
      </w:r>
      <w:r>
        <w:rPr>
          <w:lang w:val="en-GB"/>
        </w:rPr>
        <w:t xml:space="preserve"> </w:t>
      </w:r>
      <w:r w:rsidRPr="00EC1D5C">
        <w:rPr>
          <w:lang w:val="en-GB"/>
        </w:rPr>
        <w:t>they are all very</w:t>
      </w:r>
      <w:r>
        <w:rPr>
          <w:lang w:val="en-GB"/>
        </w:rPr>
        <w:t xml:space="preserve"> </w:t>
      </w:r>
      <w:r w:rsidRPr="00EC1D5C">
        <w:rPr>
          <w:lang w:val="en-GB"/>
        </w:rPr>
        <w:t>supportive.”</w:t>
      </w:r>
    </w:p>
    <w:p w14:paraId="05F162E3" w14:textId="77777777" w:rsidR="00EC1D5C" w:rsidRPr="00EC1D5C" w:rsidRDefault="00EC1D5C" w:rsidP="00EC1D5C">
      <w:pPr>
        <w:rPr>
          <w:lang w:val="en-GB"/>
        </w:rPr>
      </w:pPr>
      <w:r w:rsidRPr="00EC1D5C">
        <w:rPr>
          <w:lang w:val="en-GB"/>
        </w:rPr>
        <w:t>Bailey-Grace</w:t>
      </w:r>
    </w:p>
    <w:p w14:paraId="218C447F" w14:textId="2222A168" w:rsidR="00F07668" w:rsidRDefault="00EC1D5C" w:rsidP="00EC1D5C">
      <w:pPr>
        <w:rPr>
          <w:i/>
          <w:iCs/>
          <w:lang w:val="en-GB"/>
        </w:rPr>
      </w:pPr>
      <w:r w:rsidRPr="00EC1D5C">
        <w:rPr>
          <w:i/>
          <w:iCs/>
          <w:lang w:val="en-GB"/>
        </w:rPr>
        <w:t>Health and Social Care</w:t>
      </w:r>
      <w:r>
        <w:rPr>
          <w:i/>
          <w:iCs/>
          <w:lang w:val="en-GB"/>
        </w:rPr>
        <w:t xml:space="preserve"> </w:t>
      </w:r>
      <w:r w:rsidRPr="00EC1D5C">
        <w:rPr>
          <w:i/>
          <w:iCs/>
          <w:lang w:val="en-GB"/>
        </w:rPr>
        <w:t>Level 3</w:t>
      </w:r>
    </w:p>
    <w:p w14:paraId="5D38D076" w14:textId="6BEBCFD2" w:rsidR="00EC1D5C" w:rsidRDefault="00EC1D5C" w:rsidP="00EC1D5C">
      <w:pPr>
        <w:pStyle w:val="Heading2"/>
        <w:rPr>
          <w:lang w:val="en-GB"/>
        </w:rPr>
      </w:pPr>
      <w:r w:rsidRPr="00EC1D5C">
        <w:rPr>
          <w:lang w:val="en-GB"/>
        </w:rPr>
        <w:t>Vocational</w:t>
      </w:r>
      <w:r>
        <w:rPr>
          <w:lang w:val="en-GB"/>
        </w:rPr>
        <w:t xml:space="preserve"> </w:t>
      </w:r>
      <w:r w:rsidRPr="00EC1D5C">
        <w:rPr>
          <w:lang w:val="en-GB"/>
        </w:rPr>
        <w:t xml:space="preserve">Pathways </w:t>
      </w:r>
      <w:r>
        <w:rPr>
          <w:lang w:val="en-GB"/>
        </w:rPr>
        <w:t>–</w:t>
      </w:r>
      <w:r w:rsidRPr="00EC1D5C">
        <w:rPr>
          <w:lang w:val="en-GB"/>
        </w:rPr>
        <w:t xml:space="preserve"> Pathway</w:t>
      </w:r>
      <w:r>
        <w:rPr>
          <w:lang w:val="en-GB"/>
        </w:rPr>
        <w:t xml:space="preserve"> </w:t>
      </w:r>
      <w:r w:rsidRPr="00EC1D5C">
        <w:rPr>
          <w:lang w:val="en-GB"/>
        </w:rPr>
        <w:t>to Care Entry 3</w:t>
      </w:r>
    </w:p>
    <w:p w14:paraId="5D23599B" w14:textId="3A3A9476" w:rsidR="00EC1D5C" w:rsidRDefault="00EC1D5C" w:rsidP="00EC1D5C">
      <w:pPr>
        <w:pStyle w:val="Heading3"/>
        <w:rPr>
          <w:lang w:val="en-GB"/>
        </w:rPr>
      </w:pPr>
      <w:r>
        <w:rPr>
          <w:lang w:val="en-GB"/>
        </w:rPr>
        <w:t>Entry Requirements</w:t>
      </w:r>
    </w:p>
    <w:p w14:paraId="1D401508" w14:textId="4A622EFC" w:rsidR="00EC1D5C" w:rsidRDefault="00EC1D5C" w:rsidP="00EC1D5C">
      <w:pPr>
        <w:rPr>
          <w:lang w:val="en-GB"/>
        </w:rPr>
      </w:pPr>
      <w:r w:rsidRPr="00EC1D5C">
        <w:rPr>
          <w:lang w:val="en-GB"/>
        </w:rPr>
        <w:t>Please see page 129 for full entry</w:t>
      </w:r>
      <w:r>
        <w:rPr>
          <w:lang w:val="en-GB"/>
        </w:rPr>
        <w:t xml:space="preserve"> </w:t>
      </w:r>
      <w:r w:rsidRPr="00EC1D5C">
        <w:rPr>
          <w:lang w:val="en-GB"/>
        </w:rPr>
        <w:t>requirements for Vocational</w:t>
      </w:r>
      <w:r>
        <w:rPr>
          <w:lang w:val="en-GB"/>
        </w:rPr>
        <w:t xml:space="preserve"> </w:t>
      </w:r>
      <w:r w:rsidRPr="00EC1D5C">
        <w:rPr>
          <w:lang w:val="en-GB"/>
        </w:rPr>
        <w:t>Pathways courses.</w:t>
      </w:r>
    </w:p>
    <w:p w14:paraId="330443B8" w14:textId="141F461C" w:rsidR="00EC1D5C" w:rsidRDefault="00EC1D5C" w:rsidP="00EC1D5C">
      <w:pPr>
        <w:pStyle w:val="Heading3"/>
        <w:rPr>
          <w:lang w:val="en-GB"/>
        </w:rPr>
      </w:pPr>
      <w:r>
        <w:rPr>
          <w:lang w:val="en-GB"/>
        </w:rPr>
        <w:t xml:space="preserve">Progression </w:t>
      </w:r>
    </w:p>
    <w:p w14:paraId="695A63C3" w14:textId="719B2C40" w:rsidR="00EC1D5C" w:rsidRPr="00EC1D5C" w:rsidRDefault="00EC1D5C" w:rsidP="00EC1D5C">
      <w:pPr>
        <w:rPr>
          <w:lang w:val="en-GB"/>
        </w:rPr>
      </w:pPr>
      <w:r w:rsidRPr="00EC1D5C">
        <w:rPr>
          <w:lang w:val="en-GB"/>
        </w:rPr>
        <w:t>Activities on this course</w:t>
      </w:r>
      <w:r>
        <w:rPr>
          <w:lang w:val="en-GB"/>
        </w:rPr>
        <w:t xml:space="preserve"> </w:t>
      </w:r>
      <w:r w:rsidRPr="00EC1D5C">
        <w:rPr>
          <w:lang w:val="en-GB"/>
        </w:rPr>
        <w:t>will be practical and will</w:t>
      </w:r>
      <w:r>
        <w:rPr>
          <w:lang w:val="en-GB"/>
        </w:rPr>
        <w:t xml:space="preserve"> </w:t>
      </w:r>
      <w:r w:rsidRPr="00EC1D5C">
        <w:rPr>
          <w:lang w:val="en-GB"/>
        </w:rPr>
        <w:t>support any move onto a</w:t>
      </w:r>
      <w:r>
        <w:rPr>
          <w:lang w:val="en-GB"/>
        </w:rPr>
        <w:t xml:space="preserve"> </w:t>
      </w:r>
      <w:r w:rsidRPr="00EC1D5C">
        <w:rPr>
          <w:lang w:val="en-GB"/>
        </w:rPr>
        <w:t>Level 1 course in this field</w:t>
      </w:r>
      <w:r>
        <w:rPr>
          <w:lang w:val="en-GB"/>
        </w:rPr>
        <w:t xml:space="preserve"> </w:t>
      </w:r>
      <w:r w:rsidRPr="00EC1D5C">
        <w:rPr>
          <w:lang w:val="en-GB"/>
        </w:rPr>
        <w:t>the following year. Gaining a</w:t>
      </w:r>
      <w:r>
        <w:rPr>
          <w:lang w:val="en-GB"/>
        </w:rPr>
        <w:t xml:space="preserve"> </w:t>
      </w:r>
      <w:r w:rsidRPr="00EC1D5C">
        <w:rPr>
          <w:lang w:val="en-GB"/>
        </w:rPr>
        <w:t>GCSE in English and Maths</w:t>
      </w:r>
      <w:r>
        <w:rPr>
          <w:lang w:val="en-GB"/>
        </w:rPr>
        <w:t xml:space="preserve"> </w:t>
      </w:r>
      <w:r w:rsidRPr="00EC1D5C">
        <w:rPr>
          <w:lang w:val="en-GB"/>
        </w:rPr>
        <w:t>will also help you to progress</w:t>
      </w:r>
      <w:r>
        <w:rPr>
          <w:lang w:val="en-GB"/>
        </w:rPr>
        <w:t xml:space="preserve"> </w:t>
      </w:r>
      <w:r w:rsidRPr="00EC1D5C">
        <w:rPr>
          <w:lang w:val="en-GB"/>
        </w:rPr>
        <w:t>onto a Level 1 course</w:t>
      </w:r>
    </w:p>
    <w:p w14:paraId="63F8E0C0" w14:textId="77777777" w:rsidR="00EC1D5C" w:rsidRPr="00EC1D5C" w:rsidRDefault="00EC1D5C" w:rsidP="00EC1D5C">
      <w:pPr>
        <w:pStyle w:val="Heading2"/>
        <w:rPr>
          <w:lang w:val="en-GB"/>
        </w:rPr>
      </w:pPr>
      <w:r w:rsidRPr="00EC1D5C">
        <w:rPr>
          <w:lang w:val="en-GB"/>
        </w:rPr>
        <w:t>Introduction to Health and Social Care and Children and Young People's Services</w:t>
      </w:r>
    </w:p>
    <w:p w14:paraId="5DD30EF3" w14:textId="77777777" w:rsidR="00EC1D5C" w:rsidRPr="00EC1D5C" w:rsidRDefault="00EC1D5C" w:rsidP="00EC1D5C">
      <w:pPr>
        <w:pStyle w:val="Heading3"/>
        <w:rPr>
          <w:lang w:val="en-GB"/>
        </w:rPr>
      </w:pPr>
      <w:r w:rsidRPr="00EC1D5C">
        <w:rPr>
          <w:lang w:val="en-GB"/>
        </w:rPr>
        <w:t>Entry Requirements</w:t>
      </w:r>
    </w:p>
    <w:p w14:paraId="04F15B05" w14:textId="77777777" w:rsidR="00EC1D5C" w:rsidRPr="00EC1D5C" w:rsidRDefault="00EC1D5C" w:rsidP="00EC1D5C">
      <w:pPr>
        <w:rPr>
          <w:lang w:val="en-GB"/>
        </w:rPr>
      </w:pPr>
      <w:r w:rsidRPr="00EC1D5C">
        <w:rPr>
          <w:lang w:val="en-GB"/>
        </w:rPr>
        <w:t>A minimum of four GCSEs with the following grades:</w:t>
      </w:r>
    </w:p>
    <w:p w14:paraId="3A3D8105" w14:textId="77777777" w:rsidR="00EC1D5C" w:rsidRPr="00EC1D5C" w:rsidRDefault="00EC1D5C" w:rsidP="000009CA">
      <w:pPr>
        <w:pStyle w:val="ListParagraph"/>
        <w:numPr>
          <w:ilvl w:val="0"/>
          <w:numId w:val="230"/>
        </w:numPr>
        <w:rPr>
          <w:lang w:val="en-GB"/>
        </w:rPr>
      </w:pPr>
      <w:r w:rsidRPr="00EC1D5C">
        <w:rPr>
          <w:lang w:val="en-GB"/>
        </w:rPr>
        <w:t>English at 2 or above</w:t>
      </w:r>
    </w:p>
    <w:p w14:paraId="648B6B1D" w14:textId="77777777" w:rsidR="00EC1D5C" w:rsidRPr="00EC1D5C" w:rsidRDefault="00EC1D5C" w:rsidP="000009CA">
      <w:pPr>
        <w:pStyle w:val="ListParagraph"/>
        <w:numPr>
          <w:ilvl w:val="0"/>
          <w:numId w:val="230"/>
        </w:numPr>
        <w:rPr>
          <w:lang w:val="en-GB"/>
        </w:rPr>
      </w:pPr>
      <w:r w:rsidRPr="00EC1D5C">
        <w:rPr>
          <w:lang w:val="en-GB"/>
        </w:rPr>
        <w:t>Maths at 1 or above</w:t>
      </w:r>
    </w:p>
    <w:p w14:paraId="5399309E" w14:textId="77777777" w:rsidR="00EC1D5C" w:rsidRPr="00EC1D5C" w:rsidRDefault="00EC1D5C" w:rsidP="000009CA">
      <w:pPr>
        <w:pStyle w:val="ListParagraph"/>
        <w:numPr>
          <w:ilvl w:val="0"/>
          <w:numId w:val="230"/>
        </w:numPr>
        <w:rPr>
          <w:lang w:val="en-GB"/>
        </w:rPr>
      </w:pPr>
      <w:r w:rsidRPr="00EC1D5C">
        <w:rPr>
          <w:lang w:val="en-GB"/>
        </w:rPr>
        <w:t>Two other GCSEs at 2 or above</w:t>
      </w:r>
    </w:p>
    <w:p w14:paraId="36EB0B9E" w14:textId="77777777" w:rsidR="00EC1D5C" w:rsidRPr="00EC1D5C" w:rsidRDefault="00EC1D5C" w:rsidP="000009CA">
      <w:pPr>
        <w:pStyle w:val="ListParagraph"/>
        <w:numPr>
          <w:ilvl w:val="0"/>
          <w:numId w:val="230"/>
        </w:numPr>
        <w:rPr>
          <w:lang w:val="en-GB"/>
        </w:rPr>
      </w:pPr>
      <w:r w:rsidRPr="00EC1D5C">
        <w:rPr>
          <w:lang w:val="en-GB"/>
        </w:rPr>
        <w:t>A DBS check is also required</w:t>
      </w:r>
    </w:p>
    <w:p w14:paraId="72298DA7" w14:textId="77777777" w:rsidR="00EC1D5C" w:rsidRPr="00EC1D5C" w:rsidRDefault="00EC1D5C" w:rsidP="00EC1D5C">
      <w:pPr>
        <w:pStyle w:val="Heading3"/>
        <w:rPr>
          <w:lang w:val="en-GB"/>
        </w:rPr>
      </w:pPr>
      <w:r w:rsidRPr="00EC1D5C">
        <w:rPr>
          <w:lang w:val="en-GB"/>
        </w:rPr>
        <w:t>Progression</w:t>
      </w:r>
    </w:p>
    <w:p w14:paraId="1E47EF05" w14:textId="52B3EB53" w:rsidR="00EC1D5C" w:rsidRPr="00EC1D5C" w:rsidRDefault="00EC1D5C" w:rsidP="000009CA">
      <w:pPr>
        <w:numPr>
          <w:ilvl w:val="0"/>
          <w:numId w:val="229"/>
        </w:numPr>
        <w:rPr>
          <w:lang w:val="en-GB"/>
        </w:rPr>
      </w:pPr>
      <w:r w:rsidRPr="00EC1D5C">
        <w:rPr>
          <w:lang w:val="en-GB"/>
        </w:rPr>
        <w:t>Level 2 Health and Social Care course</w:t>
      </w:r>
    </w:p>
    <w:p w14:paraId="48A966BC" w14:textId="77777777" w:rsidR="00EC1D5C" w:rsidRPr="00EC1D5C" w:rsidRDefault="00EC1D5C" w:rsidP="00EC1D5C">
      <w:pPr>
        <w:pStyle w:val="Heading2"/>
        <w:rPr>
          <w:lang w:val="en-GB"/>
        </w:rPr>
      </w:pPr>
      <w:r w:rsidRPr="00EC1D5C">
        <w:rPr>
          <w:lang w:val="en-GB"/>
        </w:rPr>
        <w:t>Health and Social Care Level 2</w:t>
      </w:r>
    </w:p>
    <w:p w14:paraId="25D724EC" w14:textId="77777777" w:rsidR="00EC1D5C" w:rsidRPr="00EC1D5C" w:rsidRDefault="00EC1D5C" w:rsidP="00EC1D5C">
      <w:pPr>
        <w:pStyle w:val="Heading3"/>
        <w:rPr>
          <w:lang w:val="en-GB"/>
        </w:rPr>
      </w:pPr>
      <w:r w:rsidRPr="00EC1D5C">
        <w:rPr>
          <w:lang w:val="en-GB"/>
        </w:rPr>
        <w:t>Entry Requirements</w:t>
      </w:r>
    </w:p>
    <w:p w14:paraId="49B0376B" w14:textId="77777777" w:rsidR="00EC1D5C" w:rsidRPr="00EC1D5C" w:rsidRDefault="00EC1D5C" w:rsidP="00EC1D5C">
      <w:pPr>
        <w:rPr>
          <w:lang w:val="en-GB"/>
        </w:rPr>
      </w:pPr>
      <w:r w:rsidRPr="00EC1D5C">
        <w:rPr>
          <w:lang w:val="en-GB"/>
        </w:rPr>
        <w:t>A minimum of four GCSEs with the following grades:</w:t>
      </w:r>
    </w:p>
    <w:p w14:paraId="084ADADE" w14:textId="77777777" w:rsidR="00EC1D5C" w:rsidRPr="00EC1D5C" w:rsidRDefault="00EC1D5C" w:rsidP="000009CA">
      <w:pPr>
        <w:pStyle w:val="ListParagraph"/>
        <w:numPr>
          <w:ilvl w:val="0"/>
          <w:numId w:val="229"/>
        </w:numPr>
        <w:rPr>
          <w:lang w:val="en-GB"/>
        </w:rPr>
      </w:pPr>
      <w:r w:rsidRPr="00EC1D5C">
        <w:rPr>
          <w:lang w:val="en-GB"/>
        </w:rPr>
        <w:t>English at 3 or above</w:t>
      </w:r>
    </w:p>
    <w:p w14:paraId="3ABB25B4" w14:textId="77777777" w:rsidR="00EC1D5C" w:rsidRPr="00EC1D5C" w:rsidRDefault="00EC1D5C" w:rsidP="000009CA">
      <w:pPr>
        <w:pStyle w:val="ListParagraph"/>
        <w:numPr>
          <w:ilvl w:val="0"/>
          <w:numId w:val="229"/>
        </w:numPr>
        <w:rPr>
          <w:lang w:val="en-GB"/>
        </w:rPr>
      </w:pPr>
      <w:r w:rsidRPr="00EC1D5C">
        <w:rPr>
          <w:lang w:val="en-GB"/>
        </w:rPr>
        <w:t>Maths at 2 or above</w:t>
      </w:r>
    </w:p>
    <w:p w14:paraId="38A246EE" w14:textId="77777777" w:rsidR="00EC1D5C" w:rsidRPr="00EC1D5C" w:rsidRDefault="00EC1D5C" w:rsidP="000009CA">
      <w:pPr>
        <w:pStyle w:val="ListParagraph"/>
        <w:numPr>
          <w:ilvl w:val="0"/>
          <w:numId w:val="229"/>
        </w:numPr>
        <w:rPr>
          <w:lang w:val="en-GB"/>
        </w:rPr>
      </w:pPr>
      <w:r w:rsidRPr="00EC1D5C">
        <w:rPr>
          <w:lang w:val="en-GB"/>
        </w:rPr>
        <w:t>Two other GCSEs at 3 or above</w:t>
      </w:r>
    </w:p>
    <w:p w14:paraId="4487D873" w14:textId="77777777" w:rsidR="00EC1D5C" w:rsidRPr="00EC1D5C" w:rsidRDefault="00EC1D5C" w:rsidP="000009CA">
      <w:pPr>
        <w:pStyle w:val="ListParagraph"/>
        <w:numPr>
          <w:ilvl w:val="0"/>
          <w:numId w:val="229"/>
        </w:numPr>
        <w:rPr>
          <w:lang w:val="en-GB"/>
        </w:rPr>
      </w:pPr>
      <w:r w:rsidRPr="00EC1D5C">
        <w:rPr>
          <w:lang w:val="en-GB"/>
        </w:rPr>
        <w:t>A DBS check is also required</w:t>
      </w:r>
    </w:p>
    <w:p w14:paraId="2A879243" w14:textId="77777777" w:rsidR="00EC1D5C" w:rsidRPr="00EC1D5C" w:rsidRDefault="00EC1D5C" w:rsidP="00EC1D5C">
      <w:pPr>
        <w:pStyle w:val="Heading3"/>
        <w:rPr>
          <w:lang w:val="en-GB"/>
        </w:rPr>
      </w:pPr>
      <w:r w:rsidRPr="00EC1D5C">
        <w:rPr>
          <w:lang w:val="en-GB"/>
        </w:rPr>
        <w:t>Progression</w:t>
      </w:r>
    </w:p>
    <w:p w14:paraId="2E02F00E" w14:textId="77777777" w:rsidR="00EC1D5C" w:rsidRPr="00EC1D5C" w:rsidRDefault="00EC1D5C" w:rsidP="000009CA">
      <w:pPr>
        <w:pStyle w:val="ListParagraph"/>
        <w:numPr>
          <w:ilvl w:val="0"/>
          <w:numId w:val="231"/>
        </w:numPr>
        <w:rPr>
          <w:lang w:val="en-GB"/>
        </w:rPr>
      </w:pPr>
      <w:r w:rsidRPr="00EC1D5C">
        <w:rPr>
          <w:lang w:val="en-GB"/>
        </w:rPr>
        <w:t>Health and Social Care Level 3</w:t>
      </w:r>
    </w:p>
    <w:p w14:paraId="41C00926" w14:textId="77777777" w:rsidR="00EC1D5C" w:rsidRPr="00EC1D5C" w:rsidRDefault="00EC1D5C" w:rsidP="000009CA">
      <w:pPr>
        <w:pStyle w:val="ListParagraph"/>
        <w:numPr>
          <w:ilvl w:val="0"/>
          <w:numId w:val="231"/>
        </w:numPr>
        <w:rPr>
          <w:lang w:val="en-GB"/>
        </w:rPr>
      </w:pPr>
      <w:r w:rsidRPr="00EC1D5C">
        <w:rPr>
          <w:lang w:val="en-GB"/>
        </w:rPr>
        <w:t>Health T Level</w:t>
      </w:r>
    </w:p>
    <w:p w14:paraId="7F2BDC41" w14:textId="77777777" w:rsidR="00EC1D5C" w:rsidRPr="00EC1D5C" w:rsidRDefault="00EC1D5C" w:rsidP="000009CA">
      <w:pPr>
        <w:pStyle w:val="ListParagraph"/>
        <w:numPr>
          <w:ilvl w:val="0"/>
          <w:numId w:val="231"/>
        </w:numPr>
        <w:rPr>
          <w:lang w:val="en-GB"/>
        </w:rPr>
      </w:pPr>
      <w:r w:rsidRPr="00EC1D5C">
        <w:rPr>
          <w:lang w:val="en-GB"/>
        </w:rPr>
        <w:t>Apprenticeship</w:t>
      </w:r>
    </w:p>
    <w:p w14:paraId="31024C8E" w14:textId="6BB21A59" w:rsidR="00EC1D5C" w:rsidRPr="00EC1D5C" w:rsidRDefault="00EC1D5C" w:rsidP="000009CA">
      <w:pPr>
        <w:pStyle w:val="ListParagraph"/>
        <w:numPr>
          <w:ilvl w:val="0"/>
          <w:numId w:val="231"/>
        </w:numPr>
        <w:rPr>
          <w:lang w:val="en-GB"/>
        </w:rPr>
      </w:pPr>
      <w:r w:rsidRPr="00EC1D5C">
        <w:rPr>
          <w:lang w:val="en-GB"/>
        </w:rPr>
        <w:lastRenderedPageBreak/>
        <w:t>Employment</w:t>
      </w:r>
    </w:p>
    <w:p w14:paraId="403FA61F" w14:textId="77777777" w:rsidR="00EC1D5C" w:rsidRPr="00EC1D5C" w:rsidRDefault="00EC1D5C" w:rsidP="00EC1D5C">
      <w:pPr>
        <w:pStyle w:val="Heading3"/>
        <w:rPr>
          <w:lang w:val="en-GB"/>
        </w:rPr>
      </w:pPr>
      <w:r w:rsidRPr="00EC1D5C">
        <w:rPr>
          <w:lang w:val="en-GB"/>
        </w:rPr>
        <w:t>Health and Social Care Level 3</w:t>
      </w:r>
    </w:p>
    <w:p w14:paraId="64D4D87D" w14:textId="77777777" w:rsidR="00EC1D5C" w:rsidRPr="00EC1D5C" w:rsidRDefault="00EC1D5C" w:rsidP="00EC1D5C">
      <w:pPr>
        <w:pStyle w:val="Heading4"/>
        <w:rPr>
          <w:i w:val="0"/>
          <w:iCs w:val="0"/>
          <w:lang w:val="en-GB"/>
        </w:rPr>
      </w:pPr>
      <w:r w:rsidRPr="00EC1D5C">
        <w:rPr>
          <w:i w:val="0"/>
          <w:iCs w:val="0"/>
          <w:lang w:val="en-GB"/>
        </w:rPr>
        <w:t>Entry Requirements</w:t>
      </w:r>
    </w:p>
    <w:p w14:paraId="54821C75" w14:textId="77777777" w:rsidR="00EC1D5C" w:rsidRPr="00EC1D5C" w:rsidRDefault="00EC1D5C" w:rsidP="00EC1D5C">
      <w:pPr>
        <w:ind w:left="720"/>
        <w:rPr>
          <w:lang w:val="en-GB"/>
        </w:rPr>
      </w:pPr>
      <w:r w:rsidRPr="00EC1D5C">
        <w:rPr>
          <w:lang w:val="en-GB"/>
        </w:rPr>
        <w:t xml:space="preserve">A minimum of five GCSEs with the following grades: </w:t>
      </w:r>
    </w:p>
    <w:p w14:paraId="1E8AA7AC" w14:textId="77777777" w:rsidR="00EC1D5C" w:rsidRPr="00EC1D5C" w:rsidRDefault="00EC1D5C" w:rsidP="000009CA">
      <w:pPr>
        <w:pStyle w:val="ListParagraph"/>
        <w:numPr>
          <w:ilvl w:val="1"/>
          <w:numId w:val="233"/>
        </w:numPr>
        <w:rPr>
          <w:lang w:val="en-GB"/>
        </w:rPr>
      </w:pPr>
      <w:r w:rsidRPr="00EC1D5C">
        <w:rPr>
          <w:lang w:val="en-GB"/>
        </w:rPr>
        <w:t>English at 4 or above</w:t>
      </w:r>
    </w:p>
    <w:p w14:paraId="484F2BEE" w14:textId="77777777" w:rsidR="00EC1D5C" w:rsidRPr="00EC1D5C" w:rsidRDefault="00EC1D5C" w:rsidP="000009CA">
      <w:pPr>
        <w:pStyle w:val="ListParagraph"/>
        <w:numPr>
          <w:ilvl w:val="1"/>
          <w:numId w:val="233"/>
        </w:numPr>
        <w:rPr>
          <w:lang w:val="en-GB"/>
        </w:rPr>
      </w:pPr>
      <w:r w:rsidRPr="00EC1D5C">
        <w:rPr>
          <w:lang w:val="en-GB"/>
        </w:rPr>
        <w:t>Maths at 3 or above</w:t>
      </w:r>
    </w:p>
    <w:p w14:paraId="20551704" w14:textId="77777777" w:rsidR="00EC1D5C" w:rsidRPr="00EC1D5C" w:rsidRDefault="00EC1D5C" w:rsidP="000009CA">
      <w:pPr>
        <w:pStyle w:val="ListParagraph"/>
        <w:numPr>
          <w:ilvl w:val="1"/>
          <w:numId w:val="233"/>
        </w:numPr>
        <w:rPr>
          <w:lang w:val="en-GB"/>
        </w:rPr>
      </w:pPr>
      <w:r w:rsidRPr="00EC1D5C">
        <w:rPr>
          <w:lang w:val="en-GB"/>
        </w:rPr>
        <w:t>Three other GCSEs at 4 or above</w:t>
      </w:r>
    </w:p>
    <w:p w14:paraId="7B60A7DA" w14:textId="77777777" w:rsidR="00EC1D5C" w:rsidRPr="00EC1D5C" w:rsidRDefault="00EC1D5C" w:rsidP="000009CA">
      <w:pPr>
        <w:pStyle w:val="ListParagraph"/>
        <w:numPr>
          <w:ilvl w:val="0"/>
          <w:numId w:val="232"/>
        </w:numPr>
        <w:rPr>
          <w:lang w:val="en-GB"/>
        </w:rPr>
      </w:pPr>
      <w:r w:rsidRPr="00EC1D5C">
        <w:rPr>
          <w:lang w:val="en-GB"/>
        </w:rPr>
        <w:t>OR a Level 2 qualification at overall merit grade and GCSE English at grade 4 and above and Maths at grade 3 or above, or equivalent</w:t>
      </w:r>
    </w:p>
    <w:p w14:paraId="46144743" w14:textId="77777777" w:rsidR="00EC1D5C" w:rsidRPr="00EC1D5C" w:rsidRDefault="00EC1D5C" w:rsidP="000009CA">
      <w:pPr>
        <w:pStyle w:val="ListParagraph"/>
        <w:numPr>
          <w:ilvl w:val="0"/>
          <w:numId w:val="232"/>
        </w:numPr>
        <w:rPr>
          <w:lang w:val="en-GB"/>
        </w:rPr>
      </w:pPr>
      <w:r w:rsidRPr="00EC1D5C">
        <w:rPr>
          <w:lang w:val="en-GB"/>
        </w:rPr>
        <w:t>A DBS check is also required</w:t>
      </w:r>
    </w:p>
    <w:p w14:paraId="12FEB2EE" w14:textId="77777777" w:rsidR="00EC1D5C" w:rsidRPr="00EC1D5C" w:rsidRDefault="00EC1D5C" w:rsidP="00EC1D5C">
      <w:pPr>
        <w:pStyle w:val="Heading3"/>
        <w:rPr>
          <w:lang w:val="en-GB"/>
        </w:rPr>
      </w:pPr>
      <w:r w:rsidRPr="00EC1D5C">
        <w:rPr>
          <w:lang w:val="en-GB"/>
        </w:rPr>
        <w:t>Progression</w:t>
      </w:r>
    </w:p>
    <w:p w14:paraId="502302EA" w14:textId="77777777" w:rsidR="00EC1D5C" w:rsidRPr="00EC1D5C" w:rsidRDefault="00EC1D5C" w:rsidP="000009CA">
      <w:pPr>
        <w:pStyle w:val="ListParagraph"/>
        <w:numPr>
          <w:ilvl w:val="0"/>
          <w:numId w:val="234"/>
        </w:numPr>
        <w:rPr>
          <w:lang w:val="en-GB"/>
        </w:rPr>
      </w:pPr>
      <w:r w:rsidRPr="00EC1D5C">
        <w:rPr>
          <w:lang w:val="en-GB"/>
        </w:rPr>
        <w:t>Degree level course</w:t>
      </w:r>
    </w:p>
    <w:p w14:paraId="6A33BC86" w14:textId="77777777" w:rsidR="00EC1D5C" w:rsidRPr="00EC1D5C" w:rsidRDefault="00EC1D5C" w:rsidP="000009CA">
      <w:pPr>
        <w:pStyle w:val="ListParagraph"/>
        <w:numPr>
          <w:ilvl w:val="0"/>
          <w:numId w:val="234"/>
        </w:numPr>
        <w:rPr>
          <w:lang w:val="en-GB"/>
        </w:rPr>
      </w:pPr>
      <w:r w:rsidRPr="00EC1D5C">
        <w:rPr>
          <w:lang w:val="en-GB"/>
        </w:rPr>
        <w:t>Apprenticeship</w:t>
      </w:r>
    </w:p>
    <w:p w14:paraId="32E6E5B4" w14:textId="31AD9653" w:rsidR="00EC1D5C" w:rsidRPr="00EC1D5C" w:rsidRDefault="00EC1D5C" w:rsidP="000009CA">
      <w:pPr>
        <w:pStyle w:val="ListParagraph"/>
        <w:numPr>
          <w:ilvl w:val="0"/>
          <w:numId w:val="234"/>
        </w:numPr>
        <w:rPr>
          <w:lang w:val="en-GB"/>
        </w:rPr>
      </w:pPr>
      <w:r w:rsidRPr="00EC1D5C">
        <w:rPr>
          <w:lang w:val="en-GB"/>
        </w:rPr>
        <w:t>Employment</w:t>
      </w:r>
    </w:p>
    <w:p w14:paraId="5F06FBE9" w14:textId="77777777" w:rsidR="00EC1D5C" w:rsidRPr="00EC1D5C" w:rsidRDefault="00EC1D5C" w:rsidP="00EC1D5C">
      <w:pPr>
        <w:pStyle w:val="Heading2"/>
        <w:rPr>
          <w:lang w:val="en-GB"/>
        </w:rPr>
      </w:pPr>
      <w:r w:rsidRPr="00EC1D5C">
        <w:rPr>
          <w:lang w:val="en-GB"/>
        </w:rPr>
        <w:t>T Level Health - Supporting the Adult Nursing Team Level 3</w:t>
      </w:r>
    </w:p>
    <w:p w14:paraId="29FB0B76" w14:textId="77777777" w:rsidR="00EC1D5C" w:rsidRPr="00EC1D5C" w:rsidRDefault="00EC1D5C" w:rsidP="00EC1D5C">
      <w:pPr>
        <w:pStyle w:val="Heading3"/>
        <w:rPr>
          <w:lang w:val="en-GB"/>
        </w:rPr>
      </w:pPr>
      <w:r w:rsidRPr="00EC1D5C">
        <w:rPr>
          <w:lang w:val="en-GB"/>
        </w:rPr>
        <w:t>Entry Requirements</w:t>
      </w:r>
    </w:p>
    <w:p w14:paraId="1EF38456" w14:textId="77777777" w:rsidR="00EC1D5C" w:rsidRPr="00EC1D5C" w:rsidRDefault="00EC1D5C" w:rsidP="000009CA">
      <w:pPr>
        <w:pStyle w:val="ListParagraph"/>
        <w:numPr>
          <w:ilvl w:val="0"/>
          <w:numId w:val="235"/>
        </w:numPr>
        <w:rPr>
          <w:lang w:val="en-GB"/>
        </w:rPr>
      </w:pPr>
      <w:r w:rsidRPr="00EC1D5C">
        <w:rPr>
          <w:lang w:val="en-GB"/>
        </w:rPr>
        <w:t>A grade 5 in English, Maths or Science in addition to four grade 4s</w:t>
      </w:r>
    </w:p>
    <w:p w14:paraId="7F28A23E" w14:textId="77777777" w:rsidR="00EC1D5C" w:rsidRPr="00EC1D5C" w:rsidRDefault="00EC1D5C" w:rsidP="000009CA">
      <w:pPr>
        <w:pStyle w:val="ListParagraph"/>
        <w:numPr>
          <w:ilvl w:val="0"/>
          <w:numId w:val="235"/>
        </w:numPr>
        <w:rPr>
          <w:lang w:val="en-GB"/>
        </w:rPr>
      </w:pPr>
      <w:r w:rsidRPr="00EC1D5C">
        <w:rPr>
          <w:lang w:val="en-GB"/>
        </w:rPr>
        <w:t>You will also need to have a DBS check</w:t>
      </w:r>
    </w:p>
    <w:p w14:paraId="54E51DE8" w14:textId="77777777" w:rsidR="00EC1D5C" w:rsidRPr="00EC1D5C" w:rsidRDefault="00EC1D5C" w:rsidP="00EC1D5C">
      <w:pPr>
        <w:pStyle w:val="Heading3"/>
        <w:rPr>
          <w:lang w:val="en-GB"/>
        </w:rPr>
      </w:pPr>
      <w:r w:rsidRPr="00EC1D5C">
        <w:rPr>
          <w:lang w:val="en-GB"/>
        </w:rPr>
        <w:t>Progression</w:t>
      </w:r>
    </w:p>
    <w:p w14:paraId="74B93102" w14:textId="77777777" w:rsidR="00EC1D5C" w:rsidRPr="00EC1D5C" w:rsidRDefault="00EC1D5C" w:rsidP="000009CA">
      <w:pPr>
        <w:pStyle w:val="ListParagraph"/>
        <w:numPr>
          <w:ilvl w:val="0"/>
          <w:numId w:val="236"/>
        </w:numPr>
        <w:rPr>
          <w:lang w:val="en-GB"/>
        </w:rPr>
      </w:pPr>
      <w:r w:rsidRPr="00EC1D5C">
        <w:rPr>
          <w:lang w:val="en-GB"/>
        </w:rPr>
        <w:t>Nursing degree or other health related course</w:t>
      </w:r>
    </w:p>
    <w:p w14:paraId="7F9A10DC" w14:textId="77777777" w:rsidR="00EC1D5C" w:rsidRPr="00EC1D5C" w:rsidRDefault="00EC1D5C" w:rsidP="000009CA">
      <w:pPr>
        <w:pStyle w:val="ListParagraph"/>
        <w:numPr>
          <w:ilvl w:val="0"/>
          <w:numId w:val="236"/>
        </w:numPr>
        <w:rPr>
          <w:lang w:val="en-GB"/>
        </w:rPr>
      </w:pPr>
      <w:r w:rsidRPr="00EC1D5C">
        <w:rPr>
          <w:lang w:val="en-GB"/>
        </w:rPr>
        <w:t>Apprenticeship</w:t>
      </w:r>
    </w:p>
    <w:p w14:paraId="2A4751CA" w14:textId="31DC3141" w:rsidR="00EC1D5C" w:rsidRPr="00EC1D5C" w:rsidRDefault="00EC1D5C" w:rsidP="000009CA">
      <w:pPr>
        <w:pStyle w:val="ListParagraph"/>
        <w:numPr>
          <w:ilvl w:val="0"/>
          <w:numId w:val="236"/>
        </w:numPr>
        <w:rPr>
          <w:lang w:val="en-GB"/>
        </w:rPr>
      </w:pPr>
      <w:r w:rsidRPr="00EC1D5C">
        <w:rPr>
          <w:lang w:val="en-GB"/>
        </w:rPr>
        <w:t>Employment</w:t>
      </w:r>
    </w:p>
    <w:p w14:paraId="0D19785F" w14:textId="77777777" w:rsidR="00EC1D5C" w:rsidRPr="00EC1D5C" w:rsidRDefault="00EC1D5C" w:rsidP="00EC1D5C">
      <w:pPr>
        <w:pStyle w:val="Heading2"/>
        <w:rPr>
          <w:lang w:val="en-GB"/>
        </w:rPr>
      </w:pPr>
      <w:r w:rsidRPr="00EC1D5C">
        <w:rPr>
          <w:lang w:val="en-GB"/>
        </w:rPr>
        <w:t>T Level Health: Supporting the Mental Health Nursing Team Level 3</w:t>
      </w:r>
    </w:p>
    <w:p w14:paraId="252B7AA7" w14:textId="77777777" w:rsidR="00EC1D5C" w:rsidRPr="00EC1D5C" w:rsidRDefault="00EC1D5C" w:rsidP="00EC1D5C">
      <w:pPr>
        <w:pStyle w:val="Heading3"/>
        <w:rPr>
          <w:lang w:val="en-GB"/>
        </w:rPr>
      </w:pPr>
      <w:r w:rsidRPr="00EC1D5C">
        <w:rPr>
          <w:lang w:val="en-GB"/>
        </w:rPr>
        <w:t>Entry Requirements</w:t>
      </w:r>
    </w:p>
    <w:p w14:paraId="100D1D9B" w14:textId="77777777" w:rsidR="00EC1D5C" w:rsidRPr="00EC1D5C" w:rsidRDefault="00EC1D5C" w:rsidP="000009CA">
      <w:pPr>
        <w:pStyle w:val="ListParagraph"/>
        <w:numPr>
          <w:ilvl w:val="0"/>
          <w:numId w:val="237"/>
        </w:numPr>
        <w:rPr>
          <w:lang w:val="en-GB"/>
        </w:rPr>
      </w:pPr>
      <w:r w:rsidRPr="00EC1D5C">
        <w:rPr>
          <w:lang w:val="en-GB"/>
        </w:rPr>
        <w:t>A grade 5 in English, Maths or Science in addition to four grade 4s</w:t>
      </w:r>
    </w:p>
    <w:p w14:paraId="62357AFB" w14:textId="77777777" w:rsidR="00EC1D5C" w:rsidRPr="00EC1D5C" w:rsidRDefault="00EC1D5C" w:rsidP="000009CA">
      <w:pPr>
        <w:pStyle w:val="ListParagraph"/>
        <w:numPr>
          <w:ilvl w:val="0"/>
          <w:numId w:val="237"/>
        </w:numPr>
        <w:rPr>
          <w:lang w:val="en-GB"/>
        </w:rPr>
      </w:pPr>
      <w:r w:rsidRPr="00EC1D5C">
        <w:rPr>
          <w:lang w:val="en-GB"/>
        </w:rPr>
        <w:t>You will also need to have a DBS check</w:t>
      </w:r>
    </w:p>
    <w:p w14:paraId="38BBC773" w14:textId="77777777" w:rsidR="00EC1D5C" w:rsidRPr="00EC1D5C" w:rsidRDefault="00EC1D5C" w:rsidP="00EC1D5C">
      <w:pPr>
        <w:pStyle w:val="Heading3"/>
        <w:rPr>
          <w:lang w:val="en-GB"/>
        </w:rPr>
      </w:pPr>
      <w:r w:rsidRPr="00EC1D5C">
        <w:rPr>
          <w:lang w:val="en-GB"/>
        </w:rPr>
        <w:t>Progression</w:t>
      </w:r>
    </w:p>
    <w:p w14:paraId="16DF5F92" w14:textId="77777777" w:rsidR="00EC1D5C" w:rsidRPr="00EC1D5C" w:rsidRDefault="00EC1D5C" w:rsidP="000009CA">
      <w:pPr>
        <w:pStyle w:val="ListParagraph"/>
        <w:numPr>
          <w:ilvl w:val="0"/>
          <w:numId w:val="238"/>
        </w:numPr>
        <w:rPr>
          <w:lang w:val="en-GB"/>
        </w:rPr>
      </w:pPr>
      <w:r w:rsidRPr="00EC1D5C">
        <w:rPr>
          <w:lang w:val="en-GB"/>
        </w:rPr>
        <w:t>Nursing degree or other health related course</w:t>
      </w:r>
    </w:p>
    <w:p w14:paraId="126220E2" w14:textId="77777777" w:rsidR="00EC1D5C" w:rsidRPr="00EC1D5C" w:rsidRDefault="00EC1D5C" w:rsidP="000009CA">
      <w:pPr>
        <w:pStyle w:val="ListParagraph"/>
        <w:numPr>
          <w:ilvl w:val="0"/>
          <w:numId w:val="238"/>
        </w:numPr>
        <w:rPr>
          <w:lang w:val="en-GB"/>
        </w:rPr>
      </w:pPr>
      <w:r w:rsidRPr="00EC1D5C">
        <w:rPr>
          <w:lang w:val="en-GB"/>
        </w:rPr>
        <w:t>Apprenticeship</w:t>
      </w:r>
    </w:p>
    <w:p w14:paraId="5071814A" w14:textId="7B2BD394" w:rsidR="00F07668" w:rsidRPr="000009CA" w:rsidRDefault="00EC1D5C" w:rsidP="000009CA">
      <w:pPr>
        <w:pStyle w:val="ListParagraph"/>
        <w:numPr>
          <w:ilvl w:val="0"/>
          <w:numId w:val="238"/>
        </w:numPr>
        <w:rPr>
          <w:lang w:val="en-GB"/>
        </w:rPr>
      </w:pPr>
      <w:r w:rsidRPr="00EC1D5C">
        <w:rPr>
          <w:lang w:val="en-GB"/>
        </w:rPr>
        <w:t>Employment</w:t>
      </w:r>
    </w:p>
    <w:p w14:paraId="183458C5" w14:textId="77777777" w:rsidR="000009CA" w:rsidRDefault="000009CA" w:rsidP="000009CA">
      <w:pPr>
        <w:pStyle w:val="Heading1"/>
        <w:rPr>
          <w:lang w:val="en-GB"/>
        </w:rPr>
      </w:pPr>
      <w:r>
        <w:rPr>
          <w:lang w:val="en-GB"/>
        </w:rPr>
        <w:t>Hospitality &amp; Catering</w:t>
      </w:r>
    </w:p>
    <w:p w14:paraId="2D8937D3" w14:textId="26170F7B" w:rsidR="000009CA" w:rsidRDefault="000009CA" w:rsidP="000009CA">
      <w:pPr>
        <w:rPr>
          <w:lang w:val="en-GB"/>
        </w:rPr>
      </w:pPr>
      <w:r w:rsidRPr="000009CA">
        <w:rPr>
          <w:lang w:val="en-GB"/>
        </w:rPr>
        <w:t>Hospitality is a global</w:t>
      </w:r>
      <w:r>
        <w:rPr>
          <w:lang w:val="en-GB"/>
        </w:rPr>
        <w:t xml:space="preserve"> </w:t>
      </w:r>
      <w:r w:rsidRPr="000009CA">
        <w:rPr>
          <w:lang w:val="en-GB"/>
        </w:rPr>
        <w:t>industry with endless</w:t>
      </w:r>
      <w:r>
        <w:rPr>
          <w:lang w:val="en-GB"/>
        </w:rPr>
        <w:t xml:space="preserve"> </w:t>
      </w:r>
      <w:r w:rsidRPr="000009CA">
        <w:rPr>
          <w:lang w:val="en-GB"/>
        </w:rPr>
        <w:t>opportunities. Whether</w:t>
      </w:r>
      <w:r>
        <w:rPr>
          <w:lang w:val="en-GB"/>
        </w:rPr>
        <w:t xml:space="preserve"> </w:t>
      </w:r>
      <w:r w:rsidRPr="000009CA">
        <w:rPr>
          <w:lang w:val="en-GB"/>
        </w:rPr>
        <w:t>your passion lies in the</w:t>
      </w:r>
      <w:r>
        <w:rPr>
          <w:lang w:val="en-GB"/>
        </w:rPr>
        <w:t xml:space="preserve"> </w:t>
      </w:r>
      <w:r w:rsidRPr="000009CA">
        <w:rPr>
          <w:lang w:val="en-GB"/>
        </w:rPr>
        <w:t>kitchen or front of house,</w:t>
      </w:r>
      <w:r>
        <w:rPr>
          <w:lang w:val="en-GB"/>
        </w:rPr>
        <w:t xml:space="preserve"> </w:t>
      </w:r>
      <w:r w:rsidRPr="000009CA">
        <w:rPr>
          <w:lang w:val="en-GB"/>
        </w:rPr>
        <w:t>you can learn how to turn</w:t>
      </w:r>
      <w:r>
        <w:rPr>
          <w:lang w:val="en-GB"/>
        </w:rPr>
        <w:t xml:space="preserve"> </w:t>
      </w:r>
      <w:r w:rsidRPr="000009CA">
        <w:rPr>
          <w:lang w:val="en-GB"/>
        </w:rPr>
        <w:t>that passion into a career</w:t>
      </w:r>
      <w:r>
        <w:rPr>
          <w:lang w:val="en-GB"/>
        </w:rPr>
        <w:t xml:space="preserve"> </w:t>
      </w:r>
      <w:r w:rsidRPr="000009CA">
        <w:rPr>
          <w:lang w:val="en-GB"/>
        </w:rPr>
        <w:t>at Kirklees College.</w:t>
      </w:r>
    </w:p>
    <w:p w14:paraId="342EB0F9" w14:textId="369D2CC7" w:rsidR="000009CA" w:rsidRDefault="000009CA" w:rsidP="000009CA">
      <w:pPr>
        <w:rPr>
          <w:lang w:val="en-GB"/>
        </w:rPr>
      </w:pPr>
      <w:r w:rsidRPr="000009CA">
        <w:rPr>
          <w:lang w:val="en-GB"/>
        </w:rPr>
        <w:lastRenderedPageBreak/>
        <w:t>With courses covering a range</w:t>
      </w:r>
      <w:r>
        <w:rPr>
          <w:lang w:val="en-GB"/>
        </w:rPr>
        <w:t xml:space="preserve"> </w:t>
      </w:r>
      <w:r w:rsidRPr="000009CA">
        <w:rPr>
          <w:lang w:val="en-GB"/>
        </w:rPr>
        <w:t>of culinary specialities and roles,</w:t>
      </w:r>
      <w:r>
        <w:rPr>
          <w:lang w:val="en-GB"/>
        </w:rPr>
        <w:t xml:space="preserve"> </w:t>
      </w:r>
      <w:r w:rsidRPr="000009CA">
        <w:rPr>
          <w:lang w:val="en-GB"/>
        </w:rPr>
        <w:t>you can dive straight into a</w:t>
      </w:r>
      <w:r>
        <w:rPr>
          <w:lang w:val="en-GB"/>
        </w:rPr>
        <w:t xml:space="preserve"> </w:t>
      </w:r>
      <w:r w:rsidRPr="000009CA">
        <w:rPr>
          <w:lang w:val="en-GB"/>
        </w:rPr>
        <w:t>course that interests you most.</w:t>
      </w:r>
      <w:r>
        <w:rPr>
          <w:lang w:val="en-GB"/>
        </w:rPr>
        <w:t xml:space="preserve"> </w:t>
      </w:r>
      <w:r w:rsidRPr="000009CA">
        <w:rPr>
          <w:lang w:val="en-GB"/>
        </w:rPr>
        <w:t>All courses are vocational and</w:t>
      </w:r>
      <w:r>
        <w:rPr>
          <w:lang w:val="en-GB"/>
        </w:rPr>
        <w:t xml:space="preserve"> </w:t>
      </w:r>
      <w:r w:rsidRPr="000009CA">
        <w:rPr>
          <w:lang w:val="en-GB"/>
        </w:rPr>
        <w:t>focus on making you ready for</w:t>
      </w:r>
      <w:r>
        <w:rPr>
          <w:lang w:val="en-GB"/>
        </w:rPr>
        <w:t xml:space="preserve"> </w:t>
      </w:r>
      <w:r w:rsidRPr="000009CA">
        <w:rPr>
          <w:lang w:val="en-GB"/>
        </w:rPr>
        <w:t>work, and as a student at Kirklees</w:t>
      </w:r>
      <w:r>
        <w:rPr>
          <w:lang w:val="en-GB"/>
        </w:rPr>
        <w:t xml:space="preserve"> </w:t>
      </w:r>
      <w:r w:rsidRPr="000009CA">
        <w:rPr>
          <w:lang w:val="en-GB"/>
        </w:rPr>
        <w:t>College, you will contribute to the</w:t>
      </w:r>
      <w:r>
        <w:rPr>
          <w:lang w:val="en-GB"/>
        </w:rPr>
        <w:t xml:space="preserve"> </w:t>
      </w:r>
      <w:r w:rsidRPr="000009CA">
        <w:rPr>
          <w:lang w:val="en-GB"/>
        </w:rPr>
        <w:t>running of our public restaurant,</w:t>
      </w:r>
      <w:r>
        <w:rPr>
          <w:lang w:val="en-GB"/>
        </w:rPr>
        <w:t xml:space="preserve"> </w:t>
      </w:r>
      <w:r w:rsidRPr="000009CA">
        <w:rPr>
          <w:lang w:val="en-GB"/>
        </w:rPr>
        <w:t>café and deli, Landings 72, at our</w:t>
      </w:r>
      <w:r>
        <w:rPr>
          <w:lang w:val="en-GB"/>
        </w:rPr>
        <w:t xml:space="preserve"> </w:t>
      </w:r>
      <w:r w:rsidRPr="000009CA">
        <w:rPr>
          <w:lang w:val="en-GB"/>
        </w:rPr>
        <w:t>Huddersfield Centre.</w:t>
      </w:r>
    </w:p>
    <w:p w14:paraId="0E42EEEC" w14:textId="624140C0" w:rsidR="000009CA" w:rsidRPr="000009CA" w:rsidRDefault="000009CA" w:rsidP="000009CA">
      <w:pPr>
        <w:pStyle w:val="Heading2"/>
        <w:rPr>
          <w:lang w:val="en-GB"/>
        </w:rPr>
      </w:pPr>
      <w:r>
        <w:rPr>
          <w:lang w:val="en-GB"/>
        </w:rPr>
        <w:t>Average Salaries</w:t>
      </w:r>
    </w:p>
    <w:p w14:paraId="21717E60" w14:textId="2378195B" w:rsidR="000009CA" w:rsidRPr="000009CA" w:rsidRDefault="000009CA" w:rsidP="000009CA">
      <w:pPr>
        <w:rPr>
          <w:lang w:val="en-GB"/>
        </w:rPr>
      </w:pPr>
      <w:r w:rsidRPr="000009CA">
        <w:rPr>
          <w:lang w:val="en-GB"/>
        </w:rPr>
        <w:t>£31,690</w:t>
      </w:r>
      <w:r>
        <w:rPr>
          <w:lang w:val="en-GB"/>
        </w:rPr>
        <w:t xml:space="preserve"> </w:t>
      </w:r>
      <w:r w:rsidRPr="000009CA">
        <w:rPr>
          <w:lang w:val="en-GB"/>
        </w:rPr>
        <w:t>Restaurant Managers</w:t>
      </w:r>
    </w:p>
    <w:p w14:paraId="0B4DECB8" w14:textId="0A7E92AF" w:rsidR="000009CA" w:rsidRPr="000009CA" w:rsidRDefault="000009CA" w:rsidP="000009CA">
      <w:pPr>
        <w:rPr>
          <w:lang w:val="en-GB"/>
        </w:rPr>
      </w:pPr>
      <w:r w:rsidRPr="000009CA">
        <w:rPr>
          <w:lang w:val="en-GB"/>
        </w:rPr>
        <w:t>£30,010</w:t>
      </w:r>
      <w:r>
        <w:rPr>
          <w:lang w:val="en-GB"/>
        </w:rPr>
        <w:t xml:space="preserve"> </w:t>
      </w:r>
      <w:r w:rsidRPr="000009CA">
        <w:rPr>
          <w:lang w:val="en-GB"/>
        </w:rPr>
        <w:t>Chefs</w:t>
      </w:r>
    </w:p>
    <w:p w14:paraId="0DCD4DF5" w14:textId="2A95F342" w:rsidR="000009CA" w:rsidRDefault="000009CA" w:rsidP="000009CA">
      <w:pPr>
        <w:rPr>
          <w:lang w:val="en-GB"/>
        </w:rPr>
      </w:pPr>
      <w:r w:rsidRPr="000009CA">
        <w:rPr>
          <w:lang w:val="en-GB"/>
        </w:rPr>
        <w:t>£26,020</w:t>
      </w:r>
      <w:r>
        <w:rPr>
          <w:lang w:val="en-GB"/>
        </w:rPr>
        <w:t xml:space="preserve"> </w:t>
      </w:r>
      <w:r w:rsidRPr="000009CA">
        <w:rPr>
          <w:lang w:val="en-GB"/>
        </w:rPr>
        <w:t>Bar and Catering</w:t>
      </w:r>
      <w:r>
        <w:rPr>
          <w:lang w:val="en-GB"/>
        </w:rPr>
        <w:t xml:space="preserve"> </w:t>
      </w:r>
      <w:r w:rsidRPr="000009CA">
        <w:rPr>
          <w:lang w:val="en-GB"/>
        </w:rPr>
        <w:t>Supervisors</w:t>
      </w:r>
    </w:p>
    <w:p w14:paraId="3F4FC942" w14:textId="309A88E6" w:rsidR="000009CA" w:rsidRPr="00F07668" w:rsidRDefault="000009CA" w:rsidP="000009CA">
      <w:pPr>
        <w:pStyle w:val="Heading2"/>
        <w:rPr>
          <w:lang w:val="en-GB"/>
        </w:rPr>
      </w:pPr>
      <w:r>
        <w:rPr>
          <w:lang w:val="en-GB"/>
        </w:rPr>
        <w:t>Case Study</w:t>
      </w:r>
    </w:p>
    <w:p w14:paraId="56C5453B" w14:textId="7FBB1BCA" w:rsidR="000009CA" w:rsidRDefault="000009CA" w:rsidP="000009CA">
      <w:pPr>
        <w:rPr>
          <w:lang w:val="en-GB"/>
        </w:rPr>
      </w:pPr>
      <w:r w:rsidRPr="000009CA">
        <w:rPr>
          <w:lang w:val="en-GB"/>
        </w:rPr>
        <w:t>“The tutors</w:t>
      </w:r>
      <w:r>
        <w:rPr>
          <w:lang w:val="en-GB"/>
        </w:rPr>
        <w:t xml:space="preserve"> </w:t>
      </w:r>
      <w:r w:rsidRPr="000009CA">
        <w:rPr>
          <w:lang w:val="en-GB"/>
        </w:rPr>
        <w:t>have been really supportive during my time</w:t>
      </w:r>
      <w:r>
        <w:rPr>
          <w:lang w:val="en-GB"/>
        </w:rPr>
        <w:t xml:space="preserve"> </w:t>
      </w:r>
      <w:r w:rsidRPr="000009CA">
        <w:rPr>
          <w:lang w:val="en-GB"/>
        </w:rPr>
        <w:t>at college.</w:t>
      </w:r>
      <w:r>
        <w:rPr>
          <w:lang w:val="en-GB"/>
        </w:rPr>
        <w:t>”</w:t>
      </w:r>
    </w:p>
    <w:p w14:paraId="4C8BDB53" w14:textId="77777777" w:rsidR="000009CA" w:rsidRPr="000009CA" w:rsidRDefault="000009CA" w:rsidP="000009CA">
      <w:pPr>
        <w:rPr>
          <w:lang w:val="en-GB"/>
        </w:rPr>
      </w:pPr>
      <w:r w:rsidRPr="000009CA">
        <w:rPr>
          <w:lang w:val="en-GB"/>
        </w:rPr>
        <w:t>Mel</w:t>
      </w:r>
    </w:p>
    <w:p w14:paraId="76EAFBEE" w14:textId="05D9034E" w:rsidR="000009CA" w:rsidRPr="000009CA" w:rsidRDefault="000009CA" w:rsidP="000009CA">
      <w:pPr>
        <w:rPr>
          <w:i/>
          <w:iCs/>
          <w:lang w:val="en-GB"/>
        </w:rPr>
      </w:pPr>
      <w:r w:rsidRPr="000009CA">
        <w:rPr>
          <w:i/>
          <w:iCs/>
          <w:lang w:val="en-GB"/>
        </w:rPr>
        <w:t>Level 3 Professional</w:t>
      </w:r>
      <w:r>
        <w:rPr>
          <w:i/>
          <w:iCs/>
          <w:lang w:val="en-GB"/>
        </w:rPr>
        <w:t xml:space="preserve"> </w:t>
      </w:r>
      <w:r w:rsidRPr="000009CA">
        <w:rPr>
          <w:i/>
          <w:iCs/>
          <w:lang w:val="en-GB"/>
        </w:rPr>
        <w:t>Cookery</w:t>
      </w:r>
    </w:p>
    <w:p w14:paraId="6DCF3B52" w14:textId="77777777" w:rsidR="000009CA" w:rsidRPr="000009CA" w:rsidRDefault="000009CA" w:rsidP="000009CA">
      <w:pPr>
        <w:pStyle w:val="Heading2"/>
        <w:rPr>
          <w:lang w:val="en-GB"/>
        </w:rPr>
      </w:pPr>
      <w:r w:rsidRPr="000009CA">
        <w:rPr>
          <w:lang w:val="en-GB"/>
        </w:rPr>
        <w:t>Introduction to Culinary Skills Level 1</w:t>
      </w:r>
    </w:p>
    <w:p w14:paraId="42239B18" w14:textId="77777777" w:rsidR="000009CA" w:rsidRPr="000009CA" w:rsidRDefault="000009CA" w:rsidP="000009CA">
      <w:pPr>
        <w:pStyle w:val="Heading3"/>
        <w:rPr>
          <w:lang w:val="en-GB"/>
        </w:rPr>
      </w:pPr>
      <w:r w:rsidRPr="000009CA">
        <w:rPr>
          <w:lang w:val="en-GB"/>
        </w:rPr>
        <w:t>Entry Requirements</w:t>
      </w:r>
    </w:p>
    <w:p w14:paraId="6B01CD8B" w14:textId="77777777" w:rsidR="000009CA" w:rsidRPr="000009CA" w:rsidRDefault="000009CA" w:rsidP="000009CA">
      <w:pPr>
        <w:rPr>
          <w:lang w:val="en-GB"/>
        </w:rPr>
      </w:pPr>
      <w:r w:rsidRPr="000009CA">
        <w:rPr>
          <w:lang w:val="en-GB"/>
        </w:rPr>
        <w:t>A minimum of four GCSEs with the following grades:</w:t>
      </w:r>
    </w:p>
    <w:p w14:paraId="3F3747EE" w14:textId="77777777" w:rsidR="000009CA" w:rsidRPr="000009CA" w:rsidRDefault="000009CA" w:rsidP="000009CA">
      <w:pPr>
        <w:pStyle w:val="ListParagraph"/>
        <w:numPr>
          <w:ilvl w:val="0"/>
          <w:numId w:val="244"/>
        </w:numPr>
        <w:rPr>
          <w:lang w:val="en-GB"/>
        </w:rPr>
      </w:pPr>
      <w:r w:rsidRPr="000009CA">
        <w:rPr>
          <w:lang w:val="en-GB"/>
        </w:rPr>
        <w:t>English at 2 or above</w:t>
      </w:r>
    </w:p>
    <w:p w14:paraId="46CF47CF" w14:textId="77777777" w:rsidR="000009CA" w:rsidRPr="000009CA" w:rsidRDefault="000009CA" w:rsidP="000009CA">
      <w:pPr>
        <w:pStyle w:val="ListParagraph"/>
        <w:numPr>
          <w:ilvl w:val="0"/>
          <w:numId w:val="244"/>
        </w:numPr>
        <w:rPr>
          <w:lang w:val="en-GB"/>
        </w:rPr>
      </w:pPr>
      <w:r w:rsidRPr="000009CA">
        <w:rPr>
          <w:lang w:val="en-GB"/>
        </w:rPr>
        <w:t>Maths at 1 or above</w:t>
      </w:r>
    </w:p>
    <w:p w14:paraId="19029B94" w14:textId="77777777" w:rsidR="000009CA" w:rsidRPr="000009CA" w:rsidRDefault="000009CA" w:rsidP="000009CA">
      <w:pPr>
        <w:pStyle w:val="ListParagraph"/>
        <w:numPr>
          <w:ilvl w:val="0"/>
          <w:numId w:val="244"/>
        </w:numPr>
        <w:rPr>
          <w:lang w:val="en-GB"/>
        </w:rPr>
      </w:pPr>
      <w:r w:rsidRPr="000009CA">
        <w:rPr>
          <w:lang w:val="en-GB"/>
        </w:rPr>
        <w:t>Two other GCSEs at 2 or above</w:t>
      </w:r>
    </w:p>
    <w:p w14:paraId="14174C44" w14:textId="77777777" w:rsidR="000009CA" w:rsidRPr="000009CA" w:rsidRDefault="000009CA" w:rsidP="000009CA">
      <w:pPr>
        <w:pStyle w:val="Heading3"/>
        <w:rPr>
          <w:lang w:val="en-GB"/>
        </w:rPr>
      </w:pPr>
      <w:r w:rsidRPr="000009CA">
        <w:rPr>
          <w:lang w:val="en-GB"/>
        </w:rPr>
        <w:t>Progression</w:t>
      </w:r>
    </w:p>
    <w:p w14:paraId="5CD59BD3" w14:textId="77777777" w:rsidR="000009CA" w:rsidRPr="000009CA" w:rsidRDefault="000009CA" w:rsidP="000009CA">
      <w:pPr>
        <w:pStyle w:val="ListParagraph"/>
        <w:numPr>
          <w:ilvl w:val="0"/>
          <w:numId w:val="245"/>
        </w:numPr>
        <w:rPr>
          <w:lang w:val="en-GB"/>
        </w:rPr>
      </w:pPr>
      <w:r w:rsidRPr="000009CA">
        <w:rPr>
          <w:lang w:val="en-GB"/>
        </w:rPr>
        <w:t>Professional Cookery NVQ Level 2</w:t>
      </w:r>
    </w:p>
    <w:p w14:paraId="54E8C8A5" w14:textId="107C0BA9" w:rsidR="000009CA" w:rsidRPr="000009CA" w:rsidRDefault="000009CA" w:rsidP="000009CA">
      <w:pPr>
        <w:pStyle w:val="ListParagraph"/>
        <w:numPr>
          <w:ilvl w:val="0"/>
          <w:numId w:val="245"/>
        </w:numPr>
        <w:rPr>
          <w:lang w:val="en-GB"/>
        </w:rPr>
      </w:pPr>
      <w:r w:rsidRPr="000009CA">
        <w:rPr>
          <w:lang w:val="en-GB"/>
        </w:rPr>
        <w:t>Apprenticeship</w:t>
      </w:r>
    </w:p>
    <w:p w14:paraId="01664753" w14:textId="77777777" w:rsidR="000009CA" w:rsidRPr="000009CA" w:rsidRDefault="000009CA" w:rsidP="000009CA">
      <w:pPr>
        <w:pStyle w:val="Heading2"/>
        <w:rPr>
          <w:lang w:val="en-GB"/>
        </w:rPr>
      </w:pPr>
      <w:r w:rsidRPr="000009CA">
        <w:rPr>
          <w:lang w:val="en-GB"/>
        </w:rPr>
        <w:t>Professional Cookery NVQ Level 2</w:t>
      </w:r>
    </w:p>
    <w:p w14:paraId="4BCAE569" w14:textId="77777777" w:rsidR="000009CA" w:rsidRPr="000009CA" w:rsidRDefault="000009CA" w:rsidP="000009CA">
      <w:pPr>
        <w:pStyle w:val="Heading3"/>
        <w:rPr>
          <w:lang w:val="en-GB"/>
        </w:rPr>
      </w:pPr>
      <w:r w:rsidRPr="000009CA">
        <w:rPr>
          <w:lang w:val="en-GB"/>
        </w:rPr>
        <w:t>Entry Requirements</w:t>
      </w:r>
    </w:p>
    <w:p w14:paraId="41CFD812" w14:textId="77777777" w:rsidR="000009CA" w:rsidRPr="000009CA" w:rsidRDefault="000009CA" w:rsidP="000009CA">
      <w:pPr>
        <w:pStyle w:val="ListParagraph"/>
        <w:numPr>
          <w:ilvl w:val="0"/>
          <w:numId w:val="246"/>
        </w:numPr>
        <w:rPr>
          <w:lang w:val="en-GB"/>
        </w:rPr>
      </w:pPr>
      <w:r w:rsidRPr="000009CA">
        <w:rPr>
          <w:lang w:val="en-GB"/>
        </w:rPr>
        <w:t>A relevant Level 1 qualification and GCSE English and Maths at grade 4 or above.</w:t>
      </w:r>
    </w:p>
    <w:p w14:paraId="5DA0F132" w14:textId="77777777" w:rsidR="000009CA" w:rsidRPr="000009CA" w:rsidRDefault="000009CA" w:rsidP="000009CA">
      <w:pPr>
        <w:pStyle w:val="Heading3"/>
        <w:rPr>
          <w:lang w:val="en-GB"/>
        </w:rPr>
      </w:pPr>
      <w:r w:rsidRPr="000009CA">
        <w:rPr>
          <w:lang w:val="en-GB"/>
        </w:rPr>
        <w:t>Progression</w:t>
      </w:r>
    </w:p>
    <w:p w14:paraId="0251F006" w14:textId="77777777" w:rsidR="000009CA" w:rsidRPr="000009CA" w:rsidRDefault="000009CA" w:rsidP="000009CA">
      <w:pPr>
        <w:pStyle w:val="ListParagraph"/>
        <w:numPr>
          <w:ilvl w:val="0"/>
          <w:numId w:val="246"/>
        </w:numPr>
        <w:rPr>
          <w:lang w:val="en-GB"/>
        </w:rPr>
      </w:pPr>
      <w:r w:rsidRPr="000009CA">
        <w:rPr>
          <w:lang w:val="en-GB"/>
        </w:rPr>
        <w:t>NVQ in Professional Cookery Level 3</w:t>
      </w:r>
    </w:p>
    <w:p w14:paraId="1C71B607" w14:textId="77777777" w:rsidR="000009CA" w:rsidRPr="000009CA" w:rsidRDefault="000009CA" w:rsidP="000009CA">
      <w:pPr>
        <w:pStyle w:val="ListParagraph"/>
        <w:numPr>
          <w:ilvl w:val="0"/>
          <w:numId w:val="246"/>
        </w:numPr>
        <w:rPr>
          <w:lang w:val="en-GB"/>
        </w:rPr>
      </w:pPr>
      <w:r w:rsidRPr="000009CA">
        <w:rPr>
          <w:lang w:val="en-GB"/>
        </w:rPr>
        <w:t>Employment</w:t>
      </w:r>
    </w:p>
    <w:p w14:paraId="0D54A16F" w14:textId="203247E9" w:rsidR="000009CA" w:rsidRPr="000009CA" w:rsidRDefault="000009CA" w:rsidP="000009CA">
      <w:pPr>
        <w:pStyle w:val="ListParagraph"/>
        <w:numPr>
          <w:ilvl w:val="0"/>
          <w:numId w:val="246"/>
        </w:numPr>
        <w:rPr>
          <w:lang w:val="en-GB"/>
        </w:rPr>
      </w:pPr>
      <w:r w:rsidRPr="000009CA">
        <w:rPr>
          <w:lang w:val="en-GB"/>
        </w:rPr>
        <w:t>Level 3 apprenticeship</w:t>
      </w:r>
    </w:p>
    <w:p w14:paraId="02C1CF0F" w14:textId="77777777" w:rsidR="000009CA" w:rsidRPr="000009CA" w:rsidRDefault="000009CA" w:rsidP="000009CA">
      <w:pPr>
        <w:pStyle w:val="Heading2"/>
        <w:rPr>
          <w:lang w:val="en-GB"/>
        </w:rPr>
      </w:pPr>
      <w:r w:rsidRPr="000009CA">
        <w:rPr>
          <w:lang w:val="en-GB"/>
        </w:rPr>
        <w:t>NVQ in Professional Cookery Level 3</w:t>
      </w:r>
    </w:p>
    <w:p w14:paraId="60311A9C" w14:textId="77777777" w:rsidR="000009CA" w:rsidRPr="000009CA" w:rsidRDefault="000009CA" w:rsidP="000009CA">
      <w:pPr>
        <w:pStyle w:val="Heading3"/>
        <w:rPr>
          <w:lang w:val="en-GB"/>
        </w:rPr>
      </w:pPr>
      <w:r w:rsidRPr="000009CA">
        <w:rPr>
          <w:lang w:val="en-GB"/>
        </w:rPr>
        <w:t>Entry Requirements</w:t>
      </w:r>
    </w:p>
    <w:p w14:paraId="56D6BA4D" w14:textId="77777777" w:rsidR="000009CA" w:rsidRPr="000009CA" w:rsidRDefault="000009CA" w:rsidP="000009CA">
      <w:pPr>
        <w:numPr>
          <w:ilvl w:val="0"/>
          <w:numId w:val="239"/>
        </w:numPr>
        <w:rPr>
          <w:lang w:val="en-GB"/>
        </w:rPr>
      </w:pPr>
      <w:r w:rsidRPr="000009CA">
        <w:rPr>
          <w:lang w:val="en-GB"/>
        </w:rPr>
        <w:t>A minimum of GCSE Maths and English at grade 3 or above and a Level 2 relevant vocational qualification.</w:t>
      </w:r>
    </w:p>
    <w:p w14:paraId="06B5EE79" w14:textId="77777777" w:rsidR="000009CA" w:rsidRPr="000009CA" w:rsidRDefault="000009CA" w:rsidP="000009CA">
      <w:pPr>
        <w:pStyle w:val="Heading3"/>
        <w:rPr>
          <w:lang w:val="en-GB"/>
        </w:rPr>
      </w:pPr>
      <w:r w:rsidRPr="000009CA">
        <w:rPr>
          <w:lang w:val="en-GB"/>
        </w:rPr>
        <w:lastRenderedPageBreak/>
        <w:t>Progression</w:t>
      </w:r>
    </w:p>
    <w:p w14:paraId="0C8A4AE9" w14:textId="77777777" w:rsidR="000009CA" w:rsidRPr="000009CA" w:rsidRDefault="000009CA" w:rsidP="000009CA">
      <w:pPr>
        <w:pStyle w:val="ListParagraph"/>
        <w:numPr>
          <w:ilvl w:val="0"/>
          <w:numId w:val="239"/>
        </w:numPr>
        <w:rPr>
          <w:lang w:val="en-GB"/>
        </w:rPr>
      </w:pPr>
      <w:r w:rsidRPr="000009CA">
        <w:rPr>
          <w:lang w:val="en-GB"/>
        </w:rPr>
        <w:t>Higher level study</w:t>
      </w:r>
    </w:p>
    <w:p w14:paraId="36FED4CB" w14:textId="7EAA4287" w:rsidR="000009CA" w:rsidRPr="000009CA" w:rsidRDefault="000009CA" w:rsidP="000009CA">
      <w:pPr>
        <w:pStyle w:val="ListParagraph"/>
        <w:numPr>
          <w:ilvl w:val="0"/>
          <w:numId w:val="239"/>
        </w:numPr>
        <w:rPr>
          <w:lang w:val="en-GB"/>
        </w:rPr>
      </w:pPr>
      <w:r w:rsidRPr="000009CA">
        <w:rPr>
          <w:lang w:val="en-GB"/>
        </w:rPr>
        <w:t>Employment</w:t>
      </w:r>
    </w:p>
    <w:p w14:paraId="69363B59" w14:textId="77777777" w:rsidR="000009CA" w:rsidRPr="000009CA" w:rsidRDefault="000009CA" w:rsidP="000009CA">
      <w:pPr>
        <w:pStyle w:val="Heading2"/>
        <w:rPr>
          <w:lang w:val="en-GB"/>
        </w:rPr>
      </w:pPr>
      <w:r w:rsidRPr="000009CA">
        <w:rPr>
          <w:lang w:val="en-GB"/>
        </w:rPr>
        <w:t>Professional Patisserie and Confectionary Level 3</w:t>
      </w:r>
    </w:p>
    <w:p w14:paraId="608FA9BC" w14:textId="77777777" w:rsidR="000009CA" w:rsidRPr="000009CA" w:rsidRDefault="000009CA" w:rsidP="000009CA">
      <w:pPr>
        <w:pStyle w:val="Heading3"/>
        <w:rPr>
          <w:lang w:val="en-GB"/>
        </w:rPr>
      </w:pPr>
      <w:r w:rsidRPr="000009CA">
        <w:rPr>
          <w:lang w:val="en-GB"/>
        </w:rPr>
        <w:t>Entry Requirements</w:t>
      </w:r>
    </w:p>
    <w:p w14:paraId="026F7A6D" w14:textId="77777777" w:rsidR="000009CA" w:rsidRPr="000009CA" w:rsidRDefault="000009CA" w:rsidP="000009CA">
      <w:pPr>
        <w:numPr>
          <w:ilvl w:val="0"/>
          <w:numId w:val="240"/>
        </w:numPr>
        <w:rPr>
          <w:lang w:val="en-GB"/>
        </w:rPr>
      </w:pPr>
      <w:r w:rsidRPr="000009CA">
        <w:rPr>
          <w:lang w:val="en-GB"/>
        </w:rPr>
        <w:t>Level 2 Patisserie qualification or relevant industry experience.</w:t>
      </w:r>
    </w:p>
    <w:p w14:paraId="09B85502" w14:textId="77777777" w:rsidR="000009CA" w:rsidRPr="000009CA" w:rsidRDefault="000009CA" w:rsidP="000009CA">
      <w:pPr>
        <w:pStyle w:val="Heading3"/>
        <w:rPr>
          <w:lang w:val="en-GB"/>
        </w:rPr>
      </w:pPr>
      <w:r w:rsidRPr="000009CA">
        <w:rPr>
          <w:lang w:val="en-GB"/>
        </w:rPr>
        <w:t>Progression</w:t>
      </w:r>
    </w:p>
    <w:p w14:paraId="00B6ABA5" w14:textId="2B21022F" w:rsidR="000009CA" w:rsidRPr="000009CA" w:rsidRDefault="000009CA" w:rsidP="000009CA">
      <w:pPr>
        <w:numPr>
          <w:ilvl w:val="0"/>
          <w:numId w:val="241"/>
        </w:numPr>
        <w:rPr>
          <w:lang w:val="en-GB"/>
        </w:rPr>
      </w:pPr>
      <w:r w:rsidRPr="000009CA">
        <w:rPr>
          <w:lang w:val="en-GB"/>
        </w:rPr>
        <w:t>Employment</w:t>
      </w:r>
    </w:p>
    <w:p w14:paraId="7AE396E7" w14:textId="77777777" w:rsidR="000009CA" w:rsidRPr="000009CA" w:rsidRDefault="000009CA" w:rsidP="000009CA">
      <w:pPr>
        <w:pStyle w:val="Heading2"/>
        <w:rPr>
          <w:lang w:val="en-GB"/>
        </w:rPr>
      </w:pPr>
      <w:r w:rsidRPr="000009CA">
        <w:rPr>
          <w:lang w:val="en-GB"/>
        </w:rPr>
        <w:t>Hospitality Team Member Apprenticeship Level 2</w:t>
      </w:r>
    </w:p>
    <w:p w14:paraId="08212471" w14:textId="77777777" w:rsidR="000009CA" w:rsidRPr="000009CA" w:rsidRDefault="000009CA" w:rsidP="000009CA">
      <w:pPr>
        <w:pStyle w:val="Heading3"/>
        <w:rPr>
          <w:lang w:val="en-GB"/>
        </w:rPr>
      </w:pPr>
      <w:r w:rsidRPr="000009CA">
        <w:rPr>
          <w:lang w:val="en-GB"/>
        </w:rPr>
        <w:t>Entry Requirements</w:t>
      </w:r>
    </w:p>
    <w:p w14:paraId="7A7FC01D" w14:textId="77777777" w:rsidR="000009CA" w:rsidRPr="000009CA" w:rsidRDefault="000009CA" w:rsidP="000009CA">
      <w:pPr>
        <w:pStyle w:val="ListParagraph"/>
        <w:numPr>
          <w:ilvl w:val="0"/>
          <w:numId w:val="241"/>
        </w:numPr>
        <w:rPr>
          <w:lang w:val="en-GB"/>
        </w:rPr>
      </w:pPr>
      <w:r w:rsidRPr="000009CA">
        <w:rPr>
          <w:lang w:val="en-GB"/>
        </w:rPr>
        <w:t>GCSE English and Maths grade 3 or above.</w:t>
      </w:r>
    </w:p>
    <w:p w14:paraId="11FA1A2A" w14:textId="31443448" w:rsidR="000009CA" w:rsidRPr="000009CA" w:rsidRDefault="000009CA" w:rsidP="000009CA">
      <w:pPr>
        <w:pStyle w:val="ListParagraph"/>
        <w:numPr>
          <w:ilvl w:val="0"/>
          <w:numId w:val="241"/>
        </w:numPr>
        <w:rPr>
          <w:lang w:val="en-GB"/>
        </w:rPr>
      </w:pPr>
      <w:r w:rsidRPr="000009CA">
        <w:rPr>
          <w:lang w:val="en-GB"/>
        </w:rPr>
        <w:t>To start your apprenticeship</w:t>
      </w:r>
      <w:r>
        <w:rPr>
          <w:lang w:val="en-GB"/>
        </w:rPr>
        <w:t xml:space="preserve">, </w:t>
      </w:r>
      <w:r w:rsidRPr="000009CA">
        <w:rPr>
          <w:lang w:val="en-GB"/>
        </w:rPr>
        <w:t>you must have secured employment that the college has agreed is suitable.</w:t>
      </w:r>
    </w:p>
    <w:p w14:paraId="42CA7A06" w14:textId="77777777" w:rsidR="000009CA" w:rsidRPr="000009CA" w:rsidRDefault="000009CA" w:rsidP="000009CA">
      <w:pPr>
        <w:pStyle w:val="Heading3"/>
        <w:rPr>
          <w:lang w:val="en-GB"/>
        </w:rPr>
      </w:pPr>
      <w:r w:rsidRPr="000009CA">
        <w:rPr>
          <w:lang w:val="en-GB"/>
        </w:rPr>
        <w:t>Progression</w:t>
      </w:r>
    </w:p>
    <w:p w14:paraId="6E6126EC" w14:textId="664C71E9" w:rsidR="000009CA" w:rsidRPr="000009CA" w:rsidRDefault="000009CA" w:rsidP="000009CA">
      <w:pPr>
        <w:numPr>
          <w:ilvl w:val="0"/>
          <w:numId w:val="242"/>
        </w:numPr>
        <w:rPr>
          <w:lang w:val="en-GB"/>
        </w:rPr>
      </w:pPr>
      <w:r w:rsidRPr="000009CA">
        <w:rPr>
          <w:lang w:val="en-GB"/>
        </w:rPr>
        <w:t>Employment</w:t>
      </w:r>
    </w:p>
    <w:p w14:paraId="201F287E" w14:textId="77777777" w:rsidR="000009CA" w:rsidRPr="000009CA" w:rsidRDefault="000009CA" w:rsidP="000009CA">
      <w:pPr>
        <w:pStyle w:val="Heading2"/>
        <w:rPr>
          <w:lang w:val="en-GB"/>
        </w:rPr>
      </w:pPr>
      <w:r w:rsidRPr="000009CA">
        <w:rPr>
          <w:lang w:val="en-GB"/>
        </w:rPr>
        <w:t>Commis Chef Apprenticeship Level 2</w:t>
      </w:r>
    </w:p>
    <w:p w14:paraId="66612DE2" w14:textId="77777777" w:rsidR="000009CA" w:rsidRPr="000009CA" w:rsidRDefault="000009CA" w:rsidP="000009CA">
      <w:pPr>
        <w:pStyle w:val="Heading3"/>
        <w:rPr>
          <w:lang w:val="en-GB"/>
        </w:rPr>
      </w:pPr>
      <w:r w:rsidRPr="000009CA">
        <w:rPr>
          <w:lang w:val="en-GB"/>
        </w:rPr>
        <w:t>Entry Requirements</w:t>
      </w:r>
    </w:p>
    <w:p w14:paraId="392A1536" w14:textId="77777777" w:rsidR="000009CA" w:rsidRPr="000009CA" w:rsidRDefault="000009CA" w:rsidP="000009CA">
      <w:pPr>
        <w:pStyle w:val="ListParagraph"/>
        <w:numPr>
          <w:ilvl w:val="0"/>
          <w:numId w:val="242"/>
        </w:numPr>
        <w:rPr>
          <w:lang w:val="en-GB"/>
        </w:rPr>
      </w:pPr>
      <w:r w:rsidRPr="000009CA">
        <w:rPr>
          <w:lang w:val="en-GB"/>
        </w:rPr>
        <w:t>GCSE English and Maths at grade 3 or above.</w:t>
      </w:r>
    </w:p>
    <w:p w14:paraId="1E7C97DA" w14:textId="656D20E8" w:rsidR="000009CA" w:rsidRPr="000009CA" w:rsidRDefault="000009CA" w:rsidP="000009CA">
      <w:pPr>
        <w:pStyle w:val="ListParagraph"/>
        <w:numPr>
          <w:ilvl w:val="0"/>
          <w:numId w:val="242"/>
        </w:numPr>
        <w:rPr>
          <w:lang w:val="en-GB"/>
        </w:rPr>
      </w:pPr>
      <w:r w:rsidRPr="000009CA">
        <w:rPr>
          <w:lang w:val="en-GB"/>
        </w:rPr>
        <w:t>To start your apprenticeship</w:t>
      </w:r>
      <w:r w:rsidRPr="000009CA">
        <w:rPr>
          <w:lang w:val="en-GB"/>
        </w:rPr>
        <w:t xml:space="preserve">, </w:t>
      </w:r>
      <w:r w:rsidRPr="000009CA">
        <w:rPr>
          <w:lang w:val="en-GB"/>
        </w:rPr>
        <w:t>you must have secured employment that the college has agreed is suitable.</w:t>
      </w:r>
    </w:p>
    <w:p w14:paraId="2CDA5ADE" w14:textId="77777777" w:rsidR="000009CA" w:rsidRPr="000009CA" w:rsidRDefault="000009CA" w:rsidP="000009CA">
      <w:pPr>
        <w:pStyle w:val="Heading3"/>
        <w:rPr>
          <w:lang w:val="en-GB"/>
        </w:rPr>
      </w:pPr>
      <w:r w:rsidRPr="000009CA">
        <w:rPr>
          <w:lang w:val="en-GB"/>
        </w:rPr>
        <w:t>Progression</w:t>
      </w:r>
    </w:p>
    <w:p w14:paraId="4FDCB3DD" w14:textId="77777777" w:rsidR="000009CA" w:rsidRPr="000009CA" w:rsidRDefault="000009CA" w:rsidP="000009CA">
      <w:pPr>
        <w:pStyle w:val="ListParagraph"/>
        <w:numPr>
          <w:ilvl w:val="0"/>
          <w:numId w:val="247"/>
        </w:numPr>
        <w:rPr>
          <w:lang w:val="en-GB"/>
        </w:rPr>
      </w:pPr>
      <w:r w:rsidRPr="000009CA">
        <w:rPr>
          <w:lang w:val="en-GB"/>
        </w:rPr>
        <w:t>Employment</w:t>
      </w:r>
    </w:p>
    <w:p w14:paraId="015185CA" w14:textId="570256AC" w:rsidR="000009CA" w:rsidRPr="000009CA" w:rsidRDefault="000009CA" w:rsidP="000009CA">
      <w:pPr>
        <w:pStyle w:val="ListParagraph"/>
        <w:numPr>
          <w:ilvl w:val="0"/>
          <w:numId w:val="247"/>
        </w:numPr>
        <w:rPr>
          <w:lang w:val="en-GB"/>
        </w:rPr>
      </w:pPr>
      <w:r w:rsidRPr="000009CA">
        <w:rPr>
          <w:lang w:val="en-GB"/>
        </w:rPr>
        <w:t xml:space="preserve">Chef De </w:t>
      </w:r>
      <w:proofErr w:type="spellStart"/>
      <w:r w:rsidRPr="000009CA">
        <w:rPr>
          <w:lang w:val="en-GB"/>
        </w:rPr>
        <w:t>Partie</w:t>
      </w:r>
      <w:proofErr w:type="spellEnd"/>
      <w:r w:rsidRPr="000009CA">
        <w:rPr>
          <w:lang w:val="en-GB"/>
        </w:rPr>
        <w:t xml:space="preserve"> apprenticeship Level 3</w:t>
      </w:r>
    </w:p>
    <w:p w14:paraId="2F864896" w14:textId="77777777" w:rsidR="000009CA" w:rsidRPr="000009CA" w:rsidRDefault="000009CA" w:rsidP="000009CA">
      <w:pPr>
        <w:pStyle w:val="Heading2"/>
        <w:rPr>
          <w:lang w:val="en-GB"/>
        </w:rPr>
      </w:pPr>
      <w:r w:rsidRPr="000009CA">
        <w:rPr>
          <w:lang w:val="en-GB"/>
        </w:rPr>
        <w:t>Production Chef Apprenticeship Level 2</w:t>
      </w:r>
    </w:p>
    <w:p w14:paraId="4D9B70CB" w14:textId="77777777" w:rsidR="000009CA" w:rsidRPr="000009CA" w:rsidRDefault="000009CA" w:rsidP="000009CA">
      <w:pPr>
        <w:pStyle w:val="Heading3"/>
        <w:rPr>
          <w:lang w:val="en-GB"/>
        </w:rPr>
      </w:pPr>
      <w:r w:rsidRPr="000009CA">
        <w:rPr>
          <w:lang w:val="en-GB"/>
        </w:rPr>
        <w:t>Entry Requirements</w:t>
      </w:r>
    </w:p>
    <w:p w14:paraId="5F42F9F8" w14:textId="77777777" w:rsidR="000009CA" w:rsidRPr="000009CA" w:rsidRDefault="000009CA" w:rsidP="000009CA">
      <w:pPr>
        <w:pStyle w:val="ListParagraph"/>
        <w:numPr>
          <w:ilvl w:val="0"/>
          <w:numId w:val="248"/>
        </w:numPr>
        <w:rPr>
          <w:lang w:val="en-GB"/>
        </w:rPr>
      </w:pPr>
      <w:r w:rsidRPr="000009CA">
        <w:rPr>
          <w:lang w:val="en-GB"/>
        </w:rPr>
        <w:t>GCSE English and Maths at grade 3 or above.</w:t>
      </w:r>
    </w:p>
    <w:p w14:paraId="277C7590" w14:textId="3B0AB617" w:rsidR="000009CA" w:rsidRPr="000009CA" w:rsidRDefault="000009CA" w:rsidP="000009CA">
      <w:pPr>
        <w:pStyle w:val="ListParagraph"/>
        <w:numPr>
          <w:ilvl w:val="0"/>
          <w:numId w:val="248"/>
        </w:numPr>
        <w:rPr>
          <w:lang w:val="en-GB"/>
        </w:rPr>
      </w:pPr>
      <w:r w:rsidRPr="000009CA">
        <w:rPr>
          <w:lang w:val="en-GB"/>
        </w:rPr>
        <w:t>To start your apprenticeship</w:t>
      </w:r>
      <w:r w:rsidRPr="000009CA">
        <w:rPr>
          <w:lang w:val="en-GB"/>
        </w:rPr>
        <w:t xml:space="preserve">, </w:t>
      </w:r>
      <w:r w:rsidRPr="000009CA">
        <w:rPr>
          <w:lang w:val="en-GB"/>
        </w:rPr>
        <w:t>you must have secured employment that the college has agreed is suitable.</w:t>
      </w:r>
    </w:p>
    <w:p w14:paraId="6CB6E050" w14:textId="77777777" w:rsidR="000009CA" w:rsidRPr="000009CA" w:rsidRDefault="000009CA" w:rsidP="000009CA">
      <w:pPr>
        <w:pStyle w:val="Heading3"/>
        <w:rPr>
          <w:lang w:val="en-GB"/>
        </w:rPr>
      </w:pPr>
      <w:r w:rsidRPr="000009CA">
        <w:rPr>
          <w:lang w:val="en-GB"/>
        </w:rPr>
        <w:t>Progression</w:t>
      </w:r>
    </w:p>
    <w:p w14:paraId="26A93725" w14:textId="56F9DB26" w:rsidR="000009CA" w:rsidRPr="000009CA" w:rsidRDefault="000009CA" w:rsidP="000009CA">
      <w:pPr>
        <w:numPr>
          <w:ilvl w:val="0"/>
          <w:numId w:val="243"/>
        </w:numPr>
        <w:rPr>
          <w:lang w:val="en-GB"/>
        </w:rPr>
      </w:pPr>
      <w:r w:rsidRPr="000009CA">
        <w:rPr>
          <w:lang w:val="en-GB"/>
        </w:rPr>
        <w:t>Employment</w:t>
      </w:r>
    </w:p>
    <w:p w14:paraId="44B55737" w14:textId="77777777" w:rsidR="000009CA" w:rsidRPr="000009CA" w:rsidRDefault="000009CA" w:rsidP="000009CA">
      <w:pPr>
        <w:pStyle w:val="Heading2"/>
        <w:rPr>
          <w:lang w:val="en-GB"/>
        </w:rPr>
      </w:pPr>
      <w:r w:rsidRPr="000009CA">
        <w:rPr>
          <w:lang w:val="en-GB"/>
        </w:rPr>
        <w:lastRenderedPageBreak/>
        <w:t xml:space="preserve">Chef De </w:t>
      </w:r>
      <w:proofErr w:type="spellStart"/>
      <w:r w:rsidRPr="000009CA">
        <w:rPr>
          <w:lang w:val="en-GB"/>
        </w:rPr>
        <w:t>Partie</w:t>
      </w:r>
      <w:proofErr w:type="spellEnd"/>
      <w:r w:rsidRPr="000009CA">
        <w:rPr>
          <w:lang w:val="en-GB"/>
        </w:rPr>
        <w:t xml:space="preserve"> Apprenticeship Level 3</w:t>
      </w:r>
    </w:p>
    <w:p w14:paraId="7BDFAB79" w14:textId="77777777" w:rsidR="000009CA" w:rsidRPr="000009CA" w:rsidRDefault="000009CA" w:rsidP="000009CA">
      <w:pPr>
        <w:pStyle w:val="Heading3"/>
        <w:rPr>
          <w:lang w:val="en-GB"/>
        </w:rPr>
      </w:pPr>
      <w:r w:rsidRPr="000009CA">
        <w:rPr>
          <w:lang w:val="en-GB"/>
        </w:rPr>
        <w:t>Entry Requirements</w:t>
      </w:r>
    </w:p>
    <w:p w14:paraId="4EC240A2" w14:textId="77777777" w:rsidR="000009CA" w:rsidRPr="000009CA" w:rsidRDefault="000009CA" w:rsidP="000009CA">
      <w:pPr>
        <w:pStyle w:val="ListParagraph"/>
        <w:numPr>
          <w:ilvl w:val="0"/>
          <w:numId w:val="243"/>
        </w:numPr>
        <w:rPr>
          <w:lang w:val="en-GB"/>
        </w:rPr>
      </w:pPr>
      <w:r w:rsidRPr="000009CA">
        <w:rPr>
          <w:lang w:val="en-GB"/>
        </w:rPr>
        <w:t>A relevant Level 2 qualification and GCSE English and Maths grade 3 or above.</w:t>
      </w:r>
    </w:p>
    <w:p w14:paraId="0D36747A" w14:textId="375958E7" w:rsidR="000009CA" w:rsidRPr="000009CA" w:rsidRDefault="000009CA" w:rsidP="000009CA">
      <w:pPr>
        <w:pStyle w:val="ListParagraph"/>
        <w:numPr>
          <w:ilvl w:val="0"/>
          <w:numId w:val="243"/>
        </w:numPr>
        <w:rPr>
          <w:lang w:val="en-GB"/>
        </w:rPr>
      </w:pPr>
      <w:r w:rsidRPr="000009CA">
        <w:rPr>
          <w:lang w:val="en-GB"/>
        </w:rPr>
        <w:t>To start your apprenticeship</w:t>
      </w:r>
      <w:r w:rsidRPr="000009CA">
        <w:rPr>
          <w:lang w:val="en-GB"/>
        </w:rPr>
        <w:t xml:space="preserve">, </w:t>
      </w:r>
      <w:r w:rsidRPr="000009CA">
        <w:rPr>
          <w:lang w:val="en-GB"/>
        </w:rPr>
        <w:t>you must have secured employment that the college has agreed is suitable.</w:t>
      </w:r>
    </w:p>
    <w:p w14:paraId="7D1F15D4" w14:textId="77777777" w:rsidR="000009CA" w:rsidRPr="000009CA" w:rsidRDefault="000009CA" w:rsidP="000009CA">
      <w:pPr>
        <w:pStyle w:val="Heading3"/>
        <w:rPr>
          <w:lang w:val="en-GB"/>
        </w:rPr>
      </w:pPr>
      <w:r w:rsidRPr="000009CA">
        <w:rPr>
          <w:lang w:val="en-GB"/>
        </w:rPr>
        <w:t>Progression</w:t>
      </w:r>
    </w:p>
    <w:p w14:paraId="2C9557FC" w14:textId="77777777" w:rsidR="000009CA" w:rsidRPr="000009CA" w:rsidRDefault="000009CA" w:rsidP="000009CA">
      <w:pPr>
        <w:pStyle w:val="ListParagraph"/>
        <w:numPr>
          <w:ilvl w:val="0"/>
          <w:numId w:val="249"/>
        </w:numPr>
        <w:rPr>
          <w:lang w:val="en-GB"/>
        </w:rPr>
      </w:pPr>
      <w:r w:rsidRPr="000009CA">
        <w:rPr>
          <w:lang w:val="en-GB"/>
        </w:rPr>
        <w:t>Hospitality Kitchen Management course</w:t>
      </w:r>
    </w:p>
    <w:p w14:paraId="785D1CA9" w14:textId="77777777" w:rsidR="000009CA" w:rsidRPr="000009CA" w:rsidRDefault="000009CA" w:rsidP="000009CA">
      <w:pPr>
        <w:pStyle w:val="ListParagraph"/>
        <w:numPr>
          <w:ilvl w:val="0"/>
          <w:numId w:val="249"/>
        </w:numPr>
        <w:rPr>
          <w:lang w:val="en-GB"/>
        </w:rPr>
      </w:pPr>
      <w:r w:rsidRPr="000009CA">
        <w:rPr>
          <w:lang w:val="en-GB"/>
        </w:rPr>
        <w:t>Employment</w:t>
      </w:r>
    </w:p>
    <w:p w14:paraId="1F4E0810" w14:textId="77777777" w:rsidR="00557E83" w:rsidRDefault="00557E83" w:rsidP="00122CE0">
      <w:pPr>
        <w:rPr>
          <w:lang w:val="en-GB"/>
        </w:rPr>
      </w:pPr>
    </w:p>
    <w:p w14:paraId="2B61B7D8" w14:textId="1FCCC2EF" w:rsidR="00A9119E" w:rsidRDefault="00A9119E" w:rsidP="00A9119E">
      <w:pPr>
        <w:pStyle w:val="Heading1"/>
        <w:rPr>
          <w:lang w:val="en-GB"/>
        </w:rPr>
      </w:pPr>
      <w:r w:rsidRPr="00A9119E">
        <w:rPr>
          <w:lang w:val="en-GB"/>
        </w:rPr>
        <w:t>Motor</w:t>
      </w:r>
      <w:r>
        <w:rPr>
          <w:lang w:val="en-GB"/>
        </w:rPr>
        <w:t xml:space="preserve"> </w:t>
      </w:r>
      <w:r w:rsidRPr="00A9119E">
        <w:rPr>
          <w:lang w:val="en-GB"/>
        </w:rPr>
        <w:t>Vehicle</w:t>
      </w:r>
    </w:p>
    <w:p w14:paraId="6A17987F" w14:textId="55007791" w:rsidR="00A9119E" w:rsidRDefault="00A9119E" w:rsidP="00A9119E">
      <w:pPr>
        <w:rPr>
          <w:lang w:val="en-GB"/>
        </w:rPr>
      </w:pPr>
      <w:r w:rsidRPr="00A9119E">
        <w:rPr>
          <w:lang w:val="en-GB"/>
        </w:rPr>
        <w:t>With the UK and wider world</w:t>
      </w:r>
      <w:r>
        <w:rPr>
          <w:lang w:val="en-GB"/>
        </w:rPr>
        <w:t xml:space="preserve"> </w:t>
      </w:r>
      <w:r w:rsidRPr="00A9119E">
        <w:rPr>
          <w:lang w:val="en-GB"/>
        </w:rPr>
        <w:t>moving towards more sustainable</w:t>
      </w:r>
      <w:r>
        <w:rPr>
          <w:lang w:val="en-GB"/>
        </w:rPr>
        <w:t xml:space="preserve"> </w:t>
      </w:r>
      <w:r w:rsidRPr="00A9119E">
        <w:rPr>
          <w:lang w:val="en-GB"/>
        </w:rPr>
        <w:t>car models, Kirklees College</w:t>
      </w:r>
      <w:r>
        <w:rPr>
          <w:lang w:val="en-GB"/>
        </w:rPr>
        <w:t xml:space="preserve"> </w:t>
      </w:r>
      <w:r w:rsidRPr="00A9119E">
        <w:rPr>
          <w:lang w:val="en-GB"/>
        </w:rPr>
        <w:t>has invested heavily in green</w:t>
      </w:r>
      <w:r>
        <w:rPr>
          <w:lang w:val="en-GB"/>
        </w:rPr>
        <w:t xml:space="preserve"> </w:t>
      </w:r>
      <w:r w:rsidRPr="00A9119E">
        <w:rPr>
          <w:lang w:val="en-GB"/>
        </w:rPr>
        <w:t>technology and advanced vehicle</w:t>
      </w:r>
      <w:r>
        <w:rPr>
          <w:lang w:val="en-GB"/>
        </w:rPr>
        <w:t xml:space="preserve"> </w:t>
      </w:r>
      <w:r w:rsidRPr="00A9119E">
        <w:rPr>
          <w:lang w:val="en-GB"/>
        </w:rPr>
        <w:t>systems.</w:t>
      </w:r>
    </w:p>
    <w:p w14:paraId="76E3AC7E" w14:textId="4C78D8AB" w:rsidR="00A9119E" w:rsidRDefault="00A9119E" w:rsidP="00A9119E">
      <w:pPr>
        <w:rPr>
          <w:lang w:val="en-GB"/>
        </w:rPr>
      </w:pPr>
      <w:r w:rsidRPr="00A9119E">
        <w:rPr>
          <w:lang w:val="en-GB"/>
        </w:rPr>
        <w:t>At our Engineering centre, alongside</w:t>
      </w:r>
      <w:r>
        <w:rPr>
          <w:lang w:val="en-GB"/>
        </w:rPr>
        <w:t xml:space="preserve"> </w:t>
      </w:r>
      <w:r w:rsidRPr="00A9119E">
        <w:rPr>
          <w:lang w:val="en-GB"/>
        </w:rPr>
        <w:t>other state-of-the-art equipment for</w:t>
      </w:r>
      <w:r>
        <w:rPr>
          <w:lang w:val="en-GB"/>
        </w:rPr>
        <w:t xml:space="preserve"> </w:t>
      </w:r>
      <w:r w:rsidRPr="00A9119E">
        <w:rPr>
          <w:lang w:val="en-GB"/>
        </w:rPr>
        <w:t>light and heavy vehicle maintenance,</w:t>
      </w:r>
      <w:r>
        <w:rPr>
          <w:lang w:val="en-GB"/>
        </w:rPr>
        <w:t xml:space="preserve"> </w:t>
      </w:r>
      <w:r w:rsidRPr="00A9119E">
        <w:rPr>
          <w:lang w:val="en-GB"/>
        </w:rPr>
        <w:t>you will find a range of model EV cars,</w:t>
      </w:r>
      <w:r>
        <w:rPr>
          <w:lang w:val="en-GB"/>
        </w:rPr>
        <w:t xml:space="preserve"> </w:t>
      </w:r>
      <w:r w:rsidRPr="00A9119E">
        <w:rPr>
          <w:lang w:val="en-GB"/>
        </w:rPr>
        <w:t>rigs and equipment that will bring your</w:t>
      </w:r>
      <w:r>
        <w:rPr>
          <w:lang w:val="en-GB"/>
        </w:rPr>
        <w:t xml:space="preserve"> </w:t>
      </w:r>
      <w:r w:rsidRPr="00A9119E">
        <w:rPr>
          <w:lang w:val="en-GB"/>
        </w:rPr>
        <w:t>learning of motor vehicles up to speed</w:t>
      </w:r>
      <w:r>
        <w:rPr>
          <w:lang w:val="en-GB"/>
        </w:rPr>
        <w:t xml:space="preserve"> </w:t>
      </w:r>
      <w:r w:rsidRPr="00A9119E">
        <w:rPr>
          <w:lang w:val="en-GB"/>
        </w:rPr>
        <w:t>with this evolving industry.</w:t>
      </w:r>
    </w:p>
    <w:p w14:paraId="17EB8282" w14:textId="08DE18D6" w:rsidR="00A9119E" w:rsidRDefault="00A9119E" w:rsidP="00A9119E">
      <w:pPr>
        <w:rPr>
          <w:lang w:val="en-GB"/>
        </w:rPr>
      </w:pPr>
      <w:r w:rsidRPr="00A9119E">
        <w:rPr>
          <w:lang w:val="en-GB"/>
        </w:rPr>
        <w:t>If you are joining the department at our</w:t>
      </w:r>
      <w:r>
        <w:rPr>
          <w:lang w:val="en-GB"/>
        </w:rPr>
        <w:t xml:space="preserve"> </w:t>
      </w:r>
      <w:r w:rsidRPr="00A9119E">
        <w:rPr>
          <w:lang w:val="en-GB"/>
        </w:rPr>
        <w:t>Springfield Sixth Form Centre, you will</w:t>
      </w:r>
      <w:r>
        <w:rPr>
          <w:lang w:val="en-GB"/>
        </w:rPr>
        <w:t xml:space="preserve"> </w:t>
      </w:r>
      <w:r w:rsidRPr="00A9119E">
        <w:rPr>
          <w:lang w:val="en-GB"/>
        </w:rPr>
        <w:t>also learn in a fully-functioning motor</w:t>
      </w:r>
      <w:r>
        <w:rPr>
          <w:lang w:val="en-GB"/>
        </w:rPr>
        <w:t xml:space="preserve"> </w:t>
      </w:r>
      <w:r w:rsidRPr="00A9119E">
        <w:rPr>
          <w:lang w:val="en-GB"/>
        </w:rPr>
        <w:t>vehicle workshop, and your course will</w:t>
      </w:r>
      <w:r>
        <w:rPr>
          <w:lang w:val="en-GB"/>
        </w:rPr>
        <w:t xml:space="preserve"> </w:t>
      </w:r>
      <w:r w:rsidRPr="00A9119E">
        <w:rPr>
          <w:lang w:val="en-GB"/>
        </w:rPr>
        <w:t>include work experience and work</w:t>
      </w:r>
      <w:r>
        <w:rPr>
          <w:lang w:val="en-GB"/>
        </w:rPr>
        <w:t>-</w:t>
      </w:r>
      <w:r w:rsidRPr="00A9119E">
        <w:rPr>
          <w:lang w:val="en-GB"/>
        </w:rPr>
        <w:t>based</w:t>
      </w:r>
      <w:r>
        <w:rPr>
          <w:lang w:val="en-GB"/>
        </w:rPr>
        <w:t xml:space="preserve"> </w:t>
      </w:r>
      <w:r w:rsidRPr="00A9119E">
        <w:rPr>
          <w:lang w:val="en-GB"/>
        </w:rPr>
        <w:t>activities, such as visits from local</w:t>
      </w:r>
      <w:r>
        <w:rPr>
          <w:lang w:val="en-GB"/>
        </w:rPr>
        <w:t xml:space="preserve"> </w:t>
      </w:r>
      <w:r w:rsidRPr="00A9119E">
        <w:rPr>
          <w:lang w:val="en-GB"/>
        </w:rPr>
        <w:t>businesses to enhance your practical</w:t>
      </w:r>
      <w:r>
        <w:rPr>
          <w:lang w:val="en-GB"/>
        </w:rPr>
        <w:t xml:space="preserve"> </w:t>
      </w:r>
      <w:r w:rsidRPr="00A9119E">
        <w:rPr>
          <w:lang w:val="en-GB"/>
        </w:rPr>
        <w:t>learning.</w:t>
      </w:r>
    </w:p>
    <w:p w14:paraId="7802A43E" w14:textId="203D9D2C" w:rsidR="00A9119E" w:rsidRDefault="00A9119E" w:rsidP="00A9119E">
      <w:pPr>
        <w:pStyle w:val="Heading2"/>
        <w:rPr>
          <w:lang w:val="en-GB"/>
        </w:rPr>
      </w:pPr>
      <w:r>
        <w:rPr>
          <w:lang w:val="en-GB"/>
        </w:rPr>
        <w:t>Average Salaries</w:t>
      </w:r>
    </w:p>
    <w:p w14:paraId="119B2827" w14:textId="3D00A970" w:rsidR="00DE6088" w:rsidRPr="00DE6088" w:rsidRDefault="00DE6088" w:rsidP="00DE6088">
      <w:pPr>
        <w:rPr>
          <w:lang w:val="en-GB"/>
        </w:rPr>
      </w:pPr>
      <w:r w:rsidRPr="00DE6088">
        <w:rPr>
          <w:lang w:val="en-GB"/>
        </w:rPr>
        <w:t>£45,010</w:t>
      </w:r>
      <w:r>
        <w:rPr>
          <w:lang w:val="en-GB"/>
        </w:rPr>
        <w:t xml:space="preserve"> </w:t>
      </w:r>
      <w:r w:rsidRPr="00DE6088">
        <w:rPr>
          <w:lang w:val="en-GB"/>
        </w:rPr>
        <w:t>Garage Managers</w:t>
      </w:r>
      <w:r>
        <w:rPr>
          <w:lang w:val="en-GB"/>
        </w:rPr>
        <w:t xml:space="preserve"> </w:t>
      </w:r>
      <w:r w:rsidRPr="00DE6088">
        <w:rPr>
          <w:lang w:val="en-GB"/>
        </w:rPr>
        <w:t>and Proprietors</w:t>
      </w:r>
    </w:p>
    <w:p w14:paraId="515A3AAC" w14:textId="6399D664" w:rsidR="00DE6088" w:rsidRPr="00DE6088" w:rsidRDefault="00DE6088" w:rsidP="00DE6088">
      <w:pPr>
        <w:rPr>
          <w:lang w:val="en-GB"/>
        </w:rPr>
      </w:pPr>
      <w:r w:rsidRPr="00DE6088">
        <w:rPr>
          <w:lang w:val="en-GB"/>
        </w:rPr>
        <w:t>£37,460</w:t>
      </w:r>
      <w:r>
        <w:rPr>
          <w:lang w:val="en-GB"/>
        </w:rPr>
        <w:t xml:space="preserve"> </w:t>
      </w:r>
      <w:r w:rsidRPr="00DE6088">
        <w:rPr>
          <w:lang w:val="en-GB"/>
        </w:rPr>
        <w:t>Vehicle Technicians,</w:t>
      </w:r>
      <w:r>
        <w:rPr>
          <w:lang w:val="en-GB"/>
        </w:rPr>
        <w:t xml:space="preserve"> </w:t>
      </w:r>
      <w:r w:rsidRPr="00DE6088">
        <w:rPr>
          <w:lang w:val="en-GB"/>
        </w:rPr>
        <w:t>Mechanics and</w:t>
      </w:r>
      <w:r>
        <w:rPr>
          <w:lang w:val="en-GB"/>
        </w:rPr>
        <w:t xml:space="preserve"> </w:t>
      </w:r>
      <w:r w:rsidRPr="00DE6088">
        <w:rPr>
          <w:lang w:val="en-GB"/>
        </w:rPr>
        <w:t>Electricians</w:t>
      </w:r>
    </w:p>
    <w:p w14:paraId="51C5D3AA" w14:textId="09084CC9" w:rsidR="00A9119E" w:rsidRDefault="00DE6088" w:rsidP="00DE6088">
      <w:pPr>
        <w:rPr>
          <w:lang w:val="en-GB"/>
        </w:rPr>
      </w:pPr>
      <w:r w:rsidRPr="00DE6088">
        <w:rPr>
          <w:lang w:val="en-GB"/>
        </w:rPr>
        <w:t>£31,920</w:t>
      </w:r>
      <w:r>
        <w:rPr>
          <w:lang w:val="en-GB"/>
        </w:rPr>
        <w:t xml:space="preserve"> </w:t>
      </w:r>
      <w:r w:rsidRPr="00DE6088">
        <w:rPr>
          <w:lang w:val="en-GB"/>
        </w:rPr>
        <w:t>Assemblers</w:t>
      </w:r>
    </w:p>
    <w:p w14:paraId="1EDF4BAD" w14:textId="1870D835" w:rsidR="00DE6088" w:rsidRDefault="00DE6088" w:rsidP="00DE6088">
      <w:pPr>
        <w:pStyle w:val="Heading2"/>
        <w:rPr>
          <w:lang w:val="en-GB"/>
        </w:rPr>
      </w:pPr>
      <w:r>
        <w:rPr>
          <w:lang w:val="en-GB"/>
        </w:rPr>
        <w:t>Case Study</w:t>
      </w:r>
    </w:p>
    <w:p w14:paraId="436C48A2" w14:textId="6597E9C2" w:rsidR="00DE6088" w:rsidRDefault="00DE6088" w:rsidP="00DE6088">
      <w:pPr>
        <w:rPr>
          <w:lang w:val="en-GB"/>
        </w:rPr>
      </w:pPr>
      <w:r w:rsidRPr="00DE6088">
        <w:rPr>
          <w:lang w:val="en-GB"/>
        </w:rPr>
        <w:t>“The course has</w:t>
      </w:r>
      <w:r>
        <w:rPr>
          <w:lang w:val="en-GB"/>
        </w:rPr>
        <w:t xml:space="preserve"> </w:t>
      </w:r>
      <w:r w:rsidRPr="00DE6088">
        <w:rPr>
          <w:lang w:val="en-GB"/>
        </w:rPr>
        <w:t>been great. I</w:t>
      </w:r>
      <w:r>
        <w:rPr>
          <w:lang w:val="en-GB"/>
        </w:rPr>
        <w:t xml:space="preserve"> </w:t>
      </w:r>
      <w:r w:rsidRPr="00DE6088">
        <w:rPr>
          <w:lang w:val="en-GB"/>
        </w:rPr>
        <w:t>have enjoyed the</w:t>
      </w:r>
      <w:r>
        <w:rPr>
          <w:lang w:val="en-GB"/>
        </w:rPr>
        <w:t xml:space="preserve"> </w:t>
      </w:r>
      <w:r w:rsidRPr="00DE6088">
        <w:rPr>
          <w:lang w:val="en-GB"/>
        </w:rPr>
        <w:t>practical activities,</w:t>
      </w:r>
      <w:r>
        <w:rPr>
          <w:lang w:val="en-GB"/>
        </w:rPr>
        <w:t xml:space="preserve"> </w:t>
      </w:r>
      <w:r w:rsidRPr="00DE6088">
        <w:rPr>
          <w:lang w:val="en-GB"/>
        </w:rPr>
        <w:t>and the staff</w:t>
      </w:r>
      <w:r>
        <w:rPr>
          <w:lang w:val="en-GB"/>
        </w:rPr>
        <w:t xml:space="preserve"> </w:t>
      </w:r>
      <w:r w:rsidRPr="00DE6088">
        <w:rPr>
          <w:lang w:val="en-GB"/>
        </w:rPr>
        <w:t>are always really</w:t>
      </w:r>
      <w:r>
        <w:rPr>
          <w:lang w:val="en-GB"/>
        </w:rPr>
        <w:t xml:space="preserve"> </w:t>
      </w:r>
      <w:r w:rsidRPr="00DE6088">
        <w:rPr>
          <w:lang w:val="en-GB"/>
        </w:rPr>
        <w:t>helpful.”</w:t>
      </w:r>
    </w:p>
    <w:p w14:paraId="31BBD3EE" w14:textId="77777777" w:rsidR="00DE6088" w:rsidRPr="00DE6088" w:rsidRDefault="00DE6088" w:rsidP="00DE6088">
      <w:pPr>
        <w:rPr>
          <w:lang w:val="en-GB"/>
        </w:rPr>
      </w:pPr>
      <w:r w:rsidRPr="00DE6088">
        <w:rPr>
          <w:lang w:val="en-GB"/>
        </w:rPr>
        <w:t>Zohaib</w:t>
      </w:r>
    </w:p>
    <w:p w14:paraId="5578DCE4" w14:textId="2E59F74B" w:rsidR="00A9119E" w:rsidRDefault="00DE6088" w:rsidP="00122CE0">
      <w:pPr>
        <w:rPr>
          <w:lang w:val="en-GB"/>
        </w:rPr>
      </w:pPr>
      <w:r w:rsidRPr="00DE6088">
        <w:rPr>
          <w:i/>
          <w:iCs/>
          <w:lang w:val="en-GB"/>
        </w:rPr>
        <w:t>Motor Vehicle Level 2</w:t>
      </w:r>
    </w:p>
    <w:p w14:paraId="03006947" w14:textId="77777777" w:rsidR="00DE6088" w:rsidRPr="00DE6088" w:rsidRDefault="00DE6088" w:rsidP="00DE6088">
      <w:pPr>
        <w:pStyle w:val="Heading2"/>
        <w:rPr>
          <w:lang w:val="en-GB"/>
        </w:rPr>
      </w:pPr>
      <w:r w:rsidRPr="00DE6088">
        <w:rPr>
          <w:lang w:val="en-GB"/>
        </w:rPr>
        <w:t>Motor Vehicle Level 1</w:t>
      </w:r>
    </w:p>
    <w:p w14:paraId="41D388DB" w14:textId="77777777" w:rsidR="00DE6088" w:rsidRPr="00DE6088" w:rsidRDefault="00DE6088" w:rsidP="00DE6088">
      <w:pPr>
        <w:pStyle w:val="Heading3"/>
        <w:rPr>
          <w:lang w:val="en-GB"/>
        </w:rPr>
      </w:pPr>
      <w:r w:rsidRPr="00DE6088">
        <w:rPr>
          <w:lang w:val="en-GB"/>
        </w:rPr>
        <w:t>Entry Requirements</w:t>
      </w:r>
    </w:p>
    <w:p w14:paraId="6B361F03" w14:textId="77777777" w:rsidR="00DE6088" w:rsidRPr="00DE6088" w:rsidRDefault="00DE6088" w:rsidP="00DE6088">
      <w:pPr>
        <w:rPr>
          <w:lang w:val="en-GB"/>
        </w:rPr>
      </w:pPr>
      <w:r w:rsidRPr="00DE6088">
        <w:rPr>
          <w:lang w:val="en-GB"/>
        </w:rPr>
        <w:t>You will need a grade 2 in English and maths GCSE, and/or an Entry 3 Motor Vehicle qualification.</w:t>
      </w:r>
    </w:p>
    <w:p w14:paraId="1650A4B0" w14:textId="77777777" w:rsidR="00DE6088" w:rsidRPr="00DE6088" w:rsidRDefault="00DE6088" w:rsidP="00DE6088">
      <w:pPr>
        <w:pStyle w:val="Heading3"/>
        <w:rPr>
          <w:lang w:val="en-GB"/>
        </w:rPr>
      </w:pPr>
      <w:r w:rsidRPr="00DE6088">
        <w:rPr>
          <w:lang w:val="en-GB"/>
        </w:rPr>
        <w:lastRenderedPageBreak/>
        <w:t>Progression</w:t>
      </w:r>
    </w:p>
    <w:p w14:paraId="2ECAAB50" w14:textId="77777777" w:rsidR="00DE6088" w:rsidRPr="00DE6088" w:rsidRDefault="00DE6088" w:rsidP="00EC658C">
      <w:pPr>
        <w:pStyle w:val="ListParagraph"/>
        <w:numPr>
          <w:ilvl w:val="0"/>
          <w:numId w:val="252"/>
        </w:numPr>
        <w:rPr>
          <w:lang w:val="en-GB"/>
        </w:rPr>
      </w:pPr>
      <w:r w:rsidRPr="00DE6088">
        <w:rPr>
          <w:lang w:val="en-GB"/>
        </w:rPr>
        <w:t>Level 2 Motor Vehicle course</w:t>
      </w:r>
    </w:p>
    <w:p w14:paraId="10EEC36B" w14:textId="4E68680C" w:rsidR="00DE6088" w:rsidRPr="00DE6088" w:rsidRDefault="00DE6088" w:rsidP="00EC658C">
      <w:pPr>
        <w:pStyle w:val="ListParagraph"/>
        <w:numPr>
          <w:ilvl w:val="0"/>
          <w:numId w:val="252"/>
        </w:numPr>
        <w:rPr>
          <w:lang w:val="en-GB"/>
        </w:rPr>
      </w:pPr>
      <w:r w:rsidRPr="00DE6088">
        <w:rPr>
          <w:lang w:val="en-GB"/>
        </w:rPr>
        <w:t>Apprenticeship</w:t>
      </w:r>
    </w:p>
    <w:p w14:paraId="32CB9B37" w14:textId="77777777" w:rsidR="00DE6088" w:rsidRPr="00DE6088" w:rsidRDefault="00DE6088" w:rsidP="00DE6088">
      <w:pPr>
        <w:pStyle w:val="Heading2"/>
        <w:rPr>
          <w:lang w:val="en-GB"/>
        </w:rPr>
      </w:pPr>
      <w:r w:rsidRPr="00DE6088">
        <w:rPr>
          <w:lang w:val="en-GB"/>
        </w:rPr>
        <w:t>Light Vehicle Maintenance and Repair Principles Certificate Level 2</w:t>
      </w:r>
    </w:p>
    <w:p w14:paraId="480E616D" w14:textId="77777777" w:rsidR="00DE6088" w:rsidRPr="00DE6088" w:rsidRDefault="00DE6088" w:rsidP="00DE6088">
      <w:pPr>
        <w:pStyle w:val="Heading3"/>
        <w:rPr>
          <w:lang w:val="en-GB"/>
        </w:rPr>
      </w:pPr>
      <w:r w:rsidRPr="00DE6088">
        <w:rPr>
          <w:lang w:val="en-GB"/>
        </w:rPr>
        <w:t>Entry Requirements</w:t>
      </w:r>
    </w:p>
    <w:p w14:paraId="6ABC6145" w14:textId="77777777" w:rsidR="00DE6088" w:rsidRPr="00DE6088" w:rsidRDefault="00DE6088" w:rsidP="00DE6088">
      <w:pPr>
        <w:rPr>
          <w:lang w:val="en-GB"/>
        </w:rPr>
      </w:pPr>
      <w:r w:rsidRPr="00DE6088">
        <w:rPr>
          <w:lang w:val="en-GB"/>
        </w:rPr>
        <w:t>GCSE grade 3 in English and maths and successful completion of the Level 1 course.</w:t>
      </w:r>
    </w:p>
    <w:p w14:paraId="57EC89A1" w14:textId="77777777" w:rsidR="00DE6088" w:rsidRPr="00DE6088" w:rsidRDefault="00DE6088" w:rsidP="00DE6088">
      <w:pPr>
        <w:pStyle w:val="Heading3"/>
        <w:rPr>
          <w:lang w:val="en-GB"/>
        </w:rPr>
      </w:pPr>
      <w:r w:rsidRPr="00DE6088">
        <w:rPr>
          <w:lang w:val="en-GB"/>
        </w:rPr>
        <w:t>Progression</w:t>
      </w:r>
    </w:p>
    <w:p w14:paraId="2868BF1B" w14:textId="77777777" w:rsidR="00DE6088" w:rsidRPr="00DE6088" w:rsidRDefault="00DE6088" w:rsidP="00EC658C">
      <w:pPr>
        <w:pStyle w:val="ListParagraph"/>
        <w:numPr>
          <w:ilvl w:val="0"/>
          <w:numId w:val="253"/>
        </w:numPr>
        <w:rPr>
          <w:lang w:val="en-GB"/>
        </w:rPr>
      </w:pPr>
      <w:r w:rsidRPr="00DE6088">
        <w:rPr>
          <w:lang w:val="en-GB"/>
        </w:rPr>
        <w:t>Motor Vehicle Level 3 apprenticeship</w:t>
      </w:r>
    </w:p>
    <w:p w14:paraId="7E2C8C27" w14:textId="03992D26" w:rsidR="00DE6088" w:rsidRPr="00DE6088" w:rsidRDefault="00DE6088" w:rsidP="00EC658C">
      <w:pPr>
        <w:pStyle w:val="ListParagraph"/>
        <w:numPr>
          <w:ilvl w:val="0"/>
          <w:numId w:val="253"/>
        </w:numPr>
        <w:rPr>
          <w:lang w:val="en-GB"/>
        </w:rPr>
      </w:pPr>
      <w:r w:rsidRPr="00DE6088">
        <w:rPr>
          <w:lang w:val="en-GB"/>
        </w:rPr>
        <w:t>Employment</w:t>
      </w:r>
    </w:p>
    <w:p w14:paraId="0E09A7A3" w14:textId="77777777" w:rsidR="00DE6088" w:rsidRPr="00DE6088" w:rsidRDefault="00DE6088" w:rsidP="00DE6088">
      <w:pPr>
        <w:pStyle w:val="Heading2"/>
        <w:rPr>
          <w:lang w:val="en-GB"/>
        </w:rPr>
      </w:pPr>
      <w:r w:rsidRPr="00DE6088">
        <w:rPr>
          <w:lang w:val="en-GB"/>
        </w:rPr>
        <w:t>Light Vehicle and Maintenance and Repair Principles Diploma Level 2</w:t>
      </w:r>
    </w:p>
    <w:p w14:paraId="2370C83F" w14:textId="77777777" w:rsidR="00DE6088" w:rsidRPr="00DE6088" w:rsidRDefault="00DE6088" w:rsidP="00DE6088">
      <w:pPr>
        <w:pStyle w:val="Heading3"/>
        <w:rPr>
          <w:lang w:val="en-GB"/>
        </w:rPr>
      </w:pPr>
      <w:r w:rsidRPr="00DE6088">
        <w:rPr>
          <w:lang w:val="en-GB"/>
        </w:rPr>
        <w:t>Entry Requirements</w:t>
      </w:r>
    </w:p>
    <w:p w14:paraId="38BEDCEC" w14:textId="77777777" w:rsidR="00DE6088" w:rsidRPr="00DE6088" w:rsidRDefault="00DE6088" w:rsidP="00DE6088">
      <w:pPr>
        <w:rPr>
          <w:lang w:val="en-GB"/>
        </w:rPr>
      </w:pPr>
      <w:r w:rsidRPr="00DE6088">
        <w:rPr>
          <w:lang w:val="en-GB"/>
        </w:rPr>
        <w:t>Successful completion of the Level 2 Certificate and GCSE English and maths at grade 4 or above.</w:t>
      </w:r>
    </w:p>
    <w:p w14:paraId="0D2E20E1" w14:textId="77777777" w:rsidR="00DE6088" w:rsidRPr="00DE6088" w:rsidRDefault="00DE6088" w:rsidP="00DE6088">
      <w:pPr>
        <w:rPr>
          <w:lang w:val="en-GB"/>
        </w:rPr>
      </w:pPr>
      <w:r w:rsidRPr="00DE6088">
        <w:rPr>
          <w:lang w:val="en-GB"/>
        </w:rPr>
        <w:t>There is no direct entry onto this course.</w:t>
      </w:r>
    </w:p>
    <w:p w14:paraId="3DB014BB" w14:textId="77777777" w:rsidR="00DE6088" w:rsidRPr="00DE6088" w:rsidRDefault="00DE6088" w:rsidP="00DE6088">
      <w:pPr>
        <w:pStyle w:val="Heading3"/>
        <w:rPr>
          <w:lang w:val="en-GB"/>
        </w:rPr>
      </w:pPr>
      <w:r w:rsidRPr="00DE6088">
        <w:rPr>
          <w:lang w:val="en-GB"/>
        </w:rPr>
        <w:t>Progression</w:t>
      </w:r>
    </w:p>
    <w:p w14:paraId="27181E3B" w14:textId="77777777" w:rsidR="00DE6088" w:rsidRPr="00DE6088" w:rsidRDefault="00DE6088" w:rsidP="00EC658C">
      <w:pPr>
        <w:pStyle w:val="ListParagraph"/>
        <w:numPr>
          <w:ilvl w:val="0"/>
          <w:numId w:val="254"/>
        </w:numPr>
        <w:rPr>
          <w:lang w:val="en-GB"/>
        </w:rPr>
      </w:pPr>
      <w:r w:rsidRPr="00DE6088">
        <w:rPr>
          <w:lang w:val="en-GB"/>
        </w:rPr>
        <w:t>Motor Vehicle apprenticeship</w:t>
      </w:r>
    </w:p>
    <w:p w14:paraId="0891356E" w14:textId="0F352068" w:rsidR="00DE6088" w:rsidRPr="00DE6088" w:rsidRDefault="00DE6088" w:rsidP="00EC658C">
      <w:pPr>
        <w:pStyle w:val="ListParagraph"/>
        <w:numPr>
          <w:ilvl w:val="0"/>
          <w:numId w:val="254"/>
        </w:numPr>
        <w:rPr>
          <w:lang w:val="en-GB"/>
        </w:rPr>
      </w:pPr>
      <w:r w:rsidRPr="00DE6088">
        <w:rPr>
          <w:lang w:val="en-GB"/>
        </w:rPr>
        <w:t>Light Vehicle Maintenance and Repair Principles Level 3</w:t>
      </w:r>
    </w:p>
    <w:p w14:paraId="45BB6F76" w14:textId="77777777" w:rsidR="00DE6088" w:rsidRPr="00DE6088" w:rsidRDefault="00DE6088" w:rsidP="00DE6088">
      <w:pPr>
        <w:pStyle w:val="Heading2"/>
        <w:rPr>
          <w:lang w:val="en-GB"/>
        </w:rPr>
      </w:pPr>
      <w:r w:rsidRPr="00DE6088">
        <w:rPr>
          <w:lang w:val="en-GB"/>
        </w:rPr>
        <w:t>Light Vehicle Maintenance and Repair Principles Level 3</w:t>
      </w:r>
    </w:p>
    <w:p w14:paraId="42AFEC0A" w14:textId="77777777" w:rsidR="00DE6088" w:rsidRPr="00DE6088" w:rsidRDefault="00DE6088" w:rsidP="00DE6088">
      <w:pPr>
        <w:pStyle w:val="Heading3"/>
        <w:rPr>
          <w:lang w:val="en-GB"/>
        </w:rPr>
      </w:pPr>
      <w:r w:rsidRPr="00DE6088">
        <w:rPr>
          <w:lang w:val="en-GB"/>
        </w:rPr>
        <w:t>Entry Requirements</w:t>
      </w:r>
    </w:p>
    <w:p w14:paraId="71FF243B" w14:textId="77777777" w:rsidR="00DE6088" w:rsidRPr="00DE6088" w:rsidRDefault="00DE6088" w:rsidP="00EC658C">
      <w:pPr>
        <w:pStyle w:val="ListParagraph"/>
        <w:numPr>
          <w:ilvl w:val="0"/>
          <w:numId w:val="255"/>
        </w:numPr>
        <w:rPr>
          <w:lang w:val="en-GB"/>
        </w:rPr>
      </w:pPr>
      <w:r w:rsidRPr="00DE6088">
        <w:rPr>
          <w:lang w:val="en-GB"/>
        </w:rPr>
        <w:t>Grade 4 GCSE in English and maths.</w:t>
      </w:r>
    </w:p>
    <w:p w14:paraId="641DDB26" w14:textId="77777777" w:rsidR="00DE6088" w:rsidRPr="00DE6088" w:rsidRDefault="00DE6088" w:rsidP="00EC658C">
      <w:pPr>
        <w:pStyle w:val="ListParagraph"/>
        <w:numPr>
          <w:ilvl w:val="0"/>
          <w:numId w:val="255"/>
        </w:numPr>
        <w:rPr>
          <w:lang w:val="en-GB"/>
        </w:rPr>
      </w:pPr>
      <w:r w:rsidRPr="00DE6088">
        <w:rPr>
          <w:lang w:val="en-GB"/>
        </w:rPr>
        <w:t>You will need to have already completed a Level 2 in Light Vehicle or be an experienced worker.</w:t>
      </w:r>
    </w:p>
    <w:p w14:paraId="686D3A69" w14:textId="77777777" w:rsidR="00DE6088" w:rsidRPr="00DE6088" w:rsidRDefault="00DE6088" w:rsidP="00DE6088">
      <w:pPr>
        <w:pStyle w:val="Heading2"/>
        <w:rPr>
          <w:lang w:val="en-GB"/>
        </w:rPr>
      </w:pPr>
      <w:r w:rsidRPr="00DE6088">
        <w:rPr>
          <w:lang w:val="en-GB"/>
        </w:rPr>
        <w:t>Progression</w:t>
      </w:r>
    </w:p>
    <w:p w14:paraId="1EE4AB11" w14:textId="3A69D4FC" w:rsidR="00DE6088" w:rsidRPr="00DE6088" w:rsidRDefault="00DE6088" w:rsidP="00EC658C">
      <w:pPr>
        <w:numPr>
          <w:ilvl w:val="0"/>
          <w:numId w:val="250"/>
        </w:numPr>
        <w:rPr>
          <w:lang w:val="en-GB"/>
        </w:rPr>
      </w:pPr>
      <w:r w:rsidRPr="00DE6088">
        <w:rPr>
          <w:lang w:val="en-GB"/>
        </w:rPr>
        <w:t>Employment as a technician, fitter or MOT inspector</w:t>
      </w:r>
    </w:p>
    <w:p w14:paraId="45837ECC" w14:textId="77777777" w:rsidR="00DE6088" w:rsidRPr="00DE6088" w:rsidRDefault="00DE6088" w:rsidP="00DE6088">
      <w:pPr>
        <w:pStyle w:val="Heading2"/>
        <w:rPr>
          <w:lang w:val="en-GB"/>
        </w:rPr>
      </w:pPr>
      <w:r w:rsidRPr="00DE6088">
        <w:rPr>
          <w:lang w:val="en-GB"/>
        </w:rPr>
        <w:t>Heavy Goods Vehicle Apprenticeship Level 2</w:t>
      </w:r>
    </w:p>
    <w:p w14:paraId="60A426DB" w14:textId="77777777" w:rsidR="00DE6088" w:rsidRPr="00DE6088" w:rsidRDefault="00DE6088" w:rsidP="00DE6088">
      <w:pPr>
        <w:pStyle w:val="Heading3"/>
        <w:rPr>
          <w:lang w:val="en-GB"/>
        </w:rPr>
      </w:pPr>
      <w:r w:rsidRPr="00DE6088">
        <w:rPr>
          <w:lang w:val="en-GB"/>
        </w:rPr>
        <w:t>Entry Requirements</w:t>
      </w:r>
    </w:p>
    <w:p w14:paraId="14739C18" w14:textId="77777777" w:rsidR="00DE6088" w:rsidRPr="00DE6088" w:rsidRDefault="00DE6088" w:rsidP="00DE6088">
      <w:pPr>
        <w:rPr>
          <w:lang w:val="en-GB"/>
        </w:rPr>
      </w:pPr>
      <w:r w:rsidRPr="00DE6088">
        <w:rPr>
          <w:lang w:val="en-GB"/>
        </w:rPr>
        <w:t>GCSE grade 3 in English and maths and successful completion of the Level 1 course.</w:t>
      </w:r>
    </w:p>
    <w:p w14:paraId="3237F3DA" w14:textId="77777777" w:rsidR="00DE6088" w:rsidRPr="00DE6088" w:rsidRDefault="00DE6088" w:rsidP="00DE6088">
      <w:pPr>
        <w:pStyle w:val="Heading3"/>
        <w:rPr>
          <w:lang w:val="en-GB"/>
        </w:rPr>
      </w:pPr>
      <w:r w:rsidRPr="00DE6088">
        <w:rPr>
          <w:lang w:val="en-GB"/>
        </w:rPr>
        <w:t>Progression</w:t>
      </w:r>
    </w:p>
    <w:p w14:paraId="2792AF57" w14:textId="77777777" w:rsidR="00DE6088" w:rsidRPr="00DE6088" w:rsidRDefault="00DE6088" w:rsidP="00EC658C">
      <w:pPr>
        <w:pStyle w:val="ListParagraph"/>
        <w:numPr>
          <w:ilvl w:val="0"/>
          <w:numId w:val="250"/>
        </w:numPr>
        <w:rPr>
          <w:lang w:val="en-GB"/>
        </w:rPr>
      </w:pPr>
      <w:r w:rsidRPr="00DE6088">
        <w:rPr>
          <w:lang w:val="en-GB"/>
        </w:rPr>
        <w:t>Employment</w:t>
      </w:r>
    </w:p>
    <w:p w14:paraId="3517F8D1" w14:textId="1C206497" w:rsidR="00DE6088" w:rsidRPr="00DE6088" w:rsidRDefault="00DE6088" w:rsidP="00EC658C">
      <w:pPr>
        <w:pStyle w:val="ListParagraph"/>
        <w:numPr>
          <w:ilvl w:val="0"/>
          <w:numId w:val="250"/>
        </w:numPr>
        <w:rPr>
          <w:lang w:val="en-GB"/>
        </w:rPr>
      </w:pPr>
      <w:r w:rsidRPr="00DE6088">
        <w:rPr>
          <w:lang w:val="en-GB"/>
        </w:rPr>
        <w:t>Level 3 apprenticeship</w:t>
      </w:r>
    </w:p>
    <w:p w14:paraId="73B1421D" w14:textId="77777777" w:rsidR="00DE6088" w:rsidRPr="00DE6088" w:rsidRDefault="00DE6088" w:rsidP="00DE6088">
      <w:pPr>
        <w:pStyle w:val="Heading2"/>
        <w:rPr>
          <w:lang w:val="en-GB"/>
        </w:rPr>
      </w:pPr>
      <w:r w:rsidRPr="00DE6088">
        <w:rPr>
          <w:lang w:val="en-GB"/>
        </w:rPr>
        <w:lastRenderedPageBreak/>
        <w:t>Light Vehicle Service and Maintenance Technician Apprenticeship Level 3</w:t>
      </w:r>
    </w:p>
    <w:p w14:paraId="72424AB8" w14:textId="77777777" w:rsidR="00DE6088" w:rsidRPr="00DE6088" w:rsidRDefault="00DE6088" w:rsidP="00DE6088">
      <w:pPr>
        <w:pStyle w:val="Heading3"/>
        <w:rPr>
          <w:lang w:val="en-GB"/>
        </w:rPr>
      </w:pPr>
      <w:r w:rsidRPr="00DE6088">
        <w:rPr>
          <w:lang w:val="en-GB"/>
        </w:rPr>
        <w:t>Entry Requirements</w:t>
      </w:r>
    </w:p>
    <w:p w14:paraId="74395C2B" w14:textId="77777777" w:rsidR="00DE6088" w:rsidRPr="00DE6088" w:rsidRDefault="00DE6088" w:rsidP="00DE6088">
      <w:pPr>
        <w:rPr>
          <w:lang w:val="en-GB"/>
        </w:rPr>
      </w:pPr>
      <w:r w:rsidRPr="00DE6088">
        <w:rPr>
          <w:lang w:val="en-GB"/>
        </w:rPr>
        <w:t>GCSE English and maths grade 4 or above.</w:t>
      </w:r>
    </w:p>
    <w:p w14:paraId="5791CA0B" w14:textId="5EE6F15B" w:rsidR="00DE6088" w:rsidRPr="00DE6088" w:rsidRDefault="00DE6088" w:rsidP="00DE6088">
      <w:pPr>
        <w:rPr>
          <w:lang w:val="en-GB"/>
        </w:rPr>
      </w:pPr>
      <w:r w:rsidRPr="00DE6088">
        <w:rPr>
          <w:lang w:val="en-GB"/>
        </w:rPr>
        <w:t>To start your apprenticeship</w:t>
      </w:r>
      <w:r>
        <w:rPr>
          <w:lang w:val="en-GB"/>
        </w:rPr>
        <w:t xml:space="preserve">, </w:t>
      </w:r>
      <w:r w:rsidRPr="00DE6088">
        <w:rPr>
          <w:lang w:val="en-GB"/>
        </w:rPr>
        <w:t>you must have secured employment that the college has agreed is suitable.</w:t>
      </w:r>
    </w:p>
    <w:p w14:paraId="0F00DB8B" w14:textId="77777777" w:rsidR="00DE6088" w:rsidRPr="00DE6088" w:rsidRDefault="00DE6088" w:rsidP="00DE6088">
      <w:pPr>
        <w:pStyle w:val="Heading3"/>
        <w:rPr>
          <w:lang w:val="en-GB"/>
        </w:rPr>
      </w:pPr>
      <w:r w:rsidRPr="00DE6088">
        <w:rPr>
          <w:lang w:val="en-GB"/>
        </w:rPr>
        <w:t>Progression</w:t>
      </w:r>
    </w:p>
    <w:p w14:paraId="2EF32B47" w14:textId="77777777" w:rsidR="00DE6088" w:rsidRPr="00DE6088" w:rsidRDefault="00DE6088" w:rsidP="00EC658C">
      <w:pPr>
        <w:pStyle w:val="ListParagraph"/>
        <w:numPr>
          <w:ilvl w:val="0"/>
          <w:numId w:val="256"/>
        </w:numPr>
        <w:rPr>
          <w:lang w:val="en-GB"/>
        </w:rPr>
      </w:pPr>
      <w:r w:rsidRPr="00DE6088">
        <w:rPr>
          <w:lang w:val="en-GB"/>
        </w:rPr>
        <w:t>Level 4 and work towards becoming an Automotive Master Technician</w:t>
      </w:r>
    </w:p>
    <w:p w14:paraId="67F883BF" w14:textId="493AF181" w:rsidR="00DE6088" w:rsidRPr="00DE6088" w:rsidRDefault="00DE6088" w:rsidP="00EC658C">
      <w:pPr>
        <w:pStyle w:val="ListParagraph"/>
        <w:numPr>
          <w:ilvl w:val="0"/>
          <w:numId w:val="256"/>
        </w:numPr>
        <w:rPr>
          <w:lang w:val="en-GB"/>
        </w:rPr>
      </w:pPr>
      <w:r w:rsidRPr="00DE6088">
        <w:rPr>
          <w:lang w:val="en-GB"/>
        </w:rPr>
        <w:t>Employment</w:t>
      </w:r>
    </w:p>
    <w:p w14:paraId="43E31D6A" w14:textId="77777777" w:rsidR="00DE6088" w:rsidRPr="00DE6088" w:rsidRDefault="00DE6088" w:rsidP="00DE6088">
      <w:pPr>
        <w:pStyle w:val="Heading2"/>
        <w:rPr>
          <w:lang w:val="en-GB"/>
        </w:rPr>
      </w:pPr>
      <w:r w:rsidRPr="00DE6088">
        <w:rPr>
          <w:lang w:val="en-GB"/>
        </w:rPr>
        <w:t>Heavy Vehicle Service and Maintenance Technician Apprenticeship Level 3</w:t>
      </w:r>
    </w:p>
    <w:p w14:paraId="7AEC3BFA" w14:textId="77777777" w:rsidR="00DE6088" w:rsidRPr="00DE6088" w:rsidRDefault="00DE6088" w:rsidP="00DE6088">
      <w:pPr>
        <w:pStyle w:val="Heading3"/>
        <w:rPr>
          <w:lang w:val="en-GB"/>
        </w:rPr>
      </w:pPr>
      <w:r w:rsidRPr="00DE6088">
        <w:rPr>
          <w:lang w:val="en-GB"/>
        </w:rPr>
        <w:t>Entry Requirements</w:t>
      </w:r>
    </w:p>
    <w:p w14:paraId="53C5E92B" w14:textId="77777777" w:rsidR="00DE6088" w:rsidRPr="00DE6088" w:rsidRDefault="00DE6088" w:rsidP="00EC658C">
      <w:pPr>
        <w:pStyle w:val="ListParagraph"/>
        <w:numPr>
          <w:ilvl w:val="0"/>
          <w:numId w:val="257"/>
        </w:numPr>
        <w:rPr>
          <w:lang w:val="en-GB"/>
        </w:rPr>
      </w:pPr>
      <w:r w:rsidRPr="00DE6088">
        <w:rPr>
          <w:lang w:val="en-GB"/>
        </w:rPr>
        <w:t>GCSE English and maths grade 4 or above.</w:t>
      </w:r>
    </w:p>
    <w:p w14:paraId="6A8F007E" w14:textId="77777777" w:rsidR="00DE6088" w:rsidRPr="00DE6088" w:rsidRDefault="00DE6088" w:rsidP="00EC658C">
      <w:pPr>
        <w:pStyle w:val="ListParagraph"/>
        <w:numPr>
          <w:ilvl w:val="0"/>
          <w:numId w:val="257"/>
        </w:numPr>
        <w:rPr>
          <w:lang w:val="en-GB"/>
        </w:rPr>
      </w:pPr>
      <w:r w:rsidRPr="00DE6088">
        <w:rPr>
          <w:lang w:val="en-GB"/>
        </w:rPr>
        <w:t xml:space="preserve">To start your </w:t>
      </w:r>
      <w:proofErr w:type="gramStart"/>
      <w:r w:rsidRPr="00DE6088">
        <w:rPr>
          <w:lang w:val="en-GB"/>
        </w:rPr>
        <w:t>apprenticeship</w:t>
      </w:r>
      <w:proofErr w:type="gramEnd"/>
      <w:r w:rsidRPr="00DE6088">
        <w:rPr>
          <w:lang w:val="en-GB"/>
        </w:rPr>
        <w:t xml:space="preserve"> you must have secured employment that the college has agreed is suitable.</w:t>
      </w:r>
    </w:p>
    <w:p w14:paraId="0B12D4DE" w14:textId="77777777" w:rsidR="00DE6088" w:rsidRPr="00DE6088" w:rsidRDefault="00DE6088" w:rsidP="00DE6088">
      <w:pPr>
        <w:pStyle w:val="Heading3"/>
        <w:rPr>
          <w:lang w:val="en-GB"/>
        </w:rPr>
      </w:pPr>
      <w:r w:rsidRPr="00DE6088">
        <w:rPr>
          <w:lang w:val="en-GB"/>
        </w:rPr>
        <w:t>Progression</w:t>
      </w:r>
    </w:p>
    <w:p w14:paraId="6C7CFC1F" w14:textId="77777777" w:rsidR="00DE6088" w:rsidRPr="00DE6088" w:rsidRDefault="00DE6088" w:rsidP="00EC658C">
      <w:pPr>
        <w:pStyle w:val="ListParagraph"/>
        <w:numPr>
          <w:ilvl w:val="0"/>
          <w:numId w:val="258"/>
        </w:numPr>
        <w:rPr>
          <w:lang w:val="en-GB"/>
        </w:rPr>
      </w:pPr>
      <w:r w:rsidRPr="00DE6088">
        <w:rPr>
          <w:lang w:val="en-GB"/>
        </w:rPr>
        <w:t>Level 4 and work towards becoming an Automotive Master Technician</w:t>
      </w:r>
    </w:p>
    <w:p w14:paraId="05FA2227" w14:textId="1A07FAF1" w:rsidR="00DE6088" w:rsidRPr="00DE6088" w:rsidRDefault="00DE6088" w:rsidP="00EC658C">
      <w:pPr>
        <w:pStyle w:val="ListParagraph"/>
        <w:numPr>
          <w:ilvl w:val="0"/>
          <w:numId w:val="258"/>
        </w:numPr>
        <w:rPr>
          <w:lang w:val="en-GB"/>
        </w:rPr>
      </w:pPr>
      <w:r w:rsidRPr="00DE6088">
        <w:rPr>
          <w:lang w:val="en-GB"/>
        </w:rPr>
        <w:t>Employment</w:t>
      </w:r>
    </w:p>
    <w:p w14:paraId="67FCE7F7" w14:textId="77777777" w:rsidR="00DE6088" w:rsidRPr="00DE6088" w:rsidRDefault="00DE6088" w:rsidP="00DE6088">
      <w:pPr>
        <w:pStyle w:val="Heading2"/>
        <w:rPr>
          <w:lang w:val="en-GB"/>
        </w:rPr>
      </w:pPr>
      <w:r w:rsidRPr="00DE6088">
        <w:rPr>
          <w:lang w:val="en-GB"/>
        </w:rPr>
        <w:t>Construction Plant Apprenticeship Level 3</w:t>
      </w:r>
    </w:p>
    <w:p w14:paraId="6C5BD89A" w14:textId="77777777" w:rsidR="00DE6088" w:rsidRPr="00DE6088" w:rsidRDefault="00DE6088" w:rsidP="00DE6088">
      <w:pPr>
        <w:pStyle w:val="Heading3"/>
        <w:rPr>
          <w:lang w:val="en-GB"/>
        </w:rPr>
      </w:pPr>
      <w:r w:rsidRPr="00DE6088">
        <w:rPr>
          <w:lang w:val="en-GB"/>
        </w:rPr>
        <w:t>Entry Requirements</w:t>
      </w:r>
    </w:p>
    <w:p w14:paraId="1A917F0A" w14:textId="77777777" w:rsidR="00DE6088" w:rsidRPr="00DE6088" w:rsidRDefault="00DE6088" w:rsidP="00DE6088">
      <w:pPr>
        <w:rPr>
          <w:lang w:val="en-GB"/>
        </w:rPr>
      </w:pPr>
      <w:r w:rsidRPr="00DE6088">
        <w:rPr>
          <w:lang w:val="en-GB"/>
        </w:rPr>
        <w:t>GCSE English and maths grade 4 or above.</w:t>
      </w:r>
    </w:p>
    <w:p w14:paraId="5AC3561B" w14:textId="0481E612" w:rsidR="00DE6088" w:rsidRPr="00DE6088" w:rsidRDefault="00DE6088" w:rsidP="00DE6088">
      <w:pPr>
        <w:rPr>
          <w:lang w:val="en-GB"/>
        </w:rPr>
      </w:pPr>
      <w:r w:rsidRPr="00DE6088">
        <w:rPr>
          <w:lang w:val="en-GB"/>
        </w:rPr>
        <w:t>To start your apprenticeship</w:t>
      </w:r>
      <w:r>
        <w:rPr>
          <w:lang w:val="en-GB"/>
        </w:rPr>
        <w:t xml:space="preserve">, </w:t>
      </w:r>
      <w:r w:rsidRPr="00DE6088">
        <w:rPr>
          <w:lang w:val="en-GB"/>
        </w:rPr>
        <w:t>you must have secured employment that the college has agreed is suitable.</w:t>
      </w:r>
    </w:p>
    <w:p w14:paraId="12CB41D9" w14:textId="77777777" w:rsidR="00DE6088" w:rsidRPr="00DE6088" w:rsidRDefault="00DE6088" w:rsidP="00DE6088">
      <w:pPr>
        <w:pStyle w:val="Heading3"/>
        <w:rPr>
          <w:lang w:val="en-GB"/>
        </w:rPr>
      </w:pPr>
      <w:r w:rsidRPr="00DE6088">
        <w:rPr>
          <w:lang w:val="en-GB"/>
        </w:rPr>
        <w:t>Progression</w:t>
      </w:r>
    </w:p>
    <w:p w14:paraId="1AA9D4DC" w14:textId="77777777" w:rsidR="00DE6088" w:rsidRPr="00DE6088" w:rsidRDefault="00DE6088" w:rsidP="00EC658C">
      <w:pPr>
        <w:numPr>
          <w:ilvl w:val="0"/>
          <w:numId w:val="251"/>
        </w:numPr>
        <w:rPr>
          <w:lang w:val="en-GB"/>
        </w:rPr>
      </w:pPr>
      <w:r w:rsidRPr="00DE6088">
        <w:rPr>
          <w:lang w:val="en-GB"/>
        </w:rPr>
        <w:t>Plant Machinery Operator</w:t>
      </w:r>
    </w:p>
    <w:p w14:paraId="2FB69097" w14:textId="55701F0C" w:rsidR="00DE6088" w:rsidRDefault="00DE6088" w:rsidP="00DE6088">
      <w:pPr>
        <w:pStyle w:val="Heading1"/>
        <w:rPr>
          <w:lang w:val="en-GB"/>
        </w:rPr>
      </w:pPr>
      <w:r>
        <w:rPr>
          <w:lang w:val="en-GB"/>
        </w:rPr>
        <w:t>Process Manufacturing</w:t>
      </w:r>
    </w:p>
    <w:p w14:paraId="1C20B6BB" w14:textId="2AC0C4BA" w:rsidR="00DE6088" w:rsidRDefault="00DE6088" w:rsidP="00DE6088">
      <w:pPr>
        <w:rPr>
          <w:lang w:val="en-GB"/>
        </w:rPr>
      </w:pPr>
      <w:r w:rsidRPr="00DE6088">
        <w:rPr>
          <w:lang w:val="en-GB"/>
        </w:rPr>
        <w:t>Manufacturing is currently</w:t>
      </w:r>
      <w:r>
        <w:rPr>
          <w:lang w:val="en-GB"/>
        </w:rPr>
        <w:t xml:space="preserve"> </w:t>
      </w:r>
      <w:r w:rsidRPr="00DE6088">
        <w:rPr>
          <w:lang w:val="en-GB"/>
        </w:rPr>
        <w:t>enjoying an increased</w:t>
      </w:r>
      <w:r>
        <w:rPr>
          <w:lang w:val="en-GB"/>
        </w:rPr>
        <w:t xml:space="preserve"> </w:t>
      </w:r>
      <w:r w:rsidRPr="00DE6088">
        <w:rPr>
          <w:lang w:val="en-GB"/>
        </w:rPr>
        <w:t>interest as a career choice,</w:t>
      </w:r>
      <w:r>
        <w:rPr>
          <w:lang w:val="en-GB"/>
        </w:rPr>
        <w:t xml:space="preserve"> </w:t>
      </w:r>
      <w:r w:rsidRPr="00DE6088">
        <w:rPr>
          <w:lang w:val="en-GB"/>
        </w:rPr>
        <w:t>and for good reason too!</w:t>
      </w:r>
      <w:r>
        <w:rPr>
          <w:lang w:val="en-GB"/>
        </w:rPr>
        <w:t xml:space="preserve"> </w:t>
      </w:r>
      <w:r w:rsidRPr="00DE6088">
        <w:rPr>
          <w:lang w:val="en-GB"/>
        </w:rPr>
        <w:t>With plenty of pathways</w:t>
      </w:r>
      <w:r>
        <w:rPr>
          <w:lang w:val="en-GB"/>
        </w:rPr>
        <w:t xml:space="preserve"> </w:t>
      </w:r>
      <w:r w:rsidRPr="00DE6088">
        <w:rPr>
          <w:lang w:val="en-GB"/>
        </w:rPr>
        <w:t>available to those who train</w:t>
      </w:r>
      <w:r>
        <w:rPr>
          <w:lang w:val="en-GB"/>
        </w:rPr>
        <w:t xml:space="preserve"> </w:t>
      </w:r>
      <w:r w:rsidRPr="00DE6088">
        <w:rPr>
          <w:lang w:val="en-GB"/>
        </w:rPr>
        <w:t>in Process Manufacturing,</w:t>
      </w:r>
      <w:r>
        <w:rPr>
          <w:lang w:val="en-GB"/>
        </w:rPr>
        <w:t xml:space="preserve"> </w:t>
      </w:r>
      <w:r w:rsidRPr="00DE6088">
        <w:rPr>
          <w:lang w:val="en-GB"/>
        </w:rPr>
        <w:t>getting started in this</w:t>
      </w:r>
      <w:r>
        <w:rPr>
          <w:lang w:val="en-GB"/>
        </w:rPr>
        <w:t xml:space="preserve"> </w:t>
      </w:r>
      <w:r w:rsidRPr="00DE6088">
        <w:rPr>
          <w:lang w:val="en-GB"/>
        </w:rPr>
        <w:t>innovative, creative field is</w:t>
      </w:r>
      <w:r>
        <w:rPr>
          <w:lang w:val="en-GB"/>
        </w:rPr>
        <w:t xml:space="preserve"> </w:t>
      </w:r>
      <w:r w:rsidRPr="00DE6088">
        <w:rPr>
          <w:lang w:val="en-GB"/>
        </w:rPr>
        <w:t>a great idea.</w:t>
      </w:r>
    </w:p>
    <w:p w14:paraId="1DDC9B53" w14:textId="6A5D7D86" w:rsidR="00DE6088" w:rsidRPr="00DE6088" w:rsidRDefault="00DE6088" w:rsidP="00DE6088">
      <w:pPr>
        <w:rPr>
          <w:lang w:val="en-GB"/>
        </w:rPr>
      </w:pPr>
      <w:r w:rsidRPr="00DE6088">
        <w:rPr>
          <w:lang w:val="en-GB"/>
        </w:rPr>
        <w:t>Kirklees College prides itself on bein</w:t>
      </w:r>
      <w:r>
        <w:rPr>
          <w:lang w:val="en-GB"/>
        </w:rPr>
        <w:t xml:space="preserve">g </w:t>
      </w:r>
      <w:r w:rsidRPr="00DE6088">
        <w:rPr>
          <w:lang w:val="en-GB"/>
        </w:rPr>
        <w:t>an innovator of the field too, being the</w:t>
      </w:r>
      <w:r>
        <w:rPr>
          <w:lang w:val="en-GB"/>
        </w:rPr>
        <w:t xml:space="preserve"> </w:t>
      </w:r>
      <w:r w:rsidRPr="00DE6088">
        <w:rPr>
          <w:lang w:val="en-GB"/>
        </w:rPr>
        <w:t>first college in England to offer a Level</w:t>
      </w:r>
      <w:r>
        <w:rPr>
          <w:lang w:val="en-GB"/>
        </w:rPr>
        <w:t xml:space="preserve"> </w:t>
      </w:r>
      <w:r w:rsidRPr="00DE6088">
        <w:rPr>
          <w:lang w:val="en-GB"/>
        </w:rPr>
        <w:t>3 Supply Chain Apprenticeship. All our</w:t>
      </w:r>
      <w:r>
        <w:rPr>
          <w:lang w:val="en-GB"/>
        </w:rPr>
        <w:t xml:space="preserve"> </w:t>
      </w:r>
      <w:r w:rsidRPr="00DE6088">
        <w:rPr>
          <w:lang w:val="en-GB"/>
        </w:rPr>
        <w:t>students are also taught in our</w:t>
      </w:r>
      <w:r>
        <w:rPr>
          <w:lang w:val="en-GB"/>
        </w:rPr>
        <w:t xml:space="preserve"> </w:t>
      </w:r>
      <w:r w:rsidRPr="00DE6088">
        <w:rPr>
          <w:lang w:val="en-GB"/>
        </w:rPr>
        <w:t>state-of-the-art National Process</w:t>
      </w:r>
      <w:r>
        <w:rPr>
          <w:lang w:val="en-GB"/>
        </w:rPr>
        <w:t xml:space="preserve"> </w:t>
      </w:r>
      <w:r w:rsidRPr="00DE6088">
        <w:rPr>
          <w:lang w:val="en-GB"/>
        </w:rPr>
        <w:t>Manufacturing Centre (PMC) and learn</w:t>
      </w:r>
      <w:r>
        <w:rPr>
          <w:lang w:val="en-GB"/>
        </w:rPr>
        <w:t xml:space="preserve"> </w:t>
      </w:r>
      <w:r w:rsidRPr="00DE6088">
        <w:rPr>
          <w:lang w:val="en-GB"/>
        </w:rPr>
        <w:t>from industry experts, allowing you to</w:t>
      </w:r>
      <w:r>
        <w:rPr>
          <w:lang w:val="en-GB"/>
        </w:rPr>
        <w:t xml:space="preserve"> </w:t>
      </w:r>
      <w:r w:rsidRPr="00DE6088">
        <w:rPr>
          <w:lang w:val="en-GB"/>
        </w:rPr>
        <w:t>gain hands-on experience in your field</w:t>
      </w:r>
      <w:r>
        <w:rPr>
          <w:lang w:val="en-GB"/>
        </w:rPr>
        <w:t xml:space="preserve"> </w:t>
      </w:r>
      <w:r w:rsidRPr="00DE6088">
        <w:rPr>
          <w:lang w:val="en-GB"/>
        </w:rPr>
        <w:t>of study.</w:t>
      </w:r>
    </w:p>
    <w:p w14:paraId="73E97656" w14:textId="09EB5B17" w:rsidR="00A9119E" w:rsidRDefault="00DE6088" w:rsidP="00DE6088">
      <w:pPr>
        <w:pStyle w:val="Heading2"/>
        <w:rPr>
          <w:lang w:val="en-GB"/>
        </w:rPr>
      </w:pPr>
      <w:r>
        <w:rPr>
          <w:lang w:val="en-GB"/>
        </w:rPr>
        <w:lastRenderedPageBreak/>
        <w:t>Average Salaries</w:t>
      </w:r>
    </w:p>
    <w:p w14:paraId="6DF11081" w14:textId="74B15059" w:rsidR="00DE6088" w:rsidRPr="00DE6088" w:rsidRDefault="00DE6088" w:rsidP="00DE6088">
      <w:pPr>
        <w:rPr>
          <w:lang w:val="en-GB"/>
        </w:rPr>
      </w:pPr>
      <w:r w:rsidRPr="00DE6088">
        <w:rPr>
          <w:lang w:val="en-GB"/>
        </w:rPr>
        <w:t>£37,470</w:t>
      </w:r>
      <w:r>
        <w:rPr>
          <w:lang w:val="en-GB"/>
        </w:rPr>
        <w:t xml:space="preserve"> </w:t>
      </w:r>
      <w:r w:rsidRPr="00DE6088">
        <w:rPr>
          <w:lang w:val="en-GB"/>
        </w:rPr>
        <w:t>Managers in</w:t>
      </w:r>
      <w:r>
        <w:rPr>
          <w:lang w:val="en-GB"/>
        </w:rPr>
        <w:t xml:space="preserve"> </w:t>
      </w:r>
      <w:r w:rsidRPr="00DE6088">
        <w:rPr>
          <w:lang w:val="en-GB"/>
        </w:rPr>
        <w:t>storage and</w:t>
      </w:r>
      <w:r>
        <w:rPr>
          <w:lang w:val="en-GB"/>
        </w:rPr>
        <w:t xml:space="preserve"> </w:t>
      </w:r>
      <w:r w:rsidRPr="00DE6088">
        <w:rPr>
          <w:lang w:val="en-GB"/>
        </w:rPr>
        <w:t>warehousing</w:t>
      </w:r>
    </w:p>
    <w:p w14:paraId="3307CB25" w14:textId="19DFCA2A" w:rsidR="00A9119E" w:rsidRDefault="00DE6088" w:rsidP="00DE6088">
      <w:pPr>
        <w:rPr>
          <w:lang w:val="en-GB"/>
        </w:rPr>
      </w:pPr>
      <w:r w:rsidRPr="00DE6088">
        <w:rPr>
          <w:lang w:val="en-GB"/>
        </w:rPr>
        <w:t>£33,510</w:t>
      </w:r>
      <w:r>
        <w:rPr>
          <w:lang w:val="en-GB"/>
        </w:rPr>
        <w:t xml:space="preserve"> </w:t>
      </w:r>
      <w:r w:rsidRPr="00DE6088">
        <w:rPr>
          <w:lang w:val="en-GB"/>
        </w:rPr>
        <w:t>Transport and</w:t>
      </w:r>
      <w:r>
        <w:rPr>
          <w:lang w:val="en-GB"/>
        </w:rPr>
        <w:t xml:space="preserve"> </w:t>
      </w:r>
      <w:r w:rsidRPr="00DE6088">
        <w:rPr>
          <w:lang w:val="en-GB"/>
        </w:rPr>
        <w:t>distribution clerks</w:t>
      </w:r>
      <w:r>
        <w:rPr>
          <w:lang w:val="en-GB"/>
        </w:rPr>
        <w:t xml:space="preserve"> </w:t>
      </w:r>
      <w:r w:rsidRPr="00DE6088">
        <w:rPr>
          <w:lang w:val="en-GB"/>
        </w:rPr>
        <w:t>and assistants</w:t>
      </w:r>
    </w:p>
    <w:p w14:paraId="1E69D3C2" w14:textId="60FE102D" w:rsidR="00DE6088" w:rsidRDefault="00DE6088" w:rsidP="00DE6088">
      <w:pPr>
        <w:pStyle w:val="Heading2"/>
        <w:rPr>
          <w:lang w:val="en-GB"/>
        </w:rPr>
      </w:pPr>
      <w:r>
        <w:rPr>
          <w:lang w:val="en-GB"/>
        </w:rPr>
        <w:t>Case Study</w:t>
      </w:r>
    </w:p>
    <w:p w14:paraId="05AE4F07" w14:textId="2077EF99" w:rsidR="00DE6088" w:rsidRDefault="00DE6088" w:rsidP="00DE6088">
      <w:pPr>
        <w:rPr>
          <w:lang w:val="en-GB"/>
        </w:rPr>
      </w:pPr>
      <w:r w:rsidRPr="00DE6088">
        <w:rPr>
          <w:lang w:val="en-GB"/>
        </w:rPr>
        <w:t>“During the</w:t>
      </w:r>
      <w:r>
        <w:rPr>
          <w:lang w:val="en-GB"/>
        </w:rPr>
        <w:t xml:space="preserve"> </w:t>
      </w:r>
      <w:r w:rsidRPr="00DE6088">
        <w:rPr>
          <w:lang w:val="en-GB"/>
        </w:rPr>
        <w:t>course at Kirklees</w:t>
      </w:r>
      <w:r>
        <w:rPr>
          <w:lang w:val="en-GB"/>
        </w:rPr>
        <w:t xml:space="preserve"> </w:t>
      </w:r>
      <w:r w:rsidRPr="00DE6088">
        <w:rPr>
          <w:lang w:val="en-GB"/>
        </w:rPr>
        <w:t>College, I have</w:t>
      </w:r>
      <w:r>
        <w:rPr>
          <w:lang w:val="en-GB"/>
        </w:rPr>
        <w:t xml:space="preserve"> </w:t>
      </w:r>
      <w:r w:rsidRPr="00DE6088">
        <w:rPr>
          <w:lang w:val="en-GB"/>
        </w:rPr>
        <w:t>developed skills</w:t>
      </w:r>
      <w:r>
        <w:rPr>
          <w:lang w:val="en-GB"/>
        </w:rPr>
        <w:t xml:space="preserve"> </w:t>
      </w:r>
      <w:r w:rsidRPr="00DE6088">
        <w:rPr>
          <w:lang w:val="en-GB"/>
        </w:rPr>
        <w:t>and confidence to</w:t>
      </w:r>
      <w:r>
        <w:rPr>
          <w:lang w:val="en-GB"/>
        </w:rPr>
        <w:t xml:space="preserve"> </w:t>
      </w:r>
      <w:r w:rsidRPr="00DE6088">
        <w:rPr>
          <w:lang w:val="en-GB"/>
        </w:rPr>
        <w:t>improve myself in</w:t>
      </w:r>
      <w:r>
        <w:rPr>
          <w:lang w:val="en-GB"/>
        </w:rPr>
        <w:t xml:space="preserve"> </w:t>
      </w:r>
      <w:r w:rsidRPr="00DE6088">
        <w:rPr>
          <w:lang w:val="en-GB"/>
        </w:rPr>
        <w:t>the workplace.”</w:t>
      </w:r>
    </w:p>
    <w:p w14:paraId="14E4EB2F" w14:textId="77777777" w:rsidR="00DE6088" w:rsidRPr="00DE6088" w:rsidRDefault="00DE6088" w:rsidP="00DE6088">
      <w:pPr>
        <w:rPr>
          <w:lang w:val="en-GB"/>
        </w:rPr>
      </w:pPr>
      <w:r w:rsidRPr="00DE6088">
        <w:rPr>
          <w:lang w:val="en-GB"/>
        </w:rPr>
        <w:t>Martha</w:t>
      </w:r>
    </w:p>
    <w:p w14:paraId="2D1F1C34" w14:textId="77777777" w:rsidR="00DE6088" w:rsidRPr="00DE6088" w:rsidRDefault="00DE6088" w:rsidP="00DE6088">
      <w:pPr>
        <w:rPr>
          <w:i/>
          <w:iCs/>
          <w:lang w:val="en-GB"/>
        </w:rPr>
      </w:pPr>
      <w:r w:rsidRPr="00DE6088">
        <w:rPr>
          <w:i/>
          <w:iCs/>
          <w:lang w:val="en-GB"/>
        </w:rPr>
        <w:t>Level 3 Food and Drink</w:t>
      </w:r>
    </w:p>
    <w:p w14:paraId="48F774C1" w14:textId="7C766ED7" w:rsidR="00EC658C" w:rsidRDefault="00DE6088" w:rsidP="00DE6088">
      <w:pPr>
        <w:rPr>
          <w:i/>
          <w:iCs/>
          <w:lang w:val="en-GB"/>
        </w:rPr>
      </w:pPr>
      <w:r w:rsidRPr="00DE6088">
        <w:rPr>
          <w:i/>
          <w:iCs/>
          <w:lang w:val="en-GB"/>
        </w:rPr>
        <w:t>Maintenance apprenticeship</w:t>
      </w:r>
    </w:p>
    <w:p w14:paraId="436B4104" w14:textId="77777777" w:rsidR="00EC658C" w:rsidRPr="00EC658C" w:rsidRDefault="00EC658C" w:rsidP="00EC658C">
      <w:pPr>
        <w:pStyle w:val="Heading2"/>
        <w:rPr>
          <w:lang w:val="en-GB"/>
        </w:rPr>
      </w:pPr>
      <w:r w:rsidRPr="00EC658C">
        <w:rPr>
          <w:lang w:val="en-GB"/>
        </w:rPr>
        <w:t>Supply Chain Warehouse Operator Apprenticeship Level 2</w:t>
      </w:r>
    </w:p>
    <w:p w14:paraId="04AA0728" w14:textId="77777777" w:rsidR="00EC658C" w:rsidRPr="00EC658C" w:rsidRDefault="00EC658C" w:rsidP="00EC658C">
      <w:pPr>
        <w:pStyle w:val="Heading3"/>
        <w:rPr>
          <w:lang w:val="en-GB"/>
        </w:rPr>
      </w:pPr>
      <w:r w:rsidRPr="00EC658C">
        <w:rPr>
          <w:lang w:val="en-GB"/>
        </w:rPr>
        <w:t>Entry Requirements</w:t>
      </w:r>
    </w:p>
    <w:p w14:paraId="09E12EB3" w14:textId="77777777" w:rsidR="00EC658C" w:rsidRPr="00EC658C" w:rsidRDefault="00EC658C" w:rsidP="00EC658C">
      <w:pPr>
        <w:pStyle w:val="ListParagraph"/>
        <w:numPr>
          <w:ilvl w:val="0"/>
          <w:numId w:val="251"/>
        </w:numPr>
        <w:rPr>
          <w:lang w:val="en-GB"/>
        </w:rPr>
      </w:pPr>
      <w:r w:rsidRPr="00EC658C">
        <w:rPr>
          <w:lang w:val="en-GB"/>
        </w:rPr>
        <w:t>A minimum of GCSE English and Maths grade 3.</w:t>
      </w:r>
    </w:p>
    <w:p w14:paraId="1EC9401A" w14:textId="1B3DD1B9" w:rsidR="00EC658C" w:rsidRPr="00EC658C" w:rsidRDefault="00EC658C" w:rsidP="00EC658C">
      <w:pPr>
        <w:pStyle w:val="ListParagraph"/>
        <w:numPr>
          <w:ilvl w:val="0"/>
          <w:numId w:val="251"/>
        </w:numPr>
        <w:rPr>
          <w:lang w:val="en-GB"/>
        </w:rPr>
      </w:pPr>
      <w:r w:rsidRPr="00EC658C">
        <w:rPr>
          <w:lang w:val="en-GB"/>
        </w:rPr>
        <w:t>To start your apprenticeship</w:t>
      </w:r>
      <w:r>
        <w:rPr>
          <w:lang w:val="en-GB"/>
        </w:rPr>
        <w:t xml:space="preserve">, </w:t>
      </w:r>
      <w:r w:rsidRPr="00EC658C">
        <w:rPr>
          <w:lang w:val="en-GB"/>
        </w:rPr>
        <w:t>you must have secured employment the college has agreed is suitable.</w:t>
      </w:r>
    </w:p>
    <w:p w14:paraId="29ACEC54" w14:textId="77777777" w:rsidR="00EC658C" w:rsidRPr="00EC658C" w:rsidRDefault="00EC658C" w:rsidP="00EC658C">
      <w:pPr>
        <w:pStyle w:val="Heading3"/>
        <w:rPr>
          <w:lang w:val="en-GB"/>
        </w:rPr>
      </w:pPr>
      <w:r w:rsidRPr="00EC658C">
        <w:rPr>
          <w:lang w:val="en-GB"/>
        </w:rPr>
        <w:t>Progression</w:t>
      </w:r>
    </w:p>
    <w:p w14:paraId="69F325E9" w14:textId="77777777" w:rsidR="00EC658C" w:rsidRPr="00EC658C" w:rsidRDefault="00EC658C" w:rsidP="00EC658C">
      <w:pPr>
        <w:pStyle w:val="ListParagraph"/>
        <w:numPr>
          <w:ilvl w:val="0"/>
          <w:numId w:val="261"/>
        </w:numPr>
        <w:rPr>
          <w:lang w:val="en-GB"/>
        </w:rPr>
      </w:pPr>
      <w:r w:rsidRPr="00EC658C">
        <w:rPr>
          <w:lang w:val="en-GB"/>
        </w:rPr>
        <w:t>Higher level apprenticeship</w:t>
      </w:r>
    </w:p>
    <w:p w14:paraId="30023BDB" w14:textId="77777777" w:rsidR="00EC658C" w:rsidRPr="00EC658C" w:rsidRDefault="00EC658C" w:rsidP="00EC658C">
      <w:pPr>
        <w:pStyle w:val="ListParagraph"/>
        <w:numPr>
          <w:ilvl w:val="0"/>
          <w:numId w:val="261"/>
        </w:numPr>
        <w:rPr>
          <w:lang w:val="en-GB"/>
        </w:rPr>
      </w:pPr>
      <w:r w:rsidRPr="00EC658C">
        <w:rPr>
          <w:lang w:val="en-GB"/>
        </w:rPr>
        <w:t>Employment</w:t>
      </w:r>
    </w:p>
    <w:p w14:paraId="60BEFCB9" w14:textId="77777777" w:rsidR="00EC658C" w:rsidRPr="00EC658C" w:rsidRDefault="00EC658C" w:rsidP="00EC658C">
      <w:pPr>
        <w:rPr>
          <w:lang w:val="en-GB"/>
        </w:rPr>
      </w:pPr>
      <w:r w:rsidRPr="00EC658C">
        <w:rPr>
          <w:lang w:val="en-GB"/>
        </w:rPr>
        <w:pict w14:anchorId="661DF840">
          <v:rect id="_x0000_i1432" style="width:0;height:1.5pt" o:hralign="center" o:hrstd="t" o:hr="t" fillcolor="#a0a0a0" stroked="f"/>
        </w:pict>
      </w:r>
    </w:p>
    <w:p w14:paraId="19F23FF1" w14:textId="77777777" w:rsidR="00EC658C" w:rsidRPr="00EC658C" w:rsidRDefault="00EC658C" w:rsidP="00EC658C">
      <w:pPr>
        <w:pStyle w:val="Heading2"/>
        <w:rPr>
          <w:lang w:val="en-GB"/>
        </w:rPr>
      </w:pPr>
      <w:r w:rsidRPr="00EC658C">
        <w:rPr>
          <w:lang w:val="en-GB"/>
        </w:rPr>
        <w:t>Food and Drink Maintenance Engineer Apprenticeship Level 3</w:t>
      </w:r>
    </w:p>
    <w:p w14:paraId="7D8BC841" w14:textId="77777777" w:rsidR="00EC658C" w:rsidRPr="00EC658C" w:rsidRDefault="00EC658C" w:rsidP="00EC658C">
      <w:pPr>
        <w:pStyle w:val="Heading3"/>
        <w:rPr>
          <w:lang w:val="en-GB"/>
        </w:rPr>
      </w:pPr>
      <w:r w:rsidRPr="00EC658C">
        <w:rPr>
          <w:lang w:val="en-GB"/>
        </w:rPr>
        <w:t>Entry Requirements</w:t>
      </w:r>
    </w:p>
    <w:p w14:paraId="768E5F4B" w14:textId="77777777" w:rsidR="00EC658C" w:rsidRPr="00EC658C" w:rsidRDefault="00EC658C" w:rsidP="00EC658C">
      <w:pPr>
        <w:pStyle w:val="ListParagraph"/>
        <w:numPr>
          <w:ilvl w:val="0"/>
          <w:numId w:val="262"/>
        </w:numPr>
        <w:rPr>
          <w:lang w:val="en-GB"/>
        </w:rPr>
      </w:pPr>
      <w:r w:rsidRPr="00EC658C">
        <w:rPr>
          <w:lang w:val="en-GB"/>
        </w:rPr>
        <w:t>A minimum of GCSE English and Maths grade 4 or above.</w:t>
      </w:r>
    </w:p>
    <w:p w14:paraId="4EEABFD9" w14:textId="77777777" w:rsidR="00EC658C" w:rsidRPr="00EC658C" w:rsidRDefault="00EC658C" w:rsidP="00EC658C">
      <w:pPr>
        <w:pStyle w:val="ListParagraph"/>
        <w:numPr>
          <w:ilvl w:val="0"/>
          <w:numId w:val="262"/>
        </w:numPr>
        <w:rPr>
          <w:lang w:val="en-GB"/>
        </w:rPr>
      </w:pPr>
      <w:r w:rsidRPr="00EC658C">
        <w:rPr>
          <w:lang w:val="en-GB"/>
        </w:rPr>
        <w:t xml:space="preserve">To start your </w:t>
      </w:r>
      <w:proofErr w:type="gramStart"/>
      <w:r w:rsidRPr="00EC658C">
        <w:rPr>
          <w:lang w:val="en-GB"/>
        </w:rPr>
        <w:t>apprenticeship</w:t>
      </w:r>
      <w:proofErr w:type="gramEnd"/>
      <w:r w:rsidRPr="00EC658C">
        <w:rPr>
          <w:lang w:val="en-GB"/>
        </w:rPr>
        <w:t xml:space="preserve"> you must have secured employment that the college has agreed is suitable.</w:t>
      </w:r>
    </w:p>
    <w:p w14:paraId="1ECECE90" w14:textId="77777777" w:rsidR="00EC658C" w:rsidRPr="00EC658C" w:rsidRDefault="00EC658C" w:rsidP="00EC658C">
      <w:pPr>
        <w:pStyle w:val="Heading3"/>
        <w:rPr>
          <w:lang w:val="en-GB"/>
        </w:rPr>
      </w:pPr>
      <w:r w:rsidRPr="00EC658C">
        <w:rPr>
          <w:lang w:val="en-GB"/>
        </w:rPr>
        <w:t>Progression</w:t>
      </w:r>
    </w:p>
    <w:p w14:paraId="7ED71EE9" w14:textId="77777777" w:rsidR="00EC658C" w:rsidRPr="00EC658C" w:rsidRDefault="00EC658C" w:rsidP="00EC658C">
      <w:pPr>
        <w:pStyle w:val="ListParagraph"/>
        <w:numPr>
          <w:ilvl w:val="0"/>
          <w:numId w:val="263"/>
        </w:numPr>
        <w:rPr>
          <w:lang w:val="en-GB"/>
        </w:rPr>
      </w:pPr>
      <w:r w:rsidRPr="00EC658C">
        <w:rPr>
          <w:lang w:val="en-GB"/>
        </w:rPr>
        <w:t>Further study within the food and drink industry</w:t>
      </w:r>
    </w:p>
    <w:p w14:paraId="5F8F46E9" w14:textId="1439BD03" w:rsidR="00EC658C" w:rsidRPr="00EC658C" w:rsidRDefault="00EC658C" w:rsidP="00EC658C">
      <w:pPr>
        <w:pStyle w:val="ListParagraph"/>
        <w:numPr>
          <w:ilvl w:val="0"/>
          <w:numId w:val="263"/>
        </w:numPr>
        <w:rPr>
          <w:lang w:val="en-GB"/>
        </w:rPr>
      </w:pPr>
      <w:r w:rsidRPr="00EC658C">
        <w:rPr>
          <w:lang w:val="en-GB"/>
        </w:rPr>
        <w:t>Employment</w:t>
      </w:r>
    </w:p>
    <w:p w14:paraId="16A03376" w14:textId="77777777" w:rsidR="00EC658C" w:rsidRPr="00EC658C" w:rsidRDefault="00EC658C" w:rsidP="00EC658C">
      <w:pPr>
        <w:pStyle w:val="Heading2"/>
        <w:rPr>
          <w:lang w:val="en-GB"/>
        </w:rPr>
      </w:pPr>
      <w:r w:rsidRPr="00EC658C">
        <w:rPr>
          <w:lang w:val="en-GB"/>
        </w:rPr>
        <w:t>Supply Chain Practitioner Apprenticeship Level 3</w:t>
      </w:r>
    </w:p>
    <w:p w14:paraId="1AE2EF0A" w14:textId="77777777" w:rsidR="00EC658C" w:rsidRPr="00EC658C" w:rsidRDefault="00EC658C" w:rsidP="00EC658C">
      <w:pPr>
        <w:pStyle w:val="Heading3"/>
        <w:rPr>
          <w:lang w:val="en-GB"/>
        </w:rPr>
      </w:pPr>
      <w:r w:rsidRPr="00EC658C">
        <w:rPr>
          <w:lang w:val="en-GB"/>
        </w:rPr>
        <w:t>Entry Requirements</w:t>
      </w:r>
    </w:p>
    <w:p w14:paraId="0EF91CD1" w14:textId="77777777" w:rsidR="00EC658C" w:rsidRPr="00EC658C" w:rsidRDefault="00EC658C" w:rsidP="00EC658C">
      <w:pPr>
        <w:pStyle w:val="ListParagraph"/>
        <w:numPr>
          <w:ilvl w:val="0"/>
          <w:numId w:val="264"/>
        </w:numPr>
        <w:rPr>
          <w:lang w:val="en-GB"/>
        </w:rPr>
      </w:pPr>
      <w:r w:rsidRPr="00EC658C">
        <w:rPr>
          <w:lang w:val="en-GB"/>
        </w:rPr>
        <w:t>A minimum of GCSE English and Maths grade 4 or above.</w:t>
      </w:r>
    </w:p>
    <w:p w14:paraId="05D32AA9" w14:textId="2D7FDAA5" w:rsidR="00EC658C" w:rsidRPr="00EC658C" w:rsidRDefault="00EC658C" w:rsidP="00EC658C">
      <w:pPr>
        <w:pStyle w:val="ListParagraph"/>
        <w:numPr>
          <w:ilvl w:val="0"/>
          <w:numId w:val="264"/>
        </w:numPr>
        <w:rPr>
          <w:lang w:val="en-GB"/>
        </w:rPr>
      </w:pPr>
      <w:r w:rsidRPr="00EC658C">
        <w:rPr>
          <w:lang w:val="en-GB"/>
        </w:rPr>
        <w:t>To start your apprenticeship</w:t>
      </w:r>
      <w:r w:rsidRPr="00EC658C">
        <w:rPr>
          <w:lang w:val="en-GB"/>
        </w:rPr>
        <w:t xml:space="preserve">, </w:t>
      </w:r>
      <w:r w:rsidRPr="00EC658C">
        <w:rPr>
          <w:lang w:val="en-GB"/>
        </w:rPr>
        <w:t>you must have secured employment that the college has agreed is suitable.</w:t>
      </w:r>
    </w:p>
    <w:p w14:paraId="111859BB" w14:textId="77777777" w:rsidR="00EC658C" w:rsidRPr="00EC658C" w:rsidRDefault="00EC658C" w:rsidP="00EC658C">
      <w:pPr>
        <w:pStyle w:val="Heading3"/>
        <w:rPr>
          <w:lang w:val="en-GB"/>
        </w:rPr>
      </w:pPr>
      <w:r w:rsidRPr="00EC658C">
        <w:rPr>
          <w:lang w:val="en-GB"/>
        </w:rPr>
        <w:lastRenderedPageBreak/>
        <w:t>Progression</w:t>
      </w:r>
    </w:p>
    <w:p w14:paraId="54F6785D" w14:textId="47B99F4E" w:rsidR="00EC658C" w:rsidRPr="00EC658C" w:rsidRDefault="00EC658C" w:rsidP="00EC658C">
      <w:pPr>
        <w:numPr>
          <w:ilvl w:val="0"/>
          <w:numId w:val="259"/>
        </w:numPr>
        <w:rPr>
          <w:lang w:val="en-GB"/>
        </w:rPr>
      </w:pPr>
      <w:r w:rsidRPr="00EC658C">
        <w:rPr>
          <w:lang w:val="en-GB"/>
        </w:rPr>
        <w:t>Management or specialist roles</w:t>
      </w:r>
    </w:p>
    <w:p w14:paraId="0E745DBB" w14:textId="77777777" w:rsidR="00EC658C" w:rsidRPr="00EC658C" w:rsidRDefault="00EC658C" w:rsidP="00EC658C">
      <w:pPr>
        <w:pStyle w:val="Heading2"/>
        <w:rPr>
          <w:lang w:val="en-GB"/>
        </w:rPr>
      </w:pPr>
      <w:r w:rsidRPr="00EC658C">
        <w:rPr>
          <w:lang w:val="en-GB"/>
        </w:rPr>
        <w:t>Food and Drink Technical Operator Apprenticeship Level 3</w:t>
      </w:r>
    </w:p>
    <w:p w14:paraId="213C8F86" w14:textId="77777777" w:rsidR="00EC658C" w:rsidRPr="00EC658C" w:rsidRDefault="00EC658C" w:rsidP="00EC658C">
      <w:pPr>
        <w:pStyle w:val="Heading3"/>
        <w:rPr>
          <w:lang w:val="en-GB"/>
        </w:rPr>
      </w:pPr>
      <w:r w:rsidRPr="00EC658C">
        <w:rPr>
          <w:lang w:val="en-GB"/>
        </w:rPr>
        <w:t>Entry Requirements</w:t>
      </w:r>
    </w:p>
    <w:p w14:paraId="2B5AD130" w14:textId="77777777" w:rsidR="00EC658C" w:rsidRPr="00EC658C" w:rsidRDefault="00EC658C" w:rsidP="00EC658C">
      <w:pPr>
        <w:pStyle w:val="ListParagraph"/>
        <w:numPr>
          <w:ilvl w:val="0"/>
          <w:numId w:val="259"/>
        </w:numPr>
        <w:rPr>
          <w:lang w:val="en-GB"/>
        </w:rPr>
      </w:pPr>
      <w:r w:rsidRPr="00EC658C">
        <w:rPr>
          <w:lang w:val="en-GB"/>
        </w:rPr>
        <w:t>You will need a Level 2 apprenticeship or related qualification, and Maths and English GCSE at grade 4/C.</w:t>
      </w:r>
    </w:p>
    <w:p w14:paraId="5617D92E" w14:textId="474E8EA0" w:rsidR="00EC658C" w:rsidRPr="00EC658C" w:rsidRDefault="00EC658C" w:rsidP="00EC658C">
      <w:pPr>
        <w:pStyle w:val="ListParagraph"/>
        <w:numPr>
          <w:ilvl w:val="0"/>
          <w:numId w:val="259"/>
        </w:numPr>
        <w:rPr>
          <w:lang w:val="en-GB"/>
        </w:rPr>
      </w:pPr>
      <w:r w:rsidRPr="00EC658C">
        <w:rPr>
          <w:lang w:val="en-GB"/>
        </w:rPr>
        <w:t>To start your apprenticeship</w:t>
      </w:r>
      <w:r w:rsidRPr="00EC658C">
        <w:rPr>
          <w:lang w:val="en-GB"/>
        </w:rPr>
        <w:t xml:space="preserve">, </w:t>
      </w:r>
      <w:r w:rsidRPr="00EC658C">
        <w:rPr>
          <w:lang w:val="en-GB"/>
        </w:rPr>
        <w:t>you must have secured employment that the college has agreed is suitable.</w:t>
      </w:r>
    </w:p>
    <w:p w14:paraId="6BF3A322" w14:textId="77777777" w:rsidR="00EC658C" w:rsidRPr="00EC658C" w:rsidRDefault="00EC658C" w:rsidP="00EC658C">
      <w:pPr>
        <w:pStyle w:val="Heading3"/>
        <w:rPr>
          <w:lang w:val="en-GB"/>
        </w:rPr>
      </w:pPr>
      <w:r w:rsidRPr="00EC658C">
        <w:rPr>
          <w:lang w:val="en-GB"/>
        </w:rPr>
        <w:t>Progression</w:t>
      </w:r>
    </w:p>
    <w:p w14:paraId="7CC63EFE" w14:textId="77777777" w:rsidR="00EC658C" w:rsidRPr="00EC658C" w:rsidRDefault="00EC658C" w:rsidP="00EC658C">
      <w:pPr>
        <w:numPr>
          <w:ilvl w:val="0"/>
          <w:numId w:val="260"/>
        </w:numPr>
        <w:rPr>
          <w:lang w:val="en-GB"/>
        </w:rPr>
      </w:pPr>
      <w:r w:rsidRPr="00EC658C">
        <w:rPr>
          <w:lang w:val="en-GB"/>
        </w:rPr>
        <w:t>Employment</w:t>
      </w:r>
    </w:p>
    <w:p w14:paraId="363348AA" w14:textId="546B9E07" w:rsidR="00EC658C" w:rsidRDefault="00EC658C" w:rsidP="00EC658C">
      <w:pPr>
        <w:pStyle w:val="Heading1"/>
        <w:rPr>
          <w:lang w:val="en-GB"/>
        </w:rPr>
      </w:pPr>
      <w:r>
        <w:rPr>
          <w:lang w:val="en-GB"/>
        </w:rPr>
        <w:t xml:space="preserve">Science </w:t>
      </w:r>
    </w:p>
    <w:p w14:paraId="1EF976AB" w14:textId="4ECC6619" w:rsidR="00EC658C" w:rsidRDefault="00EC658C" w:rsidP="00EC658C">
      <w:pPr>
        <w:rPr>
          <w:lang w:val="en-GB"/>
        </w:rPr>
      </w:pPr>
      <w:r w:rsidRPr="00EC658C">
        <w:rPr>
          <w:lang w:val="en-GB"/>
        </w:rPr>
        <w:t>Today’s society</w:t>
      </w:r>
      <w:r>
        <w:rPr>
          <w:lang w:val="en-GB"/>
        </w:rPr>
        <w:t xml:space="preserve"> </w:t>
      </w:r>
      <w:r w:rsidRPr="00EC658C">
        <w:rPr>
          <w:lang w:val="en-GB"/>
        </w:rPr>
        <w:t>benefits from so many</w:t>
      </w:r>
      <w:r>
        <w:rPr>
          <w:lang w:val="en-GB"/>
        </w:rPr>
        <w:t xml:space="preserve"> </w:t>
      </w:r>
      <w:r w:rsidRPr="00EC658C">
        <w:rPr>
          <w:lang w:val="en-GB"/>
        </w:rPr>
        <w:t>scientific innovations,</w:t>
      </w:r>
      <w:r>
        <w:rPr>
          <w:lang w:val="en-GB"/>
        </w:rPr>
        <w:t xml:space="preserve"> </w:t>
      </w:r>
      <w:r w:rsidRPr="00EC658C">
        <w:rPr>
          <w:lang w:val="en-GB"/>
        </w:rPr>
        <w:t>including medicines</w:t>
      </w:r>
      <w:r>
        <w:rPr>
          <w:lang w:val="en-GB"/>
        </w:rPr>
        <w:t xml:space="preserve"> </w:t>
      </w:r>
      <w:r w:rsidRPr="00EC658C">
        <w:rPr>
          <w:lang w:val="en-GB"/>
        </w:rPr>
        <w:t>and treatment,</w:t>
      </w:r>
      <w:r>
        <w:rPr>
          <w:lang w:val="en-GB"/>
        </w:rPr>
        <w:t xml:space="preserve"> </w:t>
      </w:r>
      <w:r w:rsidRPr="00EC658C">
        <w:rPr>
          <w:lang w:val="en-GB"/>
        </w:rPr>
        <w:t>technologies, food and</w:t>
      </w:r>
      <w:r>
        <w:rPr>
          <w:lang w:val="en-GB"/>
        </w:rPr>
        <w:t xml:space="preserve"> </w:t>
      </w:r>
      <w:r w:rsidRPr="00EC658C">
        <w:rPr>
          <w:lang w:val="en-GB"/>
        </w:rPr>
        <w:t>the environment. The</w:t>
      </w:r>
      <w:r>
        <w:rPr>
          <w:lang w:val="en-GB"/>
        </w:rPr>
        <w:t xml:space="preserve"> </w:t>
      </w:r>
      <w:r w:rsidRPr="00EC658C">
        <w:rPr>
          <w:lang w:val="en-GB"/>
        </w:rPr>
        <w:t>demand for discovery</w:t>
      </w:r>
      <w:r>
        <w:rPr>
          <w:lang w:val="en-GB"/>
        </w:rPr>
        <w:t xml:space="preserve"> </w:t>
      </w:r>
      <w:r w:rsidRPr="00EC658C">
        <w:rPr>
          <w:lang w:val="en-GB"/>
        </w:rPr>
        <w:t>is constant as we work</w:t>
      </w:r>
      <w:r>
        <w:rPr>
          <w:lang w:val="en-GB"/>
        </w:rPr>
        <w:t xml:space="preserve"> </w:t>
      </w:r>
      <w:r w:rsidRPr="00EC658C">
        <w:rPr>
          <w:lang w:val="en-GB"/>
        </w:rPr>
        <w:t>globally to create a</w:t>
      </w:r>
      <w:r>
        <w:rPr>
          <w:lang w:val="en-GB"/>
        </w:rPr>
        <w:t xml:space="preserve"> </w:t>
      </w:r>
      <w:r w:rsidRPr="00EC658C">
        <w:rPr>
          <w:lang w:val="en-GB"/>
        </w:rPr>
        <w:t>sustainable world with</w:t>
      </w:r>
      <w:r>
        <w:rPr>
          <w:lang w:val="en-GB"/>
        </w:rPr>
        <w:t xml:space="preserve"> </w:t>
      </w:r>
      <w:r w:rsidRPr="00EC658C">
        <w:rPr>
          <w:lang w:val="en-GB"/>
        </w:rPr>
        <w:t>a planet and population</w:t>
      </w:r>
      <w:r>
        <w:rPr>
          <w:lang w:val="en-GB"/>
        </w:rPr>
        <w:t xml:space="preserve"> </w:t>
      </w:r>
      <w:r w:rsidRPr="00EC658C">
        <w:rPr>
          <w:lang w:val="en-GB"/>
        </w:rPr>
        <w:t>that is fit for the future.</w:t>
      </w:r>
    </w:p>
    <w:p w14:paraId="484F095C" w14:textId="741762F9" w:rsidR="00EC658C" w:rsidRDefault="00EC658C" w:rsidP="00EC658C">
      <w:pPr>
        <w:rPr>
          <w:lang w:val="en-GB"/>
        </w:rPr>
      </w:pPr>
      <w:r w:rsidRPr="00EC658C">
        <w:rPr>
          <w:lang w:val="en-GB"/>
        </w:rPr>
        <w:t>When you do a Science course</w:t>
      </w:r>
      <w:r>
        <w:rPr>
          <w:lang w:val="en-GB"/>
        </w:rPr>
        <w:t xml:space="preserve"> </w:t>
      </w:r>
      <w:r w:rsidRPr="00EC658C">
        <w:rPr>
          <w:lang w:val="en-GB"/>
        </w:rPr>
        <w:t>at Kirklees College, you benefit</w:t>
      </w:r>
      <w:r>
        <w:rPr>
          <w:lang w:val="en-GB"/>
        </w:rPr>
        <w:t xml:space="preserve"> </w:t>
      </w:r>
      <w:r w:rsidRPr="00EC658C">
        <w:rPr>
          <w:lang w:val="en-GB"/>
        </w:rPr>
        <w:t>from spending your time in our</w:t>
      </w:r>
      <w:r>
        <w:rPr>
          <w:lang w:val="en-GB"/>
        </w:rPr>
        <w:t xml:space="preserve"> </w:t>
      </w:r>
      <w:r w:rsidRPr="00EC658C">
        <w:rPr>
          <w:lang w:val="en-GB"/>
        </w:rPr>
        <w:t>multi-purpose laboratories with</w:t>
      </w:r>
      <w:r>
        <w:rPr>
          <w:lang w:val="en-GB"/>
        </w:rPr>
        <w:t xml:space="preserve"> </w:t>
      </w:r>
      <w:r w:rsidRPr="00EC658C">
        <w:rPr>
          <w:lang w:val="en-GB"/>
        </w:rPr>
        <w:t>amazing equipment.</w:t>
      </w:r>
    </w:p>
    <w:p w14:paraId="7AD554CB" w14:textId="7CC733E3" w:rsidR="00EC658C" w:rsidRPr="00EC658C" w:rsidRDefault="00EC658C" w:rsidP="00EC658C">
      <w:pPr>
        <w:pStyle w:val="Heading2"/>
        <w:rPr>
          <w:lang w:val="en-GB"/>
        </w:rPr>
      </w:pPr>
      <w:r>
        <w:rPr>
          <w:lang w:val="en-GB"/>
        </w:rPr>
        <w:t>Average Salaries</w:t>
      </w:r>
    </w:p>
    <w:p w14:paraId="6D20FB58" w14:textId="44D864F3" w:rsidR="00EC658C" w:rsidRPr="00EC658C" w:rsidRDefault="00EC658C" w:rsidP="00EC658C">
      <w:pPr>
        <w:rPr>
          <w:lang w:val="en-GB"/>
        </w:rPr>
      </w:pPr>
      <w:r w:rsidRPr="00EC658C">
        <w:rPr>
          <w:lang w:val="en-GB"/>
        </w:rPr>
        <w:t>£48,440</w:t>
      </w:r>
      <w:r>
        <w:rPr>
          <w:lang w:val="en-GB"/>
        </w:rPr>
        <w:t xml:space="preserve"> </w:t>
      </w:r>
      <w:r w:rsidRPr="00EC658C">
        <w:rPr>
          <w:lang w:val="en-GB"/>
        </w:rPr>
        <w:t>Medical</w:t>
      </w:r>
      <w:r>
        <w:rPr>
          <w:lang w:val="en-GB"/>
        </w:rPr>
        <w:t xml:space="preserve"> </w:t>
      </w:r>
      <w:r w:rsidRPr="00EC658C">
        <w:rPr>
          <w:lang w:val="en-GB"/>
        </w:rPr>
        <w:t>Radiographers</w:t>
      </w:r>
    </w:p>
    <w:p w14:paraId="35E3A2D0" w14:textId="06A75193" w:rsidR="00EC658C" w:rsidRPr="00EC658C" w:rsidRDefault="00EC658C" w:rsidP="00EC658C">
      <w:pPr>
        <w:rPr>
          <w:lang w:val="en-GB"/>
        </w:rPr>
      </w:pPr>
      <w:r w:rsidRPr="00EC658C">
        <w:rPr>
          <w:lang w:val="en-GB"/>
        </w:rPr>
        <w:t>£50,460</w:t>
      </w:r>
      <w:r>
        <w:rPr>
          <w:lang w:val="en-GB"/>
        </w:rPr>
        <w:t xml:space="preserve"> </w:t>
      </w:r>
      <w:r w:rsidRPr="00EC658C">
        <w:rPr>
          <w:lang w:val="en-GB"/>
        </w:rPr>
        <w:t>Biological</w:t>
      </w:r>
      <w:r>
        <w:rPr>
          <w:lang w:val="en-GB"/>
        </w:rPr>
        <w:t xml:space="preserve"> </w:t>
      </w:r>
      <w:r w:rsidRPr="00EC658C">
        <w:rPr>
          <w:lang w:val="en-GB"/>
        </w:rPr>
        <w:t>Scientists</w:t>
      </w:r>
    </w:p>
    <w:p w14:paraId="729691C4" w14:textId="5E2DA0A0" w:rsidR="00A9119E" w:rsidRDefault="00EC658C" w:rsidP="00EC658C">
      <w:pPr>
        <w:rPr>
          <w:lang w:val="en-GB"/>
        </w:rPr>
      </w:pPr>
      <w:r w:rsidRPr="00EC658C">
        <w:rPr>
          <w:lang w:val="en-GB"/>
        </w:rPr>
        <w:t>£39,680</w:t>
      </w:r>
      <w:r>
        <w:rPr>
          <w:lang w:val="en-GB"/>
        </w:rPr>
        <w:t xml:space="preserve"> </w:t>
      </w:r>
      <w:r w:rsidRPr="00EC658C">
        <w:rPr>
          <w:lang w:val="en-GB"/>
        </w:rPr>
        <w:t>Science,</w:t>
      </w:r>
      <w:r>
        <w:rPr>
          <w:lang w:val="en-GB"/>
        </w:rPr>
        <w:t xml:space="preserve"> </w:t>
      </w:r>
      <w:r w:rsidRPr="00EC658C">
        <w:rPr>
          <w:lang w:val="en-GB"/>
        </w:rPr>
        <w:t>Engineering</w:t>
      </w:r>
      <w:r>
        <w:rPr>
          <w:lang w:val="en-GB"/>
        </w:rPr>
        <w:t xml:space="preserve"> </w:t>
      </w:r>
      <w:r w:rsidRPr="00EC658C">
        <w:rPr>
          <w:lang w:val="en-GB"/>
        </w:rPr>
        <w:t>and Production</w:t>
      </w:r>
      <w:r>
        <w:rPr>
          <w:lang w:val="en-GB"/>
        </w:rPr>
        <w:t xml:space="preserve"> </w:t>
      </w:r>
      <w:r w:rsidRPr="00EC658C">
        <w:rPr>
          <w:lang w:val="en-GB"/>
        </w:rPr>
        <w:t>Technicians</w:t>
      </w:r>
    </w:p>
    <w:p w14:paraId="11927E1E" w14:textId="179C54CA" w:rsidR="00A9119E" w:rsidRPr="00EC658C" w:rsidRDefault="00EC658C" w:rsidP="00EC658C">
      <w:pPr>
        <w:pStyle w:val="Heading2"/>
      </w:pPr>
      <w:r w:rsidRPr="00EC658C">
        <w:t>Case Study</w:t>
      </w:r>
    </w:p>
    <w:p w14:paraId="74F653D8" w14:textId="3C44FEFB" w:rsidR="00A9119E" w:rsidRDefault="00EC658C" w:rsidP="00EC658C">
      <w:pPr>
        <w:rPr>
          <w:lang w:val="en-GB"/>
        </w:rPr>
      </w:pPr>
      <w:r>
        <w:rPr>
          <w:lang w:val="en-GB"/>
        </w:rPr>
        <w:br/>
      </w:r>
      <w:r w:rsidRPr="00EC658C">
        <w:rPr>
          <w:lang w:val="en-GB"/>
        </w:rPr>
        <w:t>“The best part</w:t>
      </w:r>
      <w:r>
        <w:rPr>
          <w:lang w:val="en-GB"/>
        </w:rPr>
        <w:t xml:space="preserve"> </w:t>
      </w:r>
      <w:r w:rsidRPr="00EC658C">
        <w:rPr>
          <w:lang w:val="en-GB"/>
        </w:rPr>
        <w:t>of the course</w:t>
      </w:r>
      <w:r>
        <w:rPr>
          <w:lang w:val="en-GB"/>
        </w:rPr>
        <w:t xml:space="preserve"> </w:t>
      </w:r>
      <w:r w:rsidRPr="00EC658C">
        <w:rPr>
          <w:lang w:val="en-GB"/>
        </w:rPr>
        <w:t>was the practical</w:t>
      </w:r>
      <w:r>
        <w:rPr>
          <w:lang w:val="en-GB"/>
        </w:rPr>
        <w:t xml:space="preserve"> </w:t>
      </w:r>
      <w:r w:rsidRPr="00EC658C">
        <w:rPr>
          <w:lang w:val="en-GB"/>
        </w:rPr>
        <w:t>element. I learnt a</w:t>
      </w:r>
      <w:r>
        <w:rPr>
          <w:lang w:val="en-GB"/>
        </w:rPr>
        <w:t xml:space="preserve"> </w:t>
      </w:r>
      <w:r w:rsidRPr="00EC658C">
        <w:rPr>
          <w:lang w:val="en-GB"/>
        </w:rPr>
        <w:t>lot and I am now</w:t>
      </w:r>
      <w:r>
        <w:rPr>
          <w:lang w:val="en-GB"/>
        </w:rPr>
        <w:t xml:space="preserve"> </w:t>
      </w:r>
      <w:r w:rsidRPr="00EC658C">
        <w:rPr>
          <w:lang w:val="en-GB"/>
        </w:rPr>
        <w:t>looking for an</w:t>
      </w:r>
      <w:r>
        <w:rPr>
          <w:lang w:val="en-GB"/>
        </w:rPr>
        <w:t xml:space="preserve"> </w:t>
      </w:r>
      <w:r w:rsidRPr="00EC658C">
        <w:rPr>
          <w:lang w:val="en-GB"/>
        </w:rPr>
        <w:t>apprenticeship to</w:t>
      </w:r>
      <w:r>
        <w:rPr>
          <w:lang w:val="en-GB"/>
        </w:rPr>
        <w:t xml:space="preserve"> </w:t>
      </w:r>
      <w:r w:rsidRPr="00EC658C">
        <w:rPr>
          <w:lang w:val="en-GB"/>
        </w:rPr>
        <w:t>start my career.”</w:t>
      </w:r>
    </w:p>
    <w:p w14:paraId="03ECCED1" w14:textId="77777777" w:rsidR="00EC658C" w:rsidRPr="00EC658C" w:rsidRDefault="00EC658C" w:rsidP="00EC658C">
      <w:pPr>
        <w:rPr>
          <w:lang w:val="en-GB"/>
        </w:rPr>
      </w:pPr>
      <w:r w:rsidRPr="00EC658C">
        <w:rPr>
          <w:lang w:val="en-GB"/>
        </w:rPr>
        <w:t>Jakub</w:t>
      </w:r>
    </w:p>
    <w:p w14:paraId="5138EC34" w14:textId="2EC6ED50" w:rsidR="00A9119E" w:rsidRDefault="00EC658C" w:rsidP="00EC658C">
      <w:pPr>
        <w:rPr>
          <w:lang w:val="en-GB"/>
        </w:rPr>
      </w:pPr>
      <w:r w:rsidRPr="00EC658C">
        <w:rPr>
          <w:i/>
          <w:iCs/>
          <w:lang w:val="en-GB"/>
        </w:rPr>
        <w:t>Level 3 Applied Science</w:t>
      </w:r>
    </w:p>
    <w:p w14:paraId="55EF00E6" w14:textId="77777777" w:rsidR="00EC658C" w:rsidRPr="00EC658C" w:rsidRDefault="00EC658C" w:rsidP="00EC658C">
      <w:pPr>
        <w:pStyle w:val="Heading2"/>
        <w:rPr>
          <w:lang w:val="en-GB"/>
        </w:rPr>
      </w:pPr>
      <w:r>
        <w:rPr>
          <w:lang w:val="en-GB"/>
        </w:rPr>
        <w:br/>
      </w:r>
      <w:r w:rsidRPr="00EC658C">
        <w:rPr>
          <w:lang w:val="en-GB"/>
        </w:rPr>
        <w:t>Vocational Pathways: Pathway to Science Entry 3</w:t>
      </w:r>
    </w:p>
    <w:p w14:paraId="4D02579D" w14:textId="77777777" w:rsidR="00EC658C" w:rsidRPr="00EC658C" w:rsidRDefault="00EC658C" w:rsidP="00EC658C">
      <w:pPr>
        <w:pStyle w:val="Heading3"/>
        <w:rPr>
          <w:lang w:val="en-GB"/>
        </w:rPr>
      </w:pPr>
      <w:r w:rsidRPr="00EC658C">
        <w:rPr>
          <w:lang w:val="en-GB"/>
        </w:rPr>
        <w:t>Entry Requirements</w:t>
      </w:r>
    </w:p>
    <w:p w14:paraId="6DE7F6A0" w14:textId="77777777" w:rsidR="00EC658C" w:rsidRPr="00EC658C" w:rsidRDefault="00EC658C" w:rsidP="00EC658C">
      <w:pPr>
        <w:numPr>
          <w:ilvl w:val="0"/>
          <w:numId w:val="265"/>
        </w:numPr>
        <w:rPr>
          <w:lang w:val="en-GB"/>
        </w:rPr>
      </w:pPr>
      <w:r w:rsidRPr="00EC658C">
        <w:rPr>
          <w:lang w:val="en-GB"/>
        </w:rPr>
        <w:t>There are no formal entry requirements for this course.</w:t>
      </w:r>
    </w:p>
    <w:p w14:paraId="76ED5B19" w14:textId="77777777" w:rsidR="00EC658C" w:rsidRPr="00EC658C" w:rsidRDefault="00EC658C" w:rsidP="00EC658C">
      <w:pPr>
        <w:pStyle w:val="Heading3"/>
        <w:rPr>
          <w:lang w:val="en-GB"/>
        </w:rPr>
      </w:pPr>
      <w:r w:rsidRPr="00EC658C">
        <w:rPr>
          <w:lang w:val="en-GB"/>
        </w:rPr>
        <w:lastRenderedPageBreak/>
        <w:t>Progression</w:t>
      </w:r>
    </w:p>
    <w:p w14:paraId="6B3E38DB" w14:textId="34E2C5A0" w:rsidR="00EC658C" w:rsidRPr="00EC658C" w:rsidRDefault="00EC658C" w:rsidP="00EC658C">
      <w:pPr>
        <w:numPr>
          <w:ilvl w:val="0"/>
          <w:numId w:val="266"/>
        </w:numPr>
        <w:rPr>
          <w:lang w:val="en-GB"/>
        </w:rPr>
      </w:pPr>
      <w:r w:rsidRPr="00EC658C">
        <w:rPr>
          <w:lang w:val="en-GB"/>
        </w:rPr>
        <w:t>This practical learning will support students wishing to progress onto the Level 1 course in this field the following year.</w:t>
      </w:r>
    </w:p>
    <w:p w14:paraId="4D180C9D" w14:textId="77777777" w:rsidR="00EC658C" w:rsidRPr="00EC658C" w:rsidRDefault="00EC658C" w:rsidP="00EC658C">
      <w:pPr>
        <w:pStyle w:val="Heading2"/>
        <w:rPr>
          <w:lang w:val="en-GB"/>
        </w:rPr>
      </w:pPr>
      <w:r w:rsidRPr="00EC658C">
        <w:rPr>
          <w:lang w:val="en-GB"/>
        </w:rPr>
        <w:t>Applied Science Level 1</w:t>
      </w:r>
    </w:p>
    <w:p w14:paraId="2EA8C1F8" w14:textId="77777777" w:rsidR="00EC658C" w:rsidRPr="00EC658C" w:rsidRDefault="00EC658C" w:rsidP="00EC658C">
      <w:pPr>
        <w:pStyle w:val="Heading3"/>
        <w:rPr>
          <w:lang w:val="en-GB"/>
        </w:rPr>
      </w:pPr>
      <w:r w:rsidRPr="00EC658C">
        <w:rPr>
          <w:lang w:val="en-GB"/>
        </w:rPr>
        <w:t>Entry Requirements</w:t>
      </w:r>
    </w:p>
    <w:p w14:paraId="1B262641" w14:textId="77777777" w:rsidR="00EC658C" w:rsidRPr="00EC658C" w:rsidRDefault="00EC658C" w:rsidP="00EC658C">
      <w:pPr>
        <w:rPr>
          <w:lang w:val="en-GB"/>
        </w:rPr>
      </w:pPr>
      <w:r w:rsidRPr="00EC658C">
        <w:rPr>
          <w:lang w:val="en-GB"/>
        </w:rPr>
        <w:t>A minimum of four GCSEs with the following grades:</w:t>
      </w:r>
    </w:p>
    <w:p w14:paraId="21965951" w14:textId="77777777" w:rsidR="00EC658C" w:rsidRPr="00EC658C" w:rsidRDefault="00EC658C" w:rsidP="00EC658C">
      <w:pPr>
        <w:pStyle w:val="ListParagraph"/>
        <w:numPr>
          <w:ilvl w:val="0"/>
          <w:numId w:val="266"/>
        </w:numPr>
        <w:rPr>
          <w:lang w:val="en-GB"/>
        </w:rPr>
      </w:pPr>
      <w:r w:rsidRPr="00EC658C">
        <w:rPr>
          <w:lang w:val="en-GB"/>
        </w:rPr>
        <w:t>English at 2 or above</w:t>
      </w:r>
    </w:p>
    <w:p w14:paraId="1FED39C4" w14:textId="77777777" w:rsidR="00EC658C" w:rsidRPr="00EC658C" w:rsidRDefault="00EC658C" w:rsidP="00EC658C">
      <w:pPr>
        <w:pStyle w:val="ListParagraph"/>
        <w:numPr>
          <w:ilvl w:val="0"/>
          <w:numId w:val="266"/>
        </w:numPr>
        <w:rPr>
          <w:lang w:val="en-GB"/>
        </w:rPr>
      </w:pPr>
      <w:r w:rsidRPr="00EC658C">
        <w:rPr>
          <w:lang w:val="en-GB"/>
        </w:rPr>
        <w:t>Maths at 1 or above</w:t>
      </w:r>
    </w:p>
    <w:p w14:paraId="6ACDD6AA" w14:textId="77777777" w:rsidR="00EC658C" w:rsidRPr="00EC658C" w:rsidRDefault="00EC658C" w:rsidP="00EC658C">
      <w:pPr>
        <w:pStyle w:val="ListParagraph"/>
        <w:numPr>
          <w:ilvl w:val="0"/>
          <w:numId w:val="266"/>
        </w:numPr>
        <w:rPr>
          <w:lang w:val="en-GB"/>
        </w:rPr>
      </w:pPr>
      <w:r w:rsidRPr="00EC658C">
        <w:rPr>
          <w:lang w:val="en-GB"/>
        </w:rPr>
        <w:t>Two other GCSEs at 2 or above</w:t>
      </w:r>
    </w:p>
    <w:p w14:paraId="75B11604" w14:textId="77777777" w:rsidR="00EC658C" w:rsidRPr="00EC658C" w:rsidRDefault="00EC658C" w:rsidP="00EC658C">
      <w:pPr>
        <w:pStyle w:val="ListParagraph"/>
        <w:numPr>
          <w:ilvl w:val="0"/>
          <w:numId w:val="266"/>
        </w:numPr>
        <w:rPr>
          <w:lang w:val="en-GB"/>
        </w:rPr>
      </w:pPr>
      <w:r w:rsidRPr="00EC658C">
        <w:rPr>
          <w:lang w:val="en-GB"/>
        </w:rPr>
        <w:t>Including a science subject</w:t>
      </w:r>
    </w:p>
    <w:p w14:paraId="25A684C7" w14:textId="77777777" w:rsidR="00EC658C" w:rsidRPr="00EC658C" w:rsidRDefault="00EC658C" w:rsidP="00EC658C">
      <w:pPr>
        <w:pStyle w:val="Heading3"/>
        <w:rPr>
          <w:lang w:val="en-GB"/>
        </w:rPr>
      </w:pPr>
      <w:r w:rsidRPr="00EC658C">
        <w:rPr>
          <w:lang w:val="en-GB"/>
        </w:rPr>
        <w:t>Progression</w:t>
      </w:r>
    </w:p>
    <w:p w14:paraId="00407A5F" w14:textId="77777777" w:rsidR="00EC658C" w:rsidRPr="00EC658C" w:rsidRDefault="00EC658C" w:rsidP="00EC658C">
      <w:pPr>
        <w:pStyle w:val="ListParagraph"/>
        <w:numPr>
          <w:ilvl w:val="0"/>
          <w:numId w:val="267"/>
        </w:numPr>
        <w:rPr>
          <w:lang w:val="en-GB"/>
        </w:rPr>
      </w:pPr>
      <w:r w:rsidRPr="00EC658C">
        <w:rPr>
          <w:lang w:val="en-GB"/>
        </w:rPr>
        <w:t>Applied Science Level 2</w:t>
      </w:r>
    </w:p>
    <w:p w14:paraId="4788E8AD" w14:textId="6284A588" w:rsidR="00EC658C" w:rsidRPr="00EC658C" w:rsidRDefault="00EC658C" w:rsidP="00EC658C">
      <w:pPr>
        <w:pStyle w:val="ListParagraph"/>
        <w:numPr>
          <w:ilvl w:val="0"/>
          <w:numId w:val="267"/>
        </w:numPr>
        <w:rPr>
          <w:lang w:val="en-GB"/>
        </w:rPr>
      </w:pPr>
      <w:r w:rsidRPr="00EC658C">
        <w:rPr>
          <w:lang w:val="en-GB"/>
        </w:rPr>
        <w:t>Health and Social Care course</w:t>
      </w:r>
    </w:p>
    <w:p w14:paraId="6A531474" w14:textId="77777777" w:rsidR="00EC658C" w:rsidRPr="00EC658C" w:rsidRDefault="00EC658C" w:rsidP="00EC658C">
      <w:pPr>
        <w:pStyle w:val="Heading2"/>
        <w:rPr>
          <w:lang w:val="en-GB"/>
        </w:rPr>
      </w:pPr>
      <w:r w:rsidRPr="00EC658C">
        <w:rPr>
          <w:lang w:val="en-GB"/>
        </w:rPr>
        <w:t>Applied Science Level 2</w:t>
      </w:r>
    </w:p>
    <w:p w14:paraId="10449DA8" w14:textId="77777777" w:rsidR="00EC658C" w:rsidRPr="00EC658C" w:rsidRDefault="00EC658C" w:rsidP="00EC658C">
      <w:pPr>
        <w:pStyle w:val="Heading3"/>
        <w:rPr>
          <w:lang w:val="en-GB"/>
        </w:rPr>
      </w:pPr>
      <w:r w:rsidRPr="00EC658C">
        <w:rPr>
          <w:lang w:val="en-GB"/>
        </w:rPr>
        <w:t>Entry Requirements</w:t>
      </w:r>
    </w:p>
    <w:p w14:paraId="3360DEA5" w14:textId="77777777" w:rsidR="00EC658C" w:rsidRPr="00EC658C" w:rsidRDefault="00EC658C" w:rsidP="00EC658C">
      <w:pPr>
        <w:rPr>
          <w:lang w:val="en-GB"/>
        </w:rPr>
      </w:pPr>
      <w:r w:rsidRPr="00EC658C">
        <w:rPr>
          <w:lang w:val="en-GB"/>
        </w:rPr>
        <w:t>A minimum of four GCSEs with the following grades:</w:t>
      </w:r>
    </w:p>
    <w:p w14:paraId="264A24A7" w14:textId="77777777" w:rsidR="00EC658C" w:rsidRPr="00EC658C" w:rsidRDefault="00EC658C" w:rsidP="00EC658C">
      <w:pPr>
        <w:pStyle w:val="ListParagraph"/>
        <w:numPr>
          <w:ilvl w:val="0"/>
          <w:numId w:val="268"/>
        </w:numPr>
        <w:rPr>
          <w:lang w:val="en-GB"/>
        </w:rPr>
      </w:pPr>
      <w:r w:rsidRPr="00EC658C">
        <w:rPr>
          <w:lang w:val="en-GB"/>
        </w:rPr>
        <w:t>English and Maths at grade 3 or above</w:t>
      </w:r>
    </w:p>
    <w:p w14:paraId="056CE3CD" w14:textId="77777777" w:rsidR="00EC658C" w:rsidRPr="00EC658C" w:rsidRDefault="00EC658C" w:rsidP="00EC658C">
      <w:pPr>
        <w:pStyle w:val="ListParagraph"/>
        <w:numPr>
          <w:ilvl w:val="0"/>
          <w:numId w:val="268"/>
        </w:numPr>
        <w:rPr>
          <w:lang w:val="en-GB"/>
        </w:rPr>
      </w:pPr>
      <w:r w:rsidRPr="00EC658C">
        <w:rPr>
          <w:lang w:val="en-GB"/>
        </w:rPr>
        <w:t>Two other GCSEs at 3 or above</w:t>
      </w:r>
    </w:p>
    <w:p w14:paraId="3D6BEDBD" w14:textId="77777777" w:rsidR="00EC658C" w:rsidRPr="00EC658C" w:rsidRDefault="00EC658C" w:rsidP="00EC658C">
      <w:pPr>
        <w:pStyle w:val="ListParagraph"/>
        <w:numPr>
          <w:ilvl w:val="0"/>
          <w:numId w:val="268"/>
        </w:numPr>
        <w:rPr>
          <w:lang w:val="en-GB"/>
        </w:rPr>
      </w:pPr>
      <w:r w:rsidRPr="00EC658C">
        <w:rPr>
          <w:lang w:val="en-GB"/>
        </w:rPr>
        <w:t>Including a science subject</w:t>
      </w:r>
    </w:p>
    <w:p w14:paraId="708C4353" w14:textId="77777777" w:rsidR="00EC658C" w:rsidRPr="00EC658C" w:rsidRDefault="00EC658C" w:rsidP="00EC658C">
      <w:pPr>
        <w:pStyle w:val="Heading3"/>
        <w:rPr>
          <w:lang w:val="en-GB"/>
        </w:rPr>
      </w:pPr>
      <w:r w:rsidRPr="00EC658C">
        <w:rPr>
          <w:lang w:val="en-GB"/>
        </w:rPr>
        <w:t>Progression</w:t>
      </w:r>
    </w:p>
    <w:p w14:paraId="4FFFB4EC" w14:textId="77777777" w:rsidR="00EC658C" w:rsidRPr="00EC658C" w:rsidRDefault="00EC658C" w:rsidP="00EC658C">
      <w:pPr>
        <w:pStyle w:val="ListParagraph"/>
        <w:numPr>
          <w:ilvl w:val="0"/>
          <w:numId w:val="269"/>
        </w:numPr>
        <w:rPr>
          <w:lang w:val="en-GB"/>
        </w:rPr>
      </w:pPr>
      <w:r w:rsidRPr="00EC658C">
        <w:rPr>
          <w:lang w:val="en-GB"/>
        </w:rPr>
        <w:t>Laboratory Technician apprenticeship Level 3</w:t>
      </w:r>
    </w:p>
    <w:p w14:paraId="08146118" w14:textId="4FFAD245" w:rsidR="00EC658C" w:rsidRPr="00EC658C" w:rsidRDefault="00EC658C" w:rsidP="00EC658C">
      <w:pPr>
        <w:pStyle w:val="ListParagraph"/>
        <w:numPr>
          <w:ilvl w:val="0"/>
          <w:numId w:val="269"/>
        </w:numPr>
        <w:rPr>
          <w:lang w:val="en-GB"/>
        </w:rPr>
      </w:pPr>
      <w:r w:rsidRPr="00EC658C">
        <w:rPr>
          <w:lang w:val="en-GB"/>
        </w:rPr>
        <w:t>Level 3 Science course</w:t>
      </w:r>
    </w:p>
    <w:p w14:paraId="10DD9064" w14:textId="77777777" w:rsidR="00EC658C" w:rsidRPr="00EC658C" w:rsidRDefault="00EC658C" w:rsidP="00EC658C">
      <w:pPr>
        <w:pStyle w:val="Heading2"/>
        <w:rPr>
          <w:lang w:val="en-GB"/>
        </w:rPr>
      </w:pPr>
      <w:r w:rsidRPr="00EC658C">
        <w:rPr>
          <w:lang w:val="en-GB"/>
        </w:rPr>
        <w:t>Applied Science Level 3</w:t>
      </w:r>
    </w:p>
    <w:p w14:paraId="1EF9086C" w14:textId="77777777" w:rsidR="00EC658C" w:rsidRPr="00EC658C" w:rsidRDefault="00EC658C" w:rsidP="00EC658C">
      <w:pPr>
        <w:pStyle w:val="Heading3"/>
        <w:rPr>
          <w:lang w:val="en-GB"/>
        </w:rPr>
      </w:pPr>
      <w:r w:rsidRPr="00EC658C">
        <w:rPr>
          <w:lang w:val="en-GB"/>
        </w:rPr>
        <w:t>Entry Requirements</w:t>
      </w:r>
    </w:p>
    <w:p w14:paraId="52C4E4A2" w14:textId="77777777" w:rsidR="00EC658C" w:rsidRPr="00EC658C" w:rsidRDefault="00EC658C" w:rsidP="00EC658C">
      <w:pPr>
        <w:rPr>
          <w:lang w:val="en-GB"/>
        </w:rPr>
      </w:pPr>
      <w:r w:rsidRPr="00EC658C">
        <w:rPr>
          <w:lang w:val="en-GB"/>
        </w:rPr>
        <w:t>A minimum of five GCSEs with the following grades:</w:t>
      </w:r>
    </w:p>
    <w:p w14:paraId="66840D0A" w14:textId="77777777" w:rsidR="00EC658C" w:rsidRPr="00EC658C" w:rsidRDefault="00EC658C" w:rsidP="00EC658C">
      <w:pPr>
        <w:pStyle w:val="ListParagraph"/>
        <w:numPr>
          <w:ilvl w:val="0"/>
          <w:numId w:val="270"/>
        </w:numPr>
        <w:rPr>
          <w:lang w:val="en-GB"/>
        </w:rPr>
      </w:pPr>
      <w:r w:rsidRPr="00EC658C">
        <w:rPr>
          <w:lang w:val="en-GB"/>
        </w:rPr>
        <w:t>English and Maths at 4 or above</w:t>
      </w:r>
    </w:p>
    <w:p w14:paraId="72F531F0" w14:textId="77777777" w:rsidR="00EC658C" w:rsidRPr="00EC658C" w:rsidRDefault="00EC658C" w:rsidP="00EC658C">
      <w:pPr>
        <w:pStyle w:val="ListParagraph"/>
        <w:numPr>
          <w:ilvl w:val="0"/>
          <w:numId w:val="270"/>
        </w:numPr>
        <w:rPr>
          <w:lang w:val="en-GB"/>
        </w:rPr>
      </w:pPr>
      <w:r w:rsidRPr="00EC658C">
        <w:rPr>
          <w:lang w:val="en-GB"/>
        </w:rPr>
        <w:t>Three other GCSEs at 4 or above</w:t>
      </w:r>
    </w:p>
    <w:p w14:paraId="4389C750" w14:textId="77777777" w:rsidR="00EC658C" w:rsidRPr="00EC658C" w:rsidRDefault="00EC658C" w:rsidP="00EC658C">
      <w:pPr>
        <w:pStyle w:val="ListParagraph"/>
        <w:numPr>
          <w:ilvl w:val="0"/>
          <w:numId w:val="270"/>
        </w:numPr>
        <w:rPr>
          <w:lang w:val="en-GB"/>
        </w:rPr>
      </w:pPr>
      <w:r w:rsidRPr="00EC658C">
        <w:rPr>
          <w:lang w:val="en-GB"/>
        </w:rPr>
        <w:t>Including a science subject</w:t>
      </w:r>
    </w:p>
    <w:p w14:paraId="17B01D1C" w14:textId="77777777" w:rsidR="00EC658C" w:rsidRPr="00EC658C" w:rsidRDefault="00EC658C" w:rsidP="00EC658C">
      <w:pPr>
        <w:pStyle w:val="Heading3"/>
        <w:rPr>
          <w:lang w:val="en-GB"/>
        </w:rPr>
      </w:pPr>
      <w:r w:rsidRPr="00EC658C">
        <w:rPr>
          <w:lang w:val="en-GB"/>
        </w:rPr>
        <w:t>Progression</w:t>
      </w:r>
    </w:p>
    <w:p w14:paraId="5A5974DE" w14:textId="77777777" w:rsidR="00EC658C" w:rsidRPr="00EC658C" w:rsidRDefault="00EC658C" w:rsidP="00EC658C">
      <w:pPr>
        <w:pStyle w:val="ListParagraph"/>
        <w:numPr>
          <w:ilvl w:val="0"/>
          <w:numId w:val="271"/>
        </w:numPr>
        <w:rPr>
          <w:lang w:val="en-GB"/>
        </w:rPr>
      </w:pPr>
      <w:r w:rsidRPr="00EC658C">
        <w:rPr>
          <w:lang w:val="en-GB"/>
        </w:rPr>
        <w:t>Higher Education including degrees in pharmacy, audiology, optometry, chemistry and forensics</w:t>
      </w:r>
    </w:p>
    <w:p w14:paraId="34E53D3E" w14:textId="77777777" w:rsidR="00EC658C" w:rsidRPr="00EC658C" w:rsidRDefault="00EC658C" w:rsidP="00EC658C">
      <w:pPr>
        <w:pStyle w:val="ListParagraph"/>
        <w:numPr>
          <w:ilvl w:val="0"/>
          <w:numId w:val="271"/>
        </w:numPr>
        <w:rPr>
          <w:lang w:val="en-GB"/>
        </w:rPr>
      </w:pPr>
      <w:r w:rsidRPr="00EC658C">
        <w:rPr>
          <w:lang w:val="en-GB"/>
        </w:rPr>
        <w:t>Apprenticeship</w:t>
      </w:r>
    </w:p>
    <w:p w14:paraId="04EE15AD" w14:textId="07F3F5C5" w:rsidR="00EC658C" w:rsidRDefault="00EC658C" w:rsidP="00EC658C">
      <w:pPr>
        <w:pStyle w:val="ListParagraph"/>
        <w:numPr>
          <w:ilvl w:val="0"/>
          <w:numId w:val="271"/>
        </w:numPr>
        <w:rPr>
          <w:lang w:val="en-GB"/>
        </w:rPr>
      </w:pPr>
      <w:r w:rsidRPr="00EC658C">
        <w:rPr>
          <w:lang w:val="en-GB"/>
        </w:rPr>
        <w:t>Employment</w:t>
      </w:r>
    </w:p>
    <w:p w14:paraId="662A486E" w14:textId="77777777" w:rsidR="00EC658C" w:rsidRPr="00EC658C" w:rsidRDefault="00EC658C" w:rsidP="00EC658C">
      <w:pPr>
        <w:rPr>
          <w:lang w:val="en-GB"/>
        </w:rPr>
      </w:pPr>
    </w:p>
    <w:p w14:paraId="3CC241D9" w14:textId="77777777" w:rsidR="00EC658C" w:rsidRPr="00EC658C" w:rsidRDefault="00EC658C" w:rsidP="00EC658C">
      <w:pPr>
        <w:pStyle w:val="Heading2"/>
        <w:rPr>
          <w:lang w:val="en-GB"/>
        </w:rPr>
      </w:pPr>
      <w:r w:rsidRPr="00EC658C">
        <w:rPr>
          <w:lang w:val="en-GB"/>
        </w:rPr>
        <w:lastRenderedPageBreak/>
        <w:t>Forensic and Criminal Investigations Level 3</w:t>
      </w:r>
    </w:p>
    <w:p w14:paraId="0364FDEC" w14:textId="77777777" w:rsidR="00EC658C" w:rsidRPr="00EC658C" w:rsidRDefault="00EC658C" w:rsidP="00EC658C">
      <w:pPr>
        <w:pStyle w:val="Heading3"/>
        <w:rPr>
          <w:lang w:val="en-GB"/>
        </w:rPr>
      </w:pPr>
      <w:r w:rsidRPr="00EC658C">
        <w:rPr>
          <w:lang w:val="en-GB"/>
        </w:rPr>
        <w:t>Entry Requirements</w:t>
      </w:r>
    </w:p>
    <w:p w14:paraId="546E0347" w14:textId="77777777" w:rsidR="00EC658C" w:rsidRPr="00EC658C" w:rsidRDefault="00EC658C" w:rsidP="00EC658C">
      <w:pPr>
        <w:rPr>
          <w:lang w:val="en-GB"/>
        </w:rPr>
      </w:pPr>
      <w:r w:rsidRPr="00EC658C">
        <w:rPr>
          <w:lang w:val="en-GB"/>
        </w:rPr>
        <w:t>A minimum of five GCSEs with the following grades:</w:t>
      </w:r>
    </w:p>
    <w:p w14:paraId="1B808BA5" w14:textId="77777777" w:rsidR="00EC658C" w:rsidRPr="00EC658C" w:rsidRDefault="00EC658C" w:rsidP="00EC658C">
      <w:pPr>
        <w:pStyle w:val="ListParagraph"/>
        <w:numPr>
          <w:ilvl w:val="0"/>
          <w:numId w:val="272"/>
        </w:numPr>
        <w:rPr>
          <w:lang w:val="en-GB"/>
        </w:rPr>
      </w:pPr>
      <w:r w:rsidRPr="00EC658C">
        <w:rPr>
          <w:lang w:val="en-GB"/>
        </w:rPr>
        <w:t>English and Maths at 4 or above</w:t>
      </w:r>
    </w:p>
    <w:p w14:paraId="2D79EC0B" w14:textId="77777777" w:rsidR="00EC658C" w:rsidRPr="00EC658C" w:rsidRDefault="00EC658C" w:rsidP="00EC658C">
      <w:pPr>
        <w:pStyle w:val="ListParagraph"/>
        <w:numPr>
          <w:ilvl w:val="0"/>
          <w:numId w:val="272"/>
        </w:numPr>
        <w:rPr>
          <w:lang w:val="en-GB"/>
        </w:rPr>
      </w:pPr>
      <w:r w:rsidRPr="00EC658C">
        <w:rPr>
          <w:lang w:val="en-GB"/>
        </w:rPr>
        <w:t>Three other GCSEs at 4 or above</w:t>
      </w:r>
    </w:p>
    <w:p w14:paraId="39613731" w14:textId="77777777" w:rsidR="00EC658C" w:rsidRPr="00EC658C" w:rsidRDefault="00EC658C" w:rsidP="00EC658C">
      <w:pPr>
        <w:pStyle w:val="ListParagraph"/>
        <w:numPr>
          <w:ilvl w:val="0"/>
          <w:numId w:val="272"/>
        </w:numPr>
        <w:rPr>
          <w:lang w:val="en-GB"/>
        </w:rPr>
      </w:pPr>
      <w:r w:rsidRPr="00EC658C">
        <w:rPr>
          <w:lang w:val="en-GB"/>
        </w:rPr>
        <w:t>Including a science subject</w:t>
      </w:r>
    </w:p>
    <w:p w14:paraId="618F1A6E" w14:textId="77777777" w:rsidR="00EC658C" w:rsidRPr="00EC658C" w:rsidRDefault="00EC658C" w:rsidP="00EC658C">
      <w:pPr>
        <w:pStyle w:val="Heading3"/>
        <w:rPr>
          <w:lang w:val="en-GB"/>
        </w:rPr>
      </w:pPr>
      <w:r w:rsidRPr="00EC658C">
        <w:rPr>
          <w:lang w:val="en-GB"/>
        </w:rPr>
        <w:t>Progression</w:t>
      </w:r>
    </w:p>
    <w:p w14:paraId="49F5E0AD" w14:textId="77777777" w:rsidR="00EC658C" w:rsidRPr="00EC658C" w:rsidRDefault="00EC658C" w:rsidP="00EC658C">
      <w:pPr>
        <w:pStyle w:val="ListParagraph"/>
        <w:numPr>
          <w:ilvl w:val="0"/>
          <w:numId w:val="273"/>
        </w:numPr>
        <w:rPr>
          <w:lang w:val="en-GB"/>
        </w:rPr>
      </w:pPr>
      <w:r w:rsidRPr="00EC658C">
        <w:rPr>
          <w:lang w:val="en-GB"/>
        </w:rPr>
        <w:t>Higher Education including degrees in forensic science, criminology, psychology, forensic fire investigation</w:t>
      </w:r>
    </w:p>
    <w:p w14:paraId="78B92A35" w14:textId="77777777" w:rsidR="00EC658C" w:rsidRPr="00EC658C" w:rsidRDefault="00EC658C" w:rsidP="00EC658C">
      <w:pPr>
        <w:pStyle w:val="ListParagraph"/>
        <w:numPr>
          <w:ilvl w:val="0"/>
          <w:numId w:val="273"/>
        </w:numPr>
        <w:rPr>
          <w:lang w:val="en-GB"/>
        </w:rPr>
      </w:pPr>
      <w:r w:rsidRPr="00EC658C">
        <w:rPr>
          <w:lang w:val="en-GB"/>
        </w:rPr>
        <w:t>Apprenticeship</w:t>
      </w:r>
    </w:p>
    <w:p w14:paraId="5D014DFF" w14:textId="27B654B9" w:rsidR="00EC658C" w:rsidRPr="00EC658C" w:rsidRDefault="00EC658C" w:rsidP="00EC658C">
      <w:pPr>
        <w:pStyle w:val="ListParagraph"/>
        <w:numPr>
          <w:ilvl w:val="0"/>
          <w:numId w:val="273"/>
        </w:numPr>
        <w:rPr>
          <w:lang w:val="en-GB"/>
        </w:rPr>
      </w:pPr>
      <w:r w:rsidRPr="00EC658C">
        <w:rPr>
          <w:lang w:val="en-GB"/>
        </w:rPr>
        <w:t>Employment</w:t>
      </w:r>
    </w:p>
    <w:p w14:paraId="161A1684" w14:textId="77777777" w:rsidR="00EC658C" w:rsidRPr="00EC658C" w:rsidRDefault="00EC658C" w:rsidP="00EC658C">
      <w:pPr>
        <w:pStyle w:val="Heading2"/>
        <w:rPr>
          <w:lang w:val="en-GB"/>
        </w:rPr>
      </w:pPr>
      <w:r w:rsidRPr="00EC658C">
        <w:rPr>
          <w:lang w:val="en-GB"/>
        </w:rPr>
        <w:t>Laboratory Technician Apprenticeship Level 3</w:t>
      </w:r>
    </w:p>
    <w:p w14:paraId="01DE887E" w14:textId="77777777" w:rsidR="00EC658C" w:rsidRPr="00EC658C" w:rsidRDefault="00EC658C" w:rsidP="00EC658C">
      <w:pPr>
        <w:pStyle w:val="Heading3"/>
        <w:rPr>
          <w:lang w:val="en-GB"/>
        </w:rPr>
      </w:pPr>
      <w:r w:rsidRPr="00EC658C">
        <w:rPr>
          <w:lang w:val="en-GB"/>
        </w:rPr>
        <w:t>Entry Requirements</w:t>
      </w:r>
    </w:p>
    <w:p w14:paraId="512708A3" w14:textId="77777777" w:rsidR="00EC658C" w:rsidRPr="00EC658C" w:rsidRDefault="00EC658C" w:rsidP="00EC658C">
      <w:pPr>
        <w:rPr>
          <w:lang w:val="en-GB"/>
        </w:rPr>
      </w:pPr>
      <w:r w:rsidRPr="00EC658C">
        <w:rPr>
          <w:lang w:val="en-GB"/>
        </w:rPr>
        <w:t>A minimum of five GCSEs with the following grades:</w:t>
      </w:r>
    </w:p>
    <w:p w14:paraId="61833E44" w14:textId="77777777" w:rsidR="00EC658C" w:rsidRPr="00EC658C" w:rsidRDefault="00EC658C" w:rsidP="00EC658C">
      <w:pPr>
        <w:pStyle w:val="ListParagraph"/>
        <w:numPr>
          <w:ilvl w:val="0"/>
          <w:numId w:val="274"/>
        </w:numPr>
        <w:rPr>
          <w:lang w:val="en-GB"/>
        </w:rPr>
      </w:pPr>
      <w:r w:rsidRPr="00EC658C">
        <w:rPr>
          <w:lang w:val="en-GB"/>
        </w:rPr>
        <w:t>English and Maths at 4 or above</w:t>
      </w:r>
    </w:p>
    <w:p w14:paraId="02F89A83" w14:textId="77777777" w:rsidR="00EC658C" w:rsidRPr="00EC658C" w:rsidRDefault="00EC658C" w:rsidP="00EC658C">
      <w:pPr>
        <w:pStyle w:val="ListParagraph"/>
        <w:numPr>
          <w:ilvl w:val="0"/>
          <w:numId w:val="274"/>
        </w:numPr>
        <w:rPr>
          <w:lang w:val="en-GB"/>
        </w:rPr>
      </w:pPr>
      <w:r w:rsidRPr="00EC658C">
        <w:rPr>
          <w:lang w:val="en-GB"/>
        </w:rPr>
        <w:t>Three other GCSEs at 4 or above</w:t>
      </w:r>
    </w:p>
    <w:p w14:paraId="164C44F8" w14:textId="77777777" w:rsidR="00EC658C" w:rsidRPr="00EC658C" w:rsidRDefault="00EC658C" w:rsidP="00EC658C">
      <w:pPr>
        <w:pStyle w:val="ListParagraph"/>
        <w:numPr>
          <w:ilvl w:val="0"/>
          <w:numId w:val="274"/>
        </w:numPr>
        <w:rPr>
          <w:lang w:val="en-GB"/>
        </w:rPr>
      </w:pPr>
      <w:r w:rsidRPr="00EC658C">
        <w:rPr>
          <w:lang w:val="en-GB"/>
        </w:rPr>
        <w:t>Including a science subject</w:t>
      </w:r>
    </w:p>
    <w:p w14:paraId="06FEAC7A" w14:textId="72E0DA13" w:rsidR="00EC658C" w:rsidRPr="00EC658C" w:rsidRDefault="00EC658C" w:rsidP="00EC658C">
      <w:pPr>
        <w:pStyle w:val="ListParagraph"/>
        <w:numPr>
          <w:ilvl w:val="0"/>
          <w:numId w:val="274"/>
        </w:numPr>
        <w:rPr>
          <w:lang w:val="en-GB"/>
        </w:rPr>
      </w:pPr>
      <w:r w:rsidRPr="00EC658C">
        <w:rPr>
          <w:lang w:val="en-GB"/>
        </w:rPr>
        <w:t>To start your apprenticeship</w:t>
      </w:r>
      <w:r w:rsidRPr="00EC658C">
        <w:rPr>
          <w:lang w:val="en-GB"/>
        </w:rPr>
        <w:t xml:space="preserve">, </w:t>
      </w:r>
      <w:r w:rsidRPr="00EC658C">
        <w:rPr>
          <w:lang w:val="en-GB"/>
        </w:rPr>
        <w:t>you must have secured employment that the college has agreed is suitable.</w:t>
      </w:r>
    </w:p>
    <w:p w14:paraId="732B6848" w14:textId="77777777" w:rsidR="00EC658C" w:rsidRPr="00EC658C" w:rsidRDefault="00EC658C" w:rsidP="00EC658C">
      <w:pPr>
        <w:pStyle w:val="Heading3"/>
        <w:rPr>
          <w:lang w:val="en-GB"/>
        </w:rPr>
      </w:pPr>
      <w:r w:rsidRPr="00EC658C">
        <w:rPr>
          <w:lang w:val="en-GB"/>
        </w:rPr>
        <w:t>Progression</w:t>
      </w:r>
    </w:p>
    <w:p w14:paraId="634C998D" w14:textId="77777777" w:rsidR="00EC658C" w:rsidRPr="00EC658C" w:rsidRDefault="00EC658C" w:rsidP="00EC658C">
      <w:pPr>
        <w:pStyle w:val="ListParagraph"/>
        <w:numPr>
          <w:ilvl w:val="0"/>
          <w:numId w:val="275"/>
        </w:numPr>
        <w:rPr>
          <w:lang w:val="en-GB"/>
        </w:rPr>
      </w:pPr>
      <w:r w:rsidRPr="00EC658C">
        <w:rPr>
          <w:lang w:val="en-GB"/>
        </w:rPr>
        <w:t>Employment in the science industry</w:t>
      </w:r>
    </w:p>
    <w:p w14:paraId="2E0FF87C" w14:textId="14AC9BFD" w:rsidR="00EC658C" w:rsidRPr="00EC658C" w:rsidRDefault="00EC658C" w:rsidP="00EC658C">
      <w:pPr>
        <w:pStyle w:val="ListParagraph"/>
        <w:numPr>
          <w:ilvl w:val="0"/>
          <w:numId w:val="275"/>
        </w:numPr>
        <w:rPr>
          <w:lang w:val="en-GB"/>
        </w:rPr>
      </w:pPr>
      <w:r w:rsidRPr="00EC658C">
        <w:rPr>
          <w:lang w:val="en-GB"/>
        </w:rPr>
        <w:t>Higher level apprenticeship</w:t>
      </w:r>
    </w:p>
    <w:p w14:paraId="35BC74C1" w14:textId="77777777" w:rsidR="00EC658C" w:rsidRPr="00EC658C" w:rsidRDefault="00EC658C" w:rsidP="00EC658C">
      <w:pPr>
        <w:pStyle w:val="Heading2"/>
        <w:rPr>
          <w:lang w:val="en-GB"/>
        </w:rPr>
      </w:pPr>
      <w:r w:rsidRPr="00EC658C">
        <w:rPr>
          <w:lang w:val="en-GB"/>
        </w:rPr>
        <w:t>T Level Laboratory Science Level 3</w:t>
      </w:r>
    </w:p>
    <w:p w14:paraId="19D7E370" w14:textId="77777777" w:rsidR="00EC658C" w:rsidRPr="00EC658C" w:rsidRDefault="00EC658C" w:rsidP="00EC658C">
      <w:pPr>
        <w:pStyle w:val="Heading3"/>
        <w:rPr>
          <w:lang w:val="en-GB"/>
        </w:rPr>
      </w:pPr>
      <w:r w:rsidRPr="00EC658C">
        <w:rPr>
          <w:lang w:val="en-GB"/>
        </w:rPr>
        <w:t>Entry Requirements</w:t>
      </w:r>
    </w:p>
    <w:p w14:paraId="0A3CF291" w14:textId="77777777" w:rsidR="00EC658C" w:rsidRPr="00EC658C" w:rsidRDefault="00EC658C" w:rsidP="00EC658C">
      <w:pPr>
        <w:pStyle w:val="ListParagraph"/>
        <w:numPr>
          <w:ilvl w:val="0"/>
          <w:numId w:val="276"/>
        </w:numPr>
        <w:rPr>
          <w:lang w:val="en-GB"/>
        </w:rPr>
      </w:pPr>
      <w:r w:rsidRPr="00EC658C">
        <w:rPr>
          <w:lang w:val="en-GB"/>
        </w:rPr>
        <w:t>1 GCSE at grade 5 and four GCSEs grade 4 or above.</w:t>
      </w:r>
    </w:p>
    <w:p w14:paraId="5F3264F6" w14:textId="77777777" w:rsidR="00EC658C" w:rsidRPr="00EC658C" w:rsidRDefault="00EC658C" w:rsidP="00EC658C">
      <w:pPr>
        <w:pStyle w:val="ListParagraph"/>
        <w:numPr>
          <w:ilvl w:val="0"/>
          <w:numId w:val="276"/>
        </w:numPr>
        <w:rPr>
          <w:lang w:val="en-GB"/>
        </w:rPr>
      </w:pPr>
      <w:r w:rsidRPr="00EC658C">
        <w:rPr>
          <w:lang w:val="en-GB"/>
        </w:rPr>
        <w:t>You must have English, Maths and Science as part of this combination, and one of these subjects must be at grade 5.</w:t>
      </w:r>
    </w:p>
    <w:p w14:paraId="2B582BBA" w14:textId="77777777" w:rsidR="00EC658C" w:rsidRPr="00EC658C" w:rsidRDefault="00EC658C" w:rsidP="00EC658C">
      <w:pPr>
        <w:pStyle w:val="Heading3"/>
        <w:rPr>
          <w:lang w:val="en-GB"/>
        </w:rPr>
      </w:pPr>
      <w:r w:rsidRPr="00EC658C">
        <w:rPr>
          <w:lang w:val="en-GB"/>
        </w:rPr>
        <w:t>Progression</w:t>
      </w:r>
    </w:p>
    <w:p w14:paraId="709249CC" w14:textId="77777777" w:rsidR="00EC658C" w:rsidRPr="00EC658C" w:rsidRDefault="00EC658C" w:rsidP="00EC658C">
      <w:pPr>
        <w:pStyle w:val="ListParagraph"/>
        <w:numPr>
          <w:ilvl w:val="0"/>
          <w:numId w:val="277"/>
        </w:numPr>
        <w:rPr>
          <w:lang w:val="en-GB"/>
        </w:rPr>
      </w:pPr>
      <w:r w:rsidRPr="00EC658C">
        <w:rPr>
          <w:lang w:val="en-GB"/>
        </w:rPr>
        <w:t>Science related Higher Education course</w:t>
      </w:r>
    </w:p>
    <w:p w14:paraId="3725FF09" w14:textId="77777777" w:rsidR="00EC658C" w:rsidRPr="00EC658C" w:rsidRDefault="00EC658C" w:rsidP="00EC658C">
      <w:pPr>
        <w:pStyle w:val="ListParagraph"/>
        <w:numPr>
          <w:ilvl w:val="0"/>
          <w:numId w:val="277"/>
        </w:numPr>
        <w:rPr>
          <w:lang w:val="en-GB"/>
        </w:rPr>
      </w:pPr>
      <w:r w:rsidRPr="00EC658C">
        <w:rPr>
          <w:lang w:val="en-GB"/>
        </w:rPr>
        <w:t>Employment in a Science related field</w:t>
      </w:r>
    </w:p>
    <w:p w14:paraId="47B5D3B6" w14:textId="77777777" w:rsidR="00EC658C" w:rsidRPr="00EC658C" w:rsidRDefault="00EC658C" w:rsidP="00EC658C">
      <w:pPr>
        <w:pStyle w:val="ListParagraph"/>
        <w:numPr>
          <w:ilvl w:val="0"/>
          <w:numId w:val="277"/>
        </w:numPr>
        <w:rPr>
          <w:lang w:val="en-GB"/>
        </w:rPr>
      </w:pPr>
      <w:r w:rsidRPr="00EC658C">
        <w:rPr>
          <w:lang w:val="en-GB"/>
        </w:rPr>
        <w:t>Apprenticeship</w:t>
      </w:r>
    </w:p>
    <w:p w14:paraId="62805102" w14:textId="2587C5FC" w:rsidR="00A9119E" w:rsidRDefault="00A9119E" w:rsidP="00122CE0">
      <w:pPr>
        <w:rPr>
          <w:lang w:val="en-GB"/>
        </w:rPr>
      </w:pPr>
    </w:p>
    <w:p w14:paraId="67083197" w14:textId="77777777" w:rsidR="00A9119E" w:rsidRDefault="00A9119E" w:rsidP="00122CE0">
      <w:pPr>
        <w:rPr>
          <w:lang w:val="en-GB"/>
        </w:rPr>
      </w:pPr>
    </w:p>
    <w:p w14:paraId="413D0A3A" w14:textId="77777777" w:rsidR="00A9119E" w:rsidRDefault="00A9119E" w:rsidP="00122CE0">
      <w:pPr>
        <w:rPr>
          <w:lang w:val="en-GB"/>
        </w:rPr>
      </w:pPr>
    </w:p>
    <w:p w14:paraId="36C1A19D" w14:textId="3122DCF0" w:rsidR="00557E83" w:rsidRDefault="00557E83" w:rsidP="00557E83">
      <w:pPr>
        <w:pStyle w:val="Heading1"/>
        <w:rPr>
          <w:lang w:val="en-GB"/>
        </w:rPr>
      </w:pPr>
      <w:r>
        <w:rPr>
          <w:lang w:val="en-GB"/>
        </w:rPr>
        <w:lastRenderedPageBreak/>
        <w:t>Skills for Work and Life</w:t>
      </w:r>
    </w:p>
    <w:p w14:paraId="3D61CE11" w14:textId="77777777" w:rsidR="00557E83" w:rsidRDefault="00557E83" w:rsidP="00557E83">
      <w:pPr>
        <w:rPr>
          <w:lang w:val="en-GB"/>
        </w:rPr>
      </w:pPr>
      <w:r w:rsidRPr="009677AD">
        <w:rPr>
          <w:lang w:val="en-GB"/>
        </w:rPr>
        <w:t>Our Skills for Work and Life courses are designed to help support people wanting to</w:t>
      </w:r>
      <w:r>
        <w:rPr>
          <w:lang w:val="en-GB"/>
        </w:rPr>
        <w:t xml:space="preserve"> </w:t>
      </w:r>
      <w:r w:rsidRPr="009677AD">
        <w:rPr>
          <w:lang w:val="en-GB"/>
        </w:rPr>
        <w:t>improve their life skills for work and everyday living. Delivered in a safe, supportive and</w:t>
      </w:r>
      <w:r>
        <w:rPr>
          <w:lang w:val="en-GB"/>
        </w:rPr>
        <w:t xml:space="preserve"> </w:t>
      </w:r>
      <w:r w:rsidRPr="009677AD">
        <w:rPr>
          <w:lang w:val="en-GB"/>
        </w:rPr>
        <w:t>nurturing environment, our committed team offers specialist support to each student based upon their individual needs.</w:t>
      </w:r>
    </w:p>
    <w:p w14:paraId="6C2B2755" w14:textId="77777777" w:rsidR="00557E83" w:rsidRDefault="00557E83" w:rsidP="00557E83">
      <w:pPr>
        <w:rPr>
          <w:lang w:val="en-GB"/>
        </w:rPr>
      </w:pPr>
      <w:r w:rsidRPr="00007EAB">
        <w:rPr>
          <w:lang w:val="en-GB"/>
        </w:rPr>
        <w:t xml:space="preserve">We have a range of facilities at our Huddersfield Centre and Springfield Sixth Form Centre in Dewsbury. These include specialist classrooms, social areas, regulation spaces, community gardens and kitchens. We also have independent living spaces to help students learn the skills they need to live with greater independence. </w:t>
      </w:r>
    </w:p>
    <w:p w14:paraId="4E90DAD1" w14:textId="77777777" w:rsidR="00557E83" w:rsidRDefault="00557E83" w:rsidP="00557E83">
      <w:pPr>
        <w:rPr>
          <w:lang w:val="en-GB"/>
        </w:rPr>
      </w:pPr>
      <w:r w:rsidRPr="00007EAB">
        <w:rPr>
          <w:lang w:val="en-GB"/>
        </w:rPr>
        <w:t>Students are able to follow pathways for their studies: Pathway to Independence, Pathway to Employment or Pathway</w:t>
      </w:r>
      <w:r>
        <w:rPr>
          <w:lang w:val="en-GB"/>
        </w:rPr>
        <w:t xml:space="preserve"> </w:t>
      </w:r>
      <w:r w:rsidRPr="00007EAB">
        <w:rPr>
          <w:lang w:val="en-GB"/>
        </w:rPr>
        <w:t>to Vocational Curriculum. Each pathway contains a range of programmes that build on the skills they have learnt.</w:t>
      </w:r>
    </w:p>
    <w:p w14:paraId="52F3CF75" w14:textId="77777777" w:rsidR="00557E83" w:rsidRDefault="00557E83" w:rsidP="00557E83">
      <w:pPr>
        <w:pStyle w:val="Heading2"/>
        <w:rPr>
          <w:lang w:val="en-GB"/>
        </w:rPr>
      </w:pPr>
      <w:r>
        <w:rPr>
          <w:lang w:val="en-GB"/>
        </w:rPr>
        <w:t>Introduction to Life Skills</w:t>
      </w:r>
    </w:p>
    <w:p w14:paraId="6E6A8BE6" w14:textId="77777777" w:rsidR="00557E83" w:rsidRDefault="00557E83" w:rsidP="00557E83">
      <w:pPr>
        <w:pStyle w:val="Heading3"/>
        <w:rPr>
          <w:lang w:val="en-GB"/>
        </w:rPr>
      </w:pPr>
      <w:r>
        <w:rPr>
          <w:lang w:val="en-GB"/>
        </w:rPr>
        <w:t>Entry Requirements</w:t>
      </w:r>
    </w:p>
    <w:p w14:paraId="0885F2F0" w14:textId="77777777" w:rsidR="00557E83" w:rsidRDefault="00557E83" w:rsidP="00557E83">
      <w:pPr>
        <w:pStyle w:val="ListParagraph"/>
        <w:numPr>
          <w:ilvl w:val="0"/>
          <w:numId w:val="116"/>
        </w:numPr>
        <w:rPr>
          <w:lang w:val="en-GB"/>
        </w:rPr>
      </w:pPr>
      <w:r w:rsidRPr="00111DD1">
        <w:rPr>
          <w:lang w:val="en-GB"/>
        </w:rPr>
        <w:t>There are no formal entry requirements. You will take part in an interview to see if the course is right for you and to see if you have any additional support needs.</w:t>
      </w:r>
    </w:p>
    <w:p w14:paraId="15C5A8BF" w14:textId="77777777" w:rsidR="00557E83" w:rsidRDefault="00557E83" w:rsidP="00557E83">
      <w:pPr>
        <w:pStyle w:val="Heading3"/>
        <w:rPr>
          <w:lang w:val="en-GB"/>
        </w:rPr>
      </w:pPr>
      <w:r>
        <w:rPr>
          <w:lang w:val="en-GB"/>
        </w:rPr>
        <w:t>Progression</w:t>
      </w:r>
    </w:p>
    <w:p w14:paraId="5AE76CC5" w14:textId="77777777" w:rsidR="00557E83" w:rsidRDefault="00557E83" w:rsidP="00557E83">
      <w:pPr>
        <w:pStyle w:val="ListParagraph"/>
        <w:numPr>
          <w:ilvl w:val="0"/>
          <w:numId w:val="116"/>
        </w:numPr>
        <w:rPr>
          <w:lang w:val="en-GB"/>
        </w:rPr>
      </w:pPr>
      <w:r w:rsidRPr="00637351">
        <w:rPr>
          <w:lang w:val="en-GB"/>
        </w:rPr>
        <w:t>This course has been designed as the end entry point or progression route on the Pathway to Independence. Students may progress onto external provision or the employment pathway depending upon their EHCP outcomes and their aspirations</w:t>
      </w:r>
      <w:r>
        <w:rPr>
          <w:lang w:val="en-GB"/>
        </w:rPr>
        <w:t xml:space="preserve"> f</w:t>
      </w:r>
      <w:r w:rsidRPr="00637351">
        <w:rPr>
          <w:lang w:val="en-GB"/>
        </w:rPr>
        <w:t>or the future.</w:t>
      </w:r>
    </w:p>
    <w:p w14:paraId="7B44A30B" w14:textId="77777777" w:rsidR="00557E83" w:rsidRDefault="00557E83" w:rsidP="00557E83">
      <w:pPr>
        <w:pStyle w:val="Heading2"/>
        <w:rPr>
          <w:lang w:val="en-GB"/>
        </w:rPr>
      </w:pPr>
      <w:r>
        <w:rPr>
          <w:lang w:val="en-GB"/>
        </w:rPr>
        <w:t>Independent Living Skills</w:t>
      </w:r>
    </w:p>
    <w:p w14:paraId="132FE944" w14:textId="77777777" w:rsidR="00557E83" w:rsidRDefault="00557E83" w:rsidP="00557E83">
      <w:pPr>
        <w:pStyle w:val="Heading3"/>
        <w:rPr>
          <w:lang w:val="en-GB"/>
        </w:rPr>
      </w:pPr>
      <w:r>
        <w:rPr>
          <w:lang w:val="en-GB"/>
        </w:rPr>
        <w:t>Entry Requirements</w:t>
      </w:r>
    </w:p>
    <w:p w14:paraId="30148A61" w14:textId="77777777" w:rsidR="00557E83" w:rsidRDefault="00557E83" w:rsidP="00557E83">
      <w:pPr>
        <w:pStyle w:val="ListParagraph"/>
        <w:numPr>
          <w:ilvl w:val="0"/>
          <w:numId w:val="116"/>
        </w:numPr>
        <w:rPr>
          <w:lang w:val="en-GB"/>
        </w:rPr>
      </w:pPr>
      <w:r w:rsidRPr="00CB1A15">
        <w:rPr>
          <w:lang w:val="en-GB"/>
        </w:rPr>
        <w:t>There are no formal entry requirements. You will take part in an interview to see if the course is right for you and to see if you have any additional support needs.</w:t>
      </w:r>
    </w:p>
    <w:p w14:paraId="1F0D7951" w14:textId="77777777" w:rsidR="00557E83" w:rsidRDefault="00557E83" w:rsidP="00557E83">
      <w:pPr>
        <w:pStyle w:val="Heading3"/>
        <w:rPr>
          <w:lang w:val="en-GB"/>
        </w:rPr>
      </w:pPr>
      <w:r>
        <w:rPr>
          <w:lang w:val="en-GB"/>
        </w:rPr>
        <w:t>Progression</w:t>
      </w:r>
    </w:p>
    <w:p w14:paraId="62F3D63D" w14:textId="77777777" w:rsidR="00557E83" w:rsidRDefault="00557E83" w:rsidP="00557E83">
      <w:pPr>
        <w:pStyle w:val="ListParagraph"/>
        <w:numPr>
          <w:ilvl w:val="0"/>
          <w:numId w:val="116"/>
        </w:numPr>
        <w:rPr>
          <w:lang w:val="en-GB"/>
        </w:rPr>
      </w:pPr>
      <w:r w:rsidRPr="009B474B">
        <w:rPr>
          <w:lang w:val="en-GB"/>
        </w:rPr>
        <w:t>This course has been designed as an entry level to the Pathway to Independence. Students may progress within the Pathways model that matches their current progress against the preparation for adulthood framework, their EHCP outcomes and their aspirations for the future.</w:t>
      </w:r>
    </w:p>
    <w:p w14:paraId="3F6EDCBE" w14:textId="77777777" w:rsidR="00557E83" w:rsidRDefault="00557E83" w:rsidP="00557E83">
      <w:pPr>
        <w:pStyle w:val="Heading2"/>
        <w:rPr>
          <w:lang w:val="en-GB"/>
        </w:rPr>
      </w:pPr>
      <w:r>
        <w:rPr>
          <w:lang w:val="en-GB"/>
        </w:rPr>
        <w:t>Work Related Skills</w:t>
      </w:r>
    </w:p>
    <w:p w14:paraId="1B174529" w14:textId="77777777" w:rsidR="00557E83" w:rsidRDefault="00557E83" w:rsidP="00557E83">
      <w:pPr>
        <w:pStyle w:val="Heading3"/>
        <w:rPr>
          <w:lang w:val="en-GB"/>
        </w:rPr>
      </w:pPr>
      <w:r>
        <w:rPr>
          <w:lang w:val="en-GB"/>
        </w:rPr>
        <w:t>Entry Requirements</w:t>
      </w:r>
    </w:p>
    <w:p w14:paraId="66C4EB17" w14:textId="77777777" w:rsidR="00557E83" w:rsidRDefault="00557E83" w:rsidP="00557E83">
      <w:pPr>
        <w:pStyle w:val="ListParagraph"/>
        <w:numPr>
          <w:ilvl w:val="0"/>
          <w:numId w:val="116"/>
        </w:numPr>
        <w:rPr>
          <w:lang w:val="en-GB"/>
        </w:rPr>
      </w:pPr>
      <w:r w:rsidRPr="002A331D">
        <w:rPr>
          <w:lang w:val="en-GB"/>
        </w:rPr>
        <w:t>There are no formal entry requirements. You will take part in an interview to see if the course is right for you and to see if you have any additional support needs.</w:t>
      </w:r>
    </w:p>
    <w:p w14:paraId="2B7BD036" w14:textId="77777777" w:rsidR="00557E83" w:rsidRDefault="00557E83" w:rsidP="00557E83">
      <w:pPr>
        <w:pStyle w:val="Heading3"/>
        <w:rPr>
          <w:lang w:val="en-GB"/>
        </w:rPr>
      </w:pPr>
      <w:r>
        <w:rPr>
          <w:lang w:val="en-GB"/>
        </w:rPr>
        <w:lastRenderedPageBreak/>
        <w:t>Progression</w:t>
      </w:r>
    </w:p>
    <w:p w14:paraId="47EF6EF3" w14:textId="77777777" w:rsidR="00557E83" w:rsidRDefault="00557E83" w:rsidP="00557E83">
      <w:pPr>
        <w:pStyle w:val="ListParagraph"/>
        <w:numPr>
          <w:ilvl w:val="0"/>
          <w:numId w:val="116"/>
        </w:numPr>
        <w:rPr>
          <w:lang w:val="en-GB"/>
        </w:rPr>
      </w:pPr>
      <w:r w:rsidRPr="00B20D7C">
        <w:rPr>
          <w:lang w:val="en-GB"/>
        </w:rPr>
        <w:t>This course has been designed</w:t>
      </w:r>
      <w:r>
        <w:rPr>
          <w:lang w:val="en-GB"/>
        </w:rPr>
        <w:t xml:space="preserve"> </w:t>
      </w:r>
      <w:r w:rsidRPr="00B20D7C">
        <w:rPr>
          <w:lang w:val="en-GB"/>
        </w:rPr>
        <w:t>as an entry level to the Pathway to Employment. Students may progress within the Pathways model that matches their current</w:t>
      </w:r>
      <w:r>
        <w:rPr>
          <w:lang w:val="en-GB"/>
        </w:rPr>
        <w:t xml:space="preserve"> </w:t>
      </w:r>
      <w:r w:rsidRPr="00B20D7C">
        <w:rPr>
          <w:lang w:val="en-GB"/>
        </w:rPr>
        <w:t>progress against the preparation for adulthood framework, their EHCP outcomes and their aspirations for the future.</w:t>
      </w:r>
    </w:p>
    <w:p w14:paraId="4780371E" w14:textId="77777777" w:rsidR="00557E83" w:rsidRDefault="00557E83" w:rsidP="00557E83">
      <w:pPr>
        <w:pStyle w:val="Heading2"/>
        <w:rPr>
          <w:lang w:val="en-GB"/>
        </w:rPr>
      </w:pPr>
      <w:r>
        <w:rPr>
          <w:lang w:val="en-GB"/>
        </w:rPr>
        <w:t>Work Skills Level 1</w:t>
      </w:r>
    </w:p>
    <w:p w14:paraId="1CCF67BF" w14:textId="77777777" w:rsidR="00557E83" w:rsidRDefault="00557E83" w:rsidP="00557E83">
      <w:pPr>
        <w:pStyle w:val="Heading3"/>
        <w:rPr>
          <w:lang w:val="en-GB"/>
        </w:rPr>
      </w:pPr>
      <w:r>
        <w:rPr>
          <w:lang w:val="en-GB"/>
        </w:rPr>
        <w:t>Entry Requirements</w:t>
      </w:r>
    </w:p>
    <w:p w14:paraId="5BCBC8CD" w14:textId="77777777" w:rsidR="00557E83" w:rsidRDefault="00557E83" w:rsidP="00557E83">
      <w:pPr>
        <w:pStyle w:val="ListParagraph"/>
        <w:numPr>
          <w:ilvl w:val="0"/>
          <w:numId w:val="116"/>
        </w:numPr>
        <w:rPr>
          <w:lang w:val="en-GB"/>
        </w:rPr>
      </w:pPr>
      <w:r w:rsidRPr="001D7C15">
        <w:rPr>
          <w:lang w:val="en-GB"/>
        </w:rPr>
        <w:t>You will take part in an interview to see if the course is right for you and to see if you have any additional support needs. You will need to be working at Entry Level 2 or above in English.</w:t>
      </w:r>
    </w:p>
    <w:p w14:paraId="33E34614" w14:textId="77777777" w:rsidR="00557E83" w:rsidRDefault="00557E83" w:rsidP="00557E83">
      <w:pPr>
        <w:pStyle w:val="Heading3"/>
        <w:rPr>
          <w:lang w:val="en-GB"/>
        </w:rPr>
      </w:pPr>
      <w:r>
        <w:rPr>
          <w:lang w:val="en-GB"/>
        </w:rPr>
        <w:t>Progression</w:t>
      </w:r>
    </w:p>
    <w:p w14:paraId="31042C6E" w14:textId="77777777" w:rsidR="00557E83" w:rsidRPr="00020BD7" w:rsidRDefault="00557E83" w:rsidP="00557E83">
      <w:pPr>
        <w:pStyle w:val="ListParagraph"/>
        <w:numPr>
          <w:ilvl w:val="0"/>
          <w:numId w:val="116"/>
        </w:numPr>
        <w:rPr>
          <w:lang w:val="en-GB"/>
        </w:rPr>
      </w:pPr>
      <w:r w:rsidRPr="00020BD7">
        <w:rPr>
          <w:lang w:val="en-GB"/>
        </w:rPr>
        <w:t>Level 1 course</w:t>
      </w:r>
    </w:p>
    <w:p w14:paraId="08295686" w14:textId="77777777" w:rsidR="00557E83" w:rsidRPr="00020BD7" w:rsidRDefault="00557E83" w:rsidP="00557E83">
      <w:pPr>
        <w:pStyle w:val="ListParagraph"/>
        <w:numPr>
          <w:ilvl w:val="0"/>
          <w:numId w:val="116"/>
        </w:numPr>
        <w:rPr>
          <w:lang w:val="en-GB"/>
        </w:rPr>
      </w:pPr>
      <w:r w:rsidRPr="00020BD7">
        <w:rPr>
          <w:lang w:val="en-GB"/>
        </w:rPr>
        <w:t xml:space="preserve">Level 2 course </w:t>
      </w:r>
    </w:p>
    <w:p w14:paraId="34E90EFF" w14:textId="77777777" w:rsidR="00557E83" w:rsidRPr="00020BD7" w:rsidRDefault="00557E83" w:rsidP="00557E83">
      <w:pPr>
        <w:pStyle w:val="ListParagraph"/>
        <w:numPr>
          <w:ilvl w:val="0"/>
          <w:numId w:val="116"/>
        </w:numPr>
        <w:rPr>
          <w:lang w:val="en-GB"/>
        </w:rPr>
      </w:pPr>
      <w:r w:rsidRPr="00020BD7">
        <w:rPr>
          <w:lang w:val="en-GB"/>
        </w:rPr>
        <w:t xml:space="preserve">Pre-supported Internship </w:t>
      </w:r>
    </w:p>
    <w:p w14:paraId="6BF12EF1" w14:textId="77777777" w:rsidR="00557E83" w:rsidRPr="00020BD7" w:rsidRDefault="00557E83" w:rsidP="00557E83">
      <w:pPr>
        <w:pStyle w:val="ListParagraph"/>
        <w:numPr>
          <w:ilvl w:val="0"/>
          <w:numId w:val="116"/>
        </w:numPr>
        <w:rPr>
          <w:lang w:val="en-GB"/>
        </w:rPr>
      </w:pPr>
      <w:r w:rsidRPr="00020BD7">
        <w:rPr>
          <w:lang w:val="en-GB"/>
        </w:rPr>
        <w:t xml:space="preserve">Employment </w:t>
      </w:r>
    </w:p>
    <w:p w14:paraId="1EA2B961" w14:textId="77777777" w:rsidR="00557E83" w:rsidRDefault="00557E83" w:rsidP="00557E83">
      <w:pPr>
        <w:pStyle w:val="ListParagraph"/>
        <w:numPr>
          <w:ilvl w:val="0"/>
          <w:numId w:val="116"/>
        </w:numPr>
        <w:rPr>
          <w:lang w:val="en-GB"/>
        </w:rPr>
      </w:pPr>
      <w:r w:rsidRPr="00020BD7">
        <w:rPr>
          <w:lang w:val="en-GB"/>
        </w:rPr>
        <w:t>Supported Internship</w:t>
      </w:r>
    </w:p>
    <w:p w14:paraId="63AE9262" w14:textId="77777777" w:rsidR="00557E83" w:rsidRPr="00020BD7" w:rsidRDefault="00557E83" w:rsidP="00557E83">
      <w:pPr>
        <w:pStyle w:val="Heading2"/>
        <w:rPr>
          <w:lang w:val="en-GB"/>
        </w:rPr>
      </w:pPr>
      <w:r w:rsidRPr="009C2438">
        <w:rPr>
          <w:lang w:val="en-GB"/>
        </w:rPr>
        <w:t>Preparation For Supported</w:t>
      </w:r>
      <w:r>
        <w:rPr>
          <w:lang w:val="en-GB"/>
        </w:rPr>
        <w:t xml:space="preserve"> </w:t>
      </w:r>
      <w:r w:rsidRPr="009C2438">
        <w:rPr>
          <w:lang w:val="en-GB"/>
        </w:rPr>
        <w:t>Internship Level 1</w:t>
      </w:r>
    </w:p>
    <w:p w14:paraId="3B3292C4" w14:textId="77777777" w:rsidR="00557E83" w:rsidRDefault="00557E83" w:rsidP="00557E83">
      <w:pPr>
        <w:pStyle w:val="Heading3"/>
        <w:rPr>
          <w:lang w:val="en-GB"/>
        </w:rPr>
      </w:pPr>
      <w:r>
        <w:rPr>
          <w:lang w:val="en-GB"/>
        </w:rPr>
        <w:t>Entry Requirements</w:t>
      </w:r>
    </w:p>
    <w:p w14:paraId="1E3548E4" w14:textId="77777777" w:rsidR="00557E83" w:rsidRPr="007C14A6" w:rsidRDefault="00557E83" w:rsidP="00557E83">
      <w:pPr>
        <w:pStyle w:val="ListParagraph"/>
        <w:numPr>
          <w:ilvl w:val="0"/>
          <w:numId w:val="117"/>
        </w:numPr>
        <w:rPr>
          <w:lang w:val="en-GB"/>
        </w:rPr>
      </w:pPr>
      <w:r w:rsidRPr="007C14A6">
        <w:rPr>
          <w:lang w:val="en-GB"/>
        </w:rPr>
        <w:t>There are no formal entry requirements. You will take part in an interview to see if you have a demonstrable desire to work and to see if you have any additional support needs</w:t>
      </w:r>
      <w:r>
        <w:rPr>
          <w:lang w:val="en-GB"/>
        </w:rPr>
        <w:t>.</w:t>
      </w:r>
    </w:p>
    <w:p w14:paraId="7D3A0494" w14:textId="77777777" w:rsidR="00557E83" w:rsidRDefault="00557E83" w:rsidP="00557E83">
      <w:pPr>
        <w:pStyle w:val="Heading3"/>
        <w:rPr>
          <w:lang w:val="en-GB"/>
        </w:rPr>
      </w:pPr>
      <w:r>
        <w:rPr>
          <w:lang w:val="en-GB"/>
        </w:rPr>
        <w:t>Progression</w:t>
      </w:r>
    </w:p>
    <w:p w14:paraId="35CE92FC" w14:textId="77777777" w:rsidR="00557E83" w:rsidRPr="00B94DC5" w:rsidRDefault="00557E83" w:rsidP="00557E83">
      <w:pPr>
        <w:pStyle w:val="ListParagraph"/>
        <w:numPr>
          <w:ilvl w:val="0"/>
          <w:numId w:val="117"/>
        </w:numPr>
        <w:rPr>
          <w:lang w:val="en-GB"/>
        </w:rPr>
      </w:pPr>
      <w:r w:rsidRPr="00B94DC5">
        <w:rPr>
          <w:lang w:val="en-GB"/>
        </w:rPr>
        <w:t xml:space="preserve">Supported Internship </w:t>
      </w:r>
    </w:p>
    <w:p w14:paraId="50E992B4" w14:textId="77777777" w:rsidR="00557E83" w:rsidRPr="00B94DC5" w:rsidRDefault="00557E83" w:rsidP="00557E83">
      <w:pPr>
        <w:pStyle w:val="ListParagraph"/>
        <w:numPr>
          <w:ilvl w:val="0"/>
          <w:numId w:val="117"/>
        </w:numPr>
        <w:rPr>
          <w:lang w:val="en-GB"/>
        </w:rPr>
      </w:pPr>
      <w:r w:rsidRPr="00B94DC5">
        <w:rPr>
          <w:lang w:val="en-GB"/>
        </w:rPr>
        <w:t>Voluntary and paid employment</w:t>
      </w:r>
    </w:p>
    <w:p w14:paraId="2BADF655" w14:textId="77777777" w:rsidR="00557E83" w:rsidRDefault="00557E83" w:rsidP="00557E83">
      <w:pPr>
        <w:pStyle w:val="ListParagraph"/>
        <w:numPr>
          <w:ilvl w:val="0"/>
          <w:numId w:val="117"/>
        </w:numPr>
        <w:rPr>
          <w:lang w:val="en-GB"/>
        </w:rPr>
      </w:pPr>
      <w:r w:rsidRPr="00B94DC5">
        <w:rPr>
          <w:lang w:val="en-GB"/>
        </w:rPr>
        <w:t>This course has been designed as a middle entry point or progression route on the Pathway to Employment.</w:t>
      </w:r>
    </w:p>
    <w:p w14:paraId="4BCFE6C8" w14:textId="77777777" w:rsidR="00557E83" w:rsidRPr="00B94DC5" w:rsidRDefault="00557E83" w:rsidP="00557E83">
      <w:pPr>
        <w:pStyle w:val="Heading2"/>
        <w:rPr>
          <w:lang w:val="en-GB"/>
        </w:rPr>
      </w:pPr>
      <w:r w:rsidRPr="00D20C60">
        <w:rPr>
          <w:lang w:val="en-GB"/>
        </w:rPr>
        <w:t>Project SEARCH Supported Internship</w:t>
      </w:r>
    </w:p>
    <w:p w14:paraId="01D56093" w14:textId="77777777" w:rsidR="00557E83" w:rsidRDefault="00557E83" w:rsidP="00557E83">
      <w:pPr>
        <w:pStyle w:val="Heading3"/>
        <w:rPr>
          <w:lang w:val="en-GB"/>
        </w:rPr>
      </w:pPr>
      <w:r>
        <w:rPr>
          <w:lang w:val="en-GB"/>
        </w:rPr>
        <w:t>Entry Requirements</w:t>
      </w:r>
    </w:p>
    <w:p w14:paraId="71E699AD" w14:textId="77777777" w:rsidR="00557E83" w:rsidRDefault="00557E83" w:rsidP="00557E83">
      <w:pPr>
        <w:pStyle w:val="ListParagraph"/>
        <w:numPr>
          <w:ilvl w:val="0"/>
          <w:numId w:val="118"/>
        </w:numPr>
        <w:rPr>
          <w:lang w:val="en-GB"/>
        </w:rPr>
      </w:pPr>
      <w:r w:rsidRPr="00A965B8">
        <w:rPr>
          <w:lang w:val="en-GB"/>
        </w:rPr>
        <w:t xml:space="preserve">There are no formal entry requirements. You will take part in an </w:t>
      </w:r>
      <w:r>
        <w:rPr>
          <w:lang w:val="en-GB"/>
        </w:rPr>
        <w:t>i</w:t>
      </w:r>
      <w:r w:rsidRPr="00A965B8">
        <w:rPr>
          <w:lang w:val="en-GB"/>
        </w:rPr>
        <w:t>nterview to see if the course is right for you and to see if you have any additional support needs. Students will need to have an EHCP, please be aware that the college needs to have agreed, via the consultation period with your local authority, that we can meet the needs outlined in your EHCP before you can start on a course with us.</w:t>
      </w:r>
    </w:p>
    <w:p w14:paraId="36A27D7C" w14:textId="77777777" w:rsidR="00557E83" w:rsidRDefault="00557E83" w:rsidP="00557E83">
      <w:pPr>
        <w:pStyle w:val="Heading3"/>
        <w:rPr>
          <w:lang w:val="en-GB"/>
        </w:rPr>
      </w:pPr>
      <w:r>
        <w:rPr>
          <w:lang w:val="en-GB"/>
        </w:rPr>
        <w:t>Progression</w:t>
      </w:r>
    </w:p>
    <w:p w14:paraId="12B4BD5D" w14:textId="77777777" w:rsidR="00557E83" w:rsidRDefault="00557E83" w:rsidP="00557E83">
      <w:pPr>
        <w:pStyle w:val="ListParagraph"/>
        <w:numPr>
          <w:ilvl w:val="0"/>
          <w:numId w:val="118"/>
        </w:numPr>
        <w:rPr>
          <w:lang w:val="en-GB"/>
        </w:rPr>
      </w:pPr>
      <w:r w:rsidRPr="00453107">
        <w:rPr>
          <w:lang w:val="en-GB"/>
        </w:rPr>
        <w:t>This is the final stage of the employment pathway and students will be supported to find employment of 16 hours or more.</w:t>
      </w:r>
    </w:p>
    <w:p w14:paraId="3AD15EEB" w14:textId="77777777" w:rsidR="00557E83" w:rsidRDefault="00557E83" w:rsidP="00557E83">
      <w:pPr>
        <w:pStyle w:val="Heading2"/>
        <w:rPr>
          <w:lang w:val="en-GB"/>
        </w:rPr>
      </w:pPr>
      <w:r>
        <w:rPr>
          <w:lang w:val="en-GB"/>
        </w:rPr>
        <w:lastRenderedPageBreak/>
        <w:t>KC Supported Internship</w:t>
      </w:r>
    </w:p>
    <w:p w14:paraId="0D3337D0" w14:textId="77777777" w:rsidR="00557E83" w:rsidRDefault="00557E83" w:rsidP="00557E83">
      <w:pPr>
        <w:pStyle w:val="Heading3"/>
        <w:rPr>
          <w:lang w:val="en-GB"/>
        </w:rPr>
      </w:pPr>
      <w:r>
        <w:rPr>
          <w:lang w:val="en-GB"/>
        </w:rPr>
        <w:t>Entry Requirements</w:t>
      </w:r>
    </w:p>
    <w:p w14:paraId="00F0E342" w14:textId="77777777" w:rsidR="00557E83" w:rsidRDefault="00557E83" w:rsidP="00557E83">
      <w:pPr>
        <w:pStyle w:val="ListParagraph"/>
        <w:numPr>
          <w:ilvl w:val="0"/>
          <w:numId w:val="118"/>
        </w:numPr>
        <w:rPr>
          <w:lang w:val="en-GB"/>
        </w:rPr>
      </w:pPr>
      <w:r w:rsidRPr="001D7C0F">
        <w:rPr>
          <w:lang w:val="en-GB"/>
        </w:rPr>
        <w:t>There are no formal entry requirements. You will take part in an interview to see if the course is right for you and to see if you have any additional support needs.</w:t>
      </w:r>
      <w:r>
        <w:rPr>
          <w:lang w:val="en-GB"/>
        </w:rPr>
        <w:t xml:space="preserve"> </w:t>
      </w:r>
      <w:r w:rsidRPr="001D7C0F">
        <w:rPr>
          <w:lang w:val="en-GB"/>
        </w:rPr>
        <w:t>Students will need to have SEND to apply, please be aware that the college needs to have agreed, via the consultation period with your local authority, that we can meet the needs outlined in your EHCP before you can start on a course with us.</w:t>
      </w:r>
    </w:p>
    <w:p w14:paraId="344B1366" w14:textId="77777777" w:rsidR="00557E83" w:rsidRDefault="00557E83" w:rsidP="00557E83">
      <w:pPr>
        <w:pStyle w:val="Heading3"/>
        <w:rPr>
          <w:lang w:val="en-GB"/>
        </w:rPr>
      </w:pPr>
      <w:r>
        <w:rPr>
          <w:lang w:val="en-GB"/>
        </w:rPr>
        <w:t>Progression</w:t>
      </w:r>
    </w:p>
    <w:p w14:paraId="3F340147" w14:textId="77777777" w:rsidR="00557E83" w:rsidRDefault="00557E83" w:rsidP="00557E83">
      <w:pPr>
        <w:pStyle w:val="ListParagraph"/>
        <w:numPr>
          <w:ilvl w:val="0"/>
          <w:numId w:val="118"/>
        </w:numPr>
        <w:rPr>
          <w:lang w:val="en-GB"/>
        </w:rPr>
      </w:pPr>
      <w:r w:rsidRPr="00103076">
        <w:rPr>
          <w:lang w:val="en-GB"/>
        </w:rPr>
        <w:t xml:space="preserve">This course will help </w:t>
      </w:r>
      <w:proofErr w:type="gramStart"/>
      <w:r w:rsidRPr="00103076">
        <w:rPr>
          <w:lang w:val="en-GB"/>
        </w:rPr>
        <w:t>you</w:t>
      </w:r>
      <w:proofErr w:type="gramEnd"/>
      <w:r w:rsidRPr="00103076">
        <w:rPr>
          <w:lang w:val="en-GB"/>
        </w:rPr>
        <w:t xml:space="preserve"> secure employment of 16 hours or more a week</w:t>
      </w:r>
      <w:r>
        <w:rPr>
          <w:lang w:val="en-GB"/>
        </w:rPr>
        <w:t>.</w:t>
      </w:r>
    </w:p>
    <w:p w14:paraId="4921E23D" w14:textId="77777777" w:rsidR="00557E83" w:rsidRDefault="00557E83" w:rsidP="00557E83">
      <w:pPr>
        <w:pStyle w:val="Heading2"/>
        <w:rPr>
          <w:lang w:val="en-GB"/>
        </w:rPr>
      </w:pPr>
      <w:r w:rsidRPr="00103076">
        <w:rPr>
          <w:lang w:val="en-GB"/>
        </w:rPr>
        <w:t>Community Life</w:t>
      </w:r>
      <w:r>
        <w:rPr>
          <w:lang w:val="en-GB"/>
        </w:rPr>
        <w:t xml:space="preserve"> </w:t>
      </w:r>
      <w:r w:rsidRPr="00103076">
        <w:rPr>
          <w:lang w:val="en-GB"/>
        </w:rPr>
        <w:t>Skills</w:t>
      </w:r>
    </w:p>
    <w:p w14:paraId="33F10D6F" w14:textId="77777777" w:rsidR="00557E83" w:rsidRDefault="00557E83" w:rsidP="00557E83">
      <w:pPr>
        <w:pStyle w:val="Heading3"/>
        <w:rPr>
          <w:lang w:val="en-GB"/>
        </w:rPr>
      </w:pPr>
      <w:r>
        <w:rPr>
          <w:lang w:val="en-GB"/>
        </w:rPr>
        <w:t>Entry requirements</w:t>
      </w:r>
    </w:p>
    <w:p w14:paraId="419D3BE8" w14:textId="77777777" w:rsidR="00557E83" w:rsidRDefault="00557E83" w:rsidP="00557E83">
      <w:pPr>
        <w:pStyle w:val="ListParagraph"/>
        <w:numPr>
          <w:ilvl w:val="0"/>
          <w:numId w:val="118"/>
        </w:numPr>
        <w:rPr>
          <w:lang w:val="en-GB"/>
        </w:rPr>
      </w:pPr>
      <w:r w:rsidRPr="003558A0">
        <w:rPr>
          <w:lang w:val="en-GB"/>
        </w:rPr>
        <w:t>There are no formal entry requirements. You will take part in an interview to see if the course is right for you and to see if you have any additional support needs</w:t>
      </w:r>
      <w:r>
        <w:rPr>
          <w:lang w:val="en-GB"/>
        </w:rPr>
        <w:t>.</w:t>
      </w:r>
    </w:p>
    <w:p w14:paraId="4810124A" w14:textId="77777777" w:rsidR="00557E83" w:rsidRDefault="00557E83" w:rsidP="00557E83">
      <w:pPr>
        <w:pStyle w:val="Heading3"/>
        <w:rPr>
          <w:lang w:val="en-GB"/>
        </w:rPr>
      </w:pPr>
      <w:r>
        <w:rPr>
          <w:lang w:val="en-GB"/>
        </w:rPr>
        <w:t>Progression</w:t>
      </w:r>
    </w:p>
    <w:p w14:paraId="2B9A8703" w14:textId="77777777" w:rsidR="00557E83" w:rsidRDefault="00557E83" w:rsidP="00557E83">
      <w:pPr>
        <w:pStyle w:val="ListParagraph"/>
        <w:numPr>
          <w:ilvl w:val="0"/>
          <w:numId w:val="118"/>
        </w:numPr>
        <w:rPr>
          <w:lang w:val="en-GB"/>
        </w:rPr>
      </w:pPr>
      <w:r w:rsidRPr="001A6A06">
        <w:rPr>
          <w:lang w:val="en-GB"/>
        </w:rPr>
        <w:t>This course has been designed as a middle entry point or progression route on the Pathway to Independence. Students may progress within the Pathways model that matches their current progress against the preparation for adulthood framework, their EHCP outcomes and their aspirations for the future.</w:t>
      </w:r>
    </w:p>
    <w:p w14:paraId="623A47AB" w14:textId="77777777" w:rsidR="00557E83" w:rsidRDefault="00557E83" w:rsidP="00557E83">
      <w:pPr>
        <w:rPr>
          <w:lang w:val="en-GB"/>
        </w:rPr>
      </w:pPr>
    </w:p>
    <w:p w14:paraId="70DC5332" w14:textId="77777777" w:rsidR="00557E83" w:rsidRDefault="00557E83" w:rsidP="00557E83">
      <w:pPr>
        <w:pStyle w:val="Heading1"/>
        <w:rPr>
          <w:lang w:val="en-GB"/>
        </w:rPr>
      </w:pPr>
      <w:r>
        <w:rPr>
          <w:lang w:val="en-GB"/>
        </w:rPr>
        <w:t>Sport and Fitness</w:t>
      </w:r>
    </w:p>
    <w:p w14:paraId="4F708A77" w14:textId="77777777" w:rsidR="00557E83" w:rsidRDefault="00557E83" w:rsidP="00557E83">
      <w:pPr>
        <w:rPr>
          <w:lang w:val="en-GB"/>
        </w:rPr>
      </w:pPr>
      <w:r w:rsidRPr="00995159">
        <w:rPr>
          <w:lang w:val="en-GB"/>
        </w:rPr>
        <w:t>The Sport industry offers a diverse range of careers and Kirklees College’s course offer aims to reflect this. Whether you want to train to be a competitive athlete, gym instructor, personal trainer, nutritionist, or gain a broad knowledge of sport and physical education, our courses are a great way to turn your sporting achievements into a valuable career.</w:t>
      </w:r>
    </w:p>
    <w:p w14:paraId="2B7CE740" w14:textId="77777777" w:rsidR="00557E83" w:rsidRDefault="00557E83" w:rsidP="00557E83">
      <w:pPr>
        <w:rPr>
          <w:lang w:val="en-GB"/>
        </w:rPr>
      </w:pPr>
      <w:r w:rsidRPr="00745E3C">
        <w:rPr>
          <w:lang w:val="en-GB"/>
        </w:rPr>
        <w:t>All Sports students at Kirklees College are part of our wider Sports Academy and you will become part of the family with your own uniform and identity relating to your course. With an on-site gym and access to specialist outdoor training grounds, there’s never a dull moment when you join the KC Sports department.</w:t>
      </w:r>
    </w:p>
    <w:p w14:paraId="71C04AED" w14:textId="77777777" w:rsidR="00557E83" w:rsidRDefault="00557E83" w:rsidP="00557E83">
      <w:pPr>
        <w:pStyle w:val="Heading2"/>
        <w:rPr>
          <w:lang w:val="en-GB"/>
        </w:rPr>
      </w:pPr>
      <w:r>
        <w:rPr>
          <w:lang w:val="en-GB"/>
        </w:rPr>
        <w:t>Average Salaries</w:t>
      </w:r>
    </w:p>
    <w:p w14:paraId="79076DA4" w14:textId="77777777" w:rsidR="00557E83" w:rsidRDefault="00557E83" w:rsidP="00557E83">
      <w:pPr>
        <w:rPr>
          <w:lang w:val="en-GB"/>
        </w:rPr>
      </w:pPr>
      <w:r>
        <w:rPr>
          <w:lang w:val="en-GB"/>
        </w:rPr>
        <w:t>£36,030 Leisure and Sports Managers</w:t>
      </w:r>
    </w:p>
    <w:p w14:paraId="2D061D0C" w14:textId="77777777" w:rsidR="00557E83" w:rsidRDefault="00557E83" w:rsidP="00557E83">
      <w:pPr>
        <w:rPr>
          <w:lang w:val="en-GB"/>
        </w:rPr>
      </w:pPr>
      <w:r>
        <w:rPr>
          <w:lang w:val="en-GB"/>
        </w:rPr>
        <w:t>£30,110 Sports Coaches, Instructors and Officials</w:t>
      </w:r>
    </w:p>
    <w:p w14:paraId="5E95218F" w14:textId="77777777" w:rsidR="00557E83" w:rsidRDefault="00557E83" w:rsidP="00557E83">
      <w:pPr>
        <w:rPr>
          <w:lang w:val="en-GB"/>
        </w:rPr>
      </w:pPr>
      <w:r>
        <w:rPr>
          <w:lang w:val="en-GB"/>
        </w:rPr>
        <w:t>£32,240 Fitness and Wellbeing Instructors</w:t>
      </w:r>
    </w:p>
    <w:p w14:paraId="1A3560BD" w14:textId="77777777" w:rsidR="00557E83" w:rsidRDefault="00557E83" w:rsidP="00557E83">
      <w:pPr>
        <w:pStyle w:val="Heading2"/>
        <w:rPr>
          <w:lang w:val="en-GB"/>
        </w:rPr>
      </w:pPr>
      <w:r>
        <w:rPr>
          <w:lang w:val="en-GB"/>
        </w:rPr>
        <w:lastRenderedPageBreak/>
        <w:t>Case Studies</w:t>
      </w:r>
    </w:p>
    <w:p w14:paraId="0CCCFAD2" w14:textId="77777777" w:rsidR="00557E83" w:rsidRDefault="00557E83" w:rsidP="00557E83">
      <w:pPr>
        <w:rPr>
          <w:lang w:val="en-GB"/>
        </w:rPr>
      </w:pPr>
      <w:r w:rsidRPr="0047137D">
        <w:rPr>
          <w:lang w:val="en-GB"/>
        </w:rPr>
        <w:t>“The tutors have been amazing. They have definitely helped me in my rugby as they have an</w:t>
      </w:r>
      <w:r>
        <w:rPr>
          <w:lang w:val="en-GB"/>
        </w:rPr>
        <w:t xml:space="preserve"> </w:t>
      </w:r>
      <w:r w:rsidRPr="0047137D">
        <w:rPr>
          <w:lang w:val="en-GB"/>
        </w:rPr>
        <w:t>amazing understanding of the game and what is required to succeed in it.”</w:t>
      </w:r>
    </w:p>
    <w:p w14:paraId="2EBEFAB2" w14:textId="77777777" w:rsidR="00557E83" w:rsidRDefault="00557E83" w:rsidP="00557E83">
      <w:pPr>
        <w:rPr>
          <w:lang w:val="en-GB"/>
        </w:rPr>
      </w:pPr>
      <w:r w:rsidRPr="00053510">
        <w:rPr>
          <w:lang w:val="en-GB"/>
        </w:rPr>
        <w:t>Zak</w:t>
      </w:r>
      <w:r>
        <w:rPr>
          <w:lang w:val="en-GB"/>
        </w:rPr>
        <w:t xml:space="preserve"> </w:t>
      </w:r>
    </w:p>
    <w:p w14:paraId="6FA43F2D" w14:textId="77777777" w:rsidR="00557E83" w:rsidRDefault="00557E83" w:rsidP="00557E83">
      <w:pPr>
        <w:rPr>
          <w:i/>
          <w:iCs/>
          <w:lang w:val="en-GB"/>
        </w:rPr>
      </w:pPr>
      <w:r w:rsidRPr="006D5DEA">
        <w:rPr>
          <w:i/>
          <w:iCs/>
          <w:lang w:val="en-GB"/>
        </w:rPr>
        <w:t>Sport Coaching and Physical Activity Level 3</w:t>
      </w:r>
    </w:p>
    <w:p w14:paraId="0B188A40" w14:textId="77777777" w:rsidR="00557E83" w:rsidRPr="006D5DEA" w:rsidRDefault="00557E83" w:rsidP="00557E83">
      <w:pPr>
        <w:pStyle w:val="Heading2"/>
        <w:rPr>
          <w:lang w:val="en-GB"/>
        </w:rPr>
      </w:pPr>
      <w:r w:rsidRPr="00394AB4">
        <w:rPr>
          <w:lang w:val="en-GB"/>
        </w:rPr>
        <w:t>Vocational Pathways: Pathway to Sport and Leisure - Entry Level 3</w:t>
      </w:r>
    </w:p>
    <w:p w14:paraId="477C781D" w14:textId="77777777" w:rsidR="00557E83" w:rsidRDefault="00557E83" w:rsidP="00557E83">
      <w:pPr>
        <w:pStyle w:val="Heading3"/>
        <w:rPr>
          <w:lang w:val="en-GB"/>
        </w:rPr>
      </w:pPr>
      <w:r>
        <w:rPr>
          <w:lang w:val="en-GB"/>
        </w:rPr>
        <w:t>Entry Requirements</w:t>
      </w:r>
    </w:p>
    <w:p w14:paraId="0D18D997" w14:textId="77777777" w:rsidR="00557E83" w:rsidRPr="00445701" w:rsidRDefault="00557E83" w:rsidP="00557E83">
      <w:pPr>
        <w:pStyle w:val="ListParagraph"/>
        <w:numPr>
          <w:ilvl w:val="0"/>
          <w:numId w:val="118"/>
        </w:numPr>
        <w:rPr>
          <w:lang w:val="en-GB"/>
        </w:rPr>
      </w:pPr>
      <w:r w:rsidRPr="00445701">
        <w:rPr>
          <w:lang w:val="en-GB"/>
        </w:rPr>
        <w:t>Please see page 129 for full entry requirements for Vocational Pathways courses.</w:t>
      </w:r>
    </w:p>
    <w:p w14:paraId="0D601C4C" w14:textId="77777777" w:rsidR="00557E83" w:rsidRPr="00394AB4" w:rsidRDefault="00557E83" w:rsidP="00557E83">
      <w:pPr>
        <w:pStyle w:val="Heading3"/>
        <w:rPr>
          <w:lang w:val="en-GB"/>
        </w:rPr>
      </w:pPr>
      <w:r>
        <w:rPr>
          <w:lang w:val="en-GB"/>
        </w:rPr>
        <w:t>Progression</w:t>
      </w:r>
    </w:p>
    <w:p w14:paraId="3B2A4A0E" w14:textId="77777777" w:rsidR="00557E83" w:rsidRDefault="00557E83" w:rsidP="00557E83">
      <w:pPr>
        <w:pStyle w:val="ListParagraph"/>
        <w:numPr>
          <w:ilvl w:val="0"/>
          <w:numId w:val="118"/>
        </w:numPr>
        <w:rPr>
          <w:lang w:val="en-GB"/>
        </w:rPr>
      </w:pPr>
      <w:r w:rsidRPr="00424772">
        <w:rPr>
          <w:lang w:val="en-GB"/>
        </w:rPr>
        <w:t xml:space="preserve">Level 1 or 2 course </w:t>
      </w:r>
    </w:p>
    <w:p w14:paraId="6067C8A3" w14:textId="77777777" w:rsidR="00557E83" w:rsidRDefault="00557E83" w:rsidP="00557E83">
      <w:pPr>
        <w:pStyle w:val="ListParagraph"/>
        <w:numPr>
          <w:ilvl w:val="0"/>
          <w:numId w:val="118"/>
        </w:numPr>
        <w:rPr>
          <w:lang w:val="en-GB"/>
        </w:rPr>
      </w:pPr>
      <w:r w:rsidRPr="00424772">
        <w:rPr>
          <w:lang w:val="en-GB"/>
        </w:rPr>
        <w:t>Employment</w:t>
      </w:r>
    </w:p>
    <w:p w14:paraId="0888EEFC" w14:textId="77777777" w:rsidR="00557E83" w:rsidRPr="005002BE" w:rsidRDefault="00557E83" w:rsidP="00557E83">
      <w:pPr>
        <w:pStyle w:val="Heading2"/>
        <w:rPr>
          <w:lang w:val="en-GB"/>
        </w:rPr>
      </w:pPr>
      <w:r>
        <w:rPr>
          <w:lang w:val="en-GB"/>
        </w:rPr>
        <w:t>Sport Level 1</w:t>
      </w:r>
    </w:p>
    <w:p w14:paraId="0844DDE4" w14:textId="77777777" w:rsidR="00557E83" w:rsidRDefault="00557E83" w:rsidP="00557E83">
      <w:pPr>
        <w:pStyle w:val="Heading3"/>
        <w:rPr>
          <w:lang w:val="en-GB"/>
        </w:rPr>
      </w:pPr>
      <w:r>
        <w:rPr>
          <w:lang w:val="en-GB"/>
        </w:rPr>
        <w:t>Entry Requirements</w:t>
      </w:r>
    </w:p>
    <w:p w14:paraId="55012AF9" w14:textId="77777777" w:rsidR="00557E83" w:rsidRDefault="00557E83" w:rsidP="00557E83">
      <w:pPr>
        <w:pStyle w:val="ListParagraph"/>
        <w:numPr>
          <w:ilvl w:val="0"/>
          <w:numId w:val="119"/>
        </w:numPr>
        <w:rPr>
          <w:lang w:val="en-GB"/>
        </w:rPr>
      </w:pPr>
      <w:r w:rsidRPr="00956E1B">
        <w:rPr>
          <w:lang w:val="en-GB"/>
        </w:rPr>
        <w:t xml:space="preserve">A minimum of four GCSEs with the following grades: English at grade 2 or above Maths at grade 1 or above and two other GCSEs at grade 2 or </w:t>
      </w:r>
      <w:r>
        <w:rPr>
          <w:lang w:val="en-GB"/>
        </w:rPr>
        <w:t>a</w:t>
      </w:r>
      <w:r w:rsidRPr="00956E1B">
        <w:rPr>
          <w:lang w:val="en-GB"/>
        </w:rPr>
        <w:t>bove.</w:t>
      </w:r>
    </w:p>
    <w:p w14:paraId="28DA86AC" w14:textId="77777777" w:rsidR="00557E83" w:rsidRDefault="00557E83" w:rsidP="00557E83">
      <w:pPr>
        <w:pStyle w:val="Heading3"/>
        <w:rPr>
          <w:lang w:val="en-GB"/>
        </w:rPr>
      </w:pPr>
      <w:r>
        <w:rPr>
          <w:lang w:val="en-GB"/>
        </w:rPr>
        <w:t>Progression</w:t>
      </w:r>
    </w:p>
    <w:p w14:paraId="626D43C2" w14:textId="77777777" w:rsidR="00557E83" w:rsidRPr="005002BE" w:rsidRDefault="00557E83" w:rsidP="00557E83">
      <w:pPr>
        <w:pStyle w:val="ListParagraph"/>
        <w:numPr>
          <w:ilvl w:val="0"/>
          <w:numId w:val="119"/>
        </w:numPr>
        <w:rPr>
          <w:lang w:val="en-GB"/>
        </w:rPr>
      </w:pPr>
      <w:r w:rsidRPr="005002BE">
        <w:rPr>
          <w:lang w:val="en-GB"/>
        </w:rPr>
        <w:t xml:space="preserve">Sport Leadership and Coaching Level 2 </w:t>
      </w:r>
    </w:p>
    <w:p w14:paraId="14CD4A10" w14:textId="77777777" w:rsidR="00557E83" w:rsidRDefault="00557E83" w:rsidP="00557E83">
      <w:pPr>
        <w:pStyle w:val="ListParagraph"/>
        <w:numPr>
          <w:ilvl w:val="0"/>
          <w:numId w:val="119"/>
        </w:numPr>
        <w:rPr>
          <w:lang w:val="en-GB"/>
        </w:rPr>
      </w:pPr>
      <w:r w:rsidRPr="005002BE">
        <w:rPr>
          <w:lang w:val="en-GB"/>
        </w:rPr>
        <w:t>Gym Instruction Level 2</w:t>
      </w:r>
    </w:p>
    <w:p w14:paraId="229F0076" w14:textId="77777777" w:rsidR="00557E83" w:rsidRDefault="00557E83" w:rsidP="00557E83">
      <w:pPr>
        <w:pStyle w:val="Heading2"/>
        <w:rPr>
          <w:lang w:val="en-GB"/>
        </w:rPr>
      </w:pPr>
      <w:r>
        <w:rPr>
          <w:lang w:val="en-GB"/>
        </w:rPr>
        <w:t>Sport Leadership and Coaching Level 2</w:t>
      </w:r>
    </w:p>
    <w:p w14:paraId="48E16EA2" w14:textId="77777777" w:rsidR="00557E83" w:rsidRDefault="00557E83" w:rsidP="00557E83">
      <w:pPr>
        <w:pStyle w:val="Heading3"/>
        <w:rPr>
          <w:lang w:val="en-GB"/>
        </w:rPr>
      </w:pPr>
      <w:r>
        <w:rPr>
          <w:lang w:val="en-GB"/>
        </w:rPr>
        <w:t>Entry requirements</w:t>
      </w:r>
    </w:p>
    <w:p w14:paraId="0B5E066F" w14:textId="77777777" w:rsidR="00557E83" w:rsidRDefault="00557E83" w:rsidP="00557E83">
      <w:pPr>
        <w:pStyle w:val="ListParagraph"/>
        <w:numPr>
          <w:ilvl w:val="0"/>
          <w:numId w:val="120"/>
        </w:numPr>
        <w:rPr>
          <w:lang w:val="en-GB"/>
        </w:rPr>
      </w:pPr>
      <w:r w:rsidRPr="00A11737">
        <w:rPr>
          <w:lang w:val="en-GB"/>
        </w:rPr>
        <w:t>A minimum of four GCSEs with the following grades: English at 3 or above and Maths at 2 or above and two other GCSEs at 3 or above including PE or a sports background and interest.</w:t>
      </w:r>
    </w:p>
    <w:p w14:paraId="3129920A" w14:textId="77777777" w:rsidR="00557E83" w:rsidRDefault="00557E83" w:rsidP="00557E83">
      <w:pPr>
        <w:pStyle w:val="Heading3"/>
        <w:rPr>
          <w:lang w:val="en-GB"/>
        </w:rPr>
      </w:pPr>
      <w:r>
        <w:rPr>
          <w:lang w:val="en-GB"/>
        </w:rPr>
        <w:t>Progression</w:t>
      </w:r>
    </w:p>
    <w:p w14:paraId="22D44893" w14:textId="77777777" w:rsidR="00557E83" w:rsidRPr="00ED6436" w:rsidRDefault="00557E83" w:rsidP="00557E83">
      <w:pPr>
        <w:pStyle w:val="ListParagraph"/>
        <w:numPr>
          <w:ilvl w:val="0"/>
          <w:numId w:val="120"/>
        </w:numPr>
        <w:rPr>
          <w:lang w:val="en-GB"/>
        </w:rPr>
      </w:pPr>
      <w:r w:rsidRPr="00ED6436">
        <w:rPr>
          <w:lang w:val="en-GB"/>
        </w:rPr>
        <w:t>Gym Instruction Certificate Level 2</w:t>
      </w:r>
    </w:p>
    <w:p w14:paraId="44F0F90F" w14:textId="77777777" w:rsidR="00557E83" w:rsidRPr="00ED6436" w:rsidRDefault="00557E83" w:rsidP="00557E83">
      <w:pPr>
        <w:pStyle w:val="ListParagraph"/>
        <w:numPr>
          <w:ilvl w:val="0"/>
          <w:numId w:val="120"/>
        </w:numPr>
        <w:rPr>
          <w:lang w:val="en-GB"/>
        </w:rPr>
      </w:pPr>
      <w:r w:rsidRPr="00ED6436">
        <w:rPr>
          <w:lang w:val="en-GB"/>
        </w:rPr>
        <w:t>Physical Activity, Health and Sport Therapy Level 3</w:t>
      </w:r>
    </w:p>
    <w:p w14:paraId="6B8F7D21" w14:textId="77777777" w:rsidR="00557E83" w:rsidRDefault="00557E83" w:rsidP="00557E83">
      <w:pPr>
        <w:pStyle w:val="ListParagraph"/>
        <w:numPr>
          <w:ilvl w:val="0"/>
          <w:numId w:val="120"/>
        </w:numPr>
        <w:rPr>
          <w:lang w:val="en-GB"/>
        </w:rPr>
      </w:pPr>
      <w:r w:rsidRPr="00ED6436">
        <w:rPr>
          <w:lang w:val="en-GB"/>
        </w:rPr>
        <w:t>Physical Activity, Health and Coaching Level 3</w:t>
      </w:r>
    </w:p>
    <w:p w14:paraId="7AC03C2B" w14:textId="77777777" w:rsidR="00557E83" w:rsidRDefault="00557E83" w:rsidP="00557E83">
      <w:pPr>
        <w:pStyle w:val="Heading2"/>
        <w:rPr>
          <w:lang w:val="en-GB"/>
        </w:rPr>
      </w:pPr>
      <w:r>
        <w:rPr>
          <w:lang w:val="en-GB"/>
        </w:rPr>
        <w:t>Gym Instruction Certificate Level 2</w:t>
      </w:r>
    </w:p>
    <w:p w14:paraId="3BD12E17" w14:textId="77777777" w:rsidR="00557E83" w:rsidRDefault="00557E83" w:rsidP="00557E83">
      <w:pPr>
        <w:pStyle w:val="Heading3"/>
        <w:rPr>
          <w:lang w:val="en-GB"/>
        </w:rPr>
      </w:pPr>
      <w:r>
        <w:rPr>
          <w:lang w:val="en-GB"/>
        </w:rPr>
        <w:t>Entry Requirements</w:t>
      </w:r>
    </w:p>
    <w:p w14:paraId="62E1F48E" w14:textId="77777777" w:rsidR="00557E83" w:rsidRDefault="00557E83" w:rsidP="00557E83">
      <w:pPr>
        <w:pStyle w:val="ListParagraph"/>
        <w:numPr>
          <w:ilvl w:val="0"/>
          <w:numId w:val="121"/>
        </w:numPr>
        <w:rPr>
          <w:lang w:val="en-GB"/>
        </w:rPr>
      </w:pPr>
      <w:r w:rsidRPr="00664EE8">
        <w:rPr>
          <w:lang w:val="en-GB"/>
        </w:rPr>
        <w:t>A minimum of five GCSEs with the following grades: English at 4 or above and Maths at 3 or above and three other GCSEs at 4 or above. Candidates need to have a basic understanding of how the human</w:t>
      </w:r>
      <w:r>
        <w:rPr>
          <w:lang w:val="en-GB"/>
        </w:rPr>
        <w:t xml:space="preserve"> </w:t>
      </w:r>
      <w:r w:rsidRPr="00664EE8">
        <w:rPr>
          <w:lang w:val="en-GB"/>
        </w:rPr>
        <w:t>body functions and have experience</w:t>
      </w:r>
      <w:r>
        <w:rPr>
          <w:lang w:val="en-GB"/>
        </w:rPr>
        <w:t xml:space="preserve"> </w:t>
      </w:r>
      <w:r w:rsidRPr="00664EE8">
        <w:rPr>
          <w:lang w:val="en-GB"/>
        </w:rPr>
        <w:t>using the gym.</w:t>
      </w:r>
    </w:p>
    <w:p w14:paraId="116FE160" w14:textId="77777777" w:rsidR="00557E83" w:rsidRDefault="00557E83" w:rsidP="00557E83">
      <w:pPr>
        <w:pStyle w:val="Heading3"/>
        <w:rPr>
          <w:lang w:val="en-GB"/>
        </w:rPr>
      </w:pPr>
      <w:r>
        <w:rPr>
          <w:lang w:val="en-GB"/>
        </w:rPr>
        <w:lastRenderedPageBreak/>
        <w:t>Progression</w:t>
      </w:r>
    </w:p>
    <w:p w14:paraId="0C25E809" w14:textId="77777777" w:rsidR="00557E83" w:rsidRPr="00D53994" w:rsidRDefault="00557E83" w:rsidP="00557E83">
      <w:pPr>
        <w:pStyle w:val="ListParagraph"/>
        <w:numPr>
          <w:ilvl w:val="0"/>
          <w:numId w:val="121"/>
        </w:numPr>
        <w:rPr>
          <w:lang w:val="en-GB"/>
        </w:rPr>
      </w:pPr>
      <w:r w:rsidRPr="00D53994">
        <w:rPr>
          <w:lang w:val="en-GB"/>
        </w:rPr>
        <w:t>Personal Trainer Diploma Level 3</w:t>
      </w:r>
    </w:p>
    <w:p w14:paraId="254351AD" w14:textId="77777777" w:rsidR="00557E83" w:rsidRPr="00D53994" w:rsidRDefault="00557E83" w:rsidP="00557E83">
      <w:pPr>
        <w:pStyle w:val="ListParagraph"/>
        <w:numPr>
          <w:ilvl w:val="0"/>
          <w:numId w:val="121"/>
        </w:numPr>
        <w:rPr>
          <w:lang w:val="en-GB"/>
        </w:rPr>
      </w:pPr>
      <w:r w:rsidRPr="00D53994">
        <w:rPr>
          <w:lang w:val="en-GB"/>
        </w:rPr>
        <w:t>Sport and Physical Activity</w:t>
      </w:r>
    </w:p>
    <w:p w14:paraId="22A11A5D" w14:textId="77777777" w:rsidR="00557E83" w:rsidRDefault="00557E83" w:rsidP="00557E83">
      <w:pPr>
        <w:pStyle w:val="ListParagraph"/>
        <w:numPr>
          <w:ilvl w:val="0"/>
          <w:numId w:val="121"/>
        </w:numPr>
        <w:rPr>
          <w:lang w:val="en-GB"/>
        </w:rPr>
      </w:pPr>
      <w:r w:rsidRPr="00D53994">
        <w:rPr>
          <w:lang w:val="en-GB"/>
        </w:rPr>
        <w:t>Introductory Certificate Level 3</w:t>
      </w:r>
    </w:p>
    <w:p w14:paraId="197D2453" w14:textId="77777777" w:rsidR="00557E83" w:rsidRDefault="00557E83" w:rsidP="00557E83">
      <w:pPr>
        <w:pStyle w:val="Heading2"/>
        <w:rPr>
          <w:lang w:val="en-GB"/>
        </w:rPr>
      </w:pPr>
      <w:r w:rsidRPr="00FF57B2">
        <w:rPr>
          <w:lang w:val="en-GB"/>
        </w:rPr>
        <w:t>Personal Trainer Diploma Level 3</w:t>
      </w:r>
    </w:p>
    <w:p w14:paraId="70E74304" w14:textId="77777777" w:rsidR="00557E83" w:rsidRDefault="00557E83" w:rsidP="00557E83">
      <w:pPr>
        <w:pStyle w:val="Heading3"/>
        <w:rPr>
          <w:lang w:val="en-GB"/>
        </w:rPr>
      </w:pPr>
      <w:r>
        <w:rPr>
          <w:lang w:val="en-GB"/>
        </w:rPr>
        <w:t>Entry Requirements</w:t>
      </w:r>
    </w:p>
    <w:p w14:paraId="7302D980" w14:textId="77777777" w:rsidR="00557E83" w:rsidRDefault="00557E83" w:rsidP="00557E83">
      <w:pPr>
        <w:pStyle w:val="ListParagraph"/>
        <w:numPr>
          <w:ilvl w:val="0"/>
          <w:numId w:val="122"/>
        </w:numPr>
        <w:rPr>
          <w:lang w:val="en-GB"/>
        </w:rPr>
      </w:pPr>
      <w:r w:rsidRPr="00F85D66">
        <w:rPr>
          <w:lang w:val="en-GB"/>
        </w:rPr>
        <w:t>Certificate in Gym Instruction Level 2.</w:t>
      </w:r>
    </w:p>
    <w:p w14:paraId="4F5EF6D0" w14:textId="77777777" w:rsidR="00557E83" w:rsidRDefault="00557E83" w:rsidP="00557E83">
      <w:pPr>
        <w:pStyle w:val="Heading3"/>
        <w:rPr>
          <w:lang w:val="en-GB"/>
        </w:rPr>
      </w:pPr>
      <w:r>
        <w:rPr>
          <w:lang w:val="en-GB"/>
        </w:rPr>
        <w:t>Progression</w:t>
      </w:r>
    </w:p>
    <w:p w14:paraId="092F7863" w14:textId="77777777" w:rsidR="00557E83" w:rsidRDefault="00557E83" w:rsidP="00557E83">
      <w:pPr>
        <w:pStyle w:val="ListParagraph"/>
        <w:numPr>
          <w:ilvl w:val="0"/>
          <w:numId w:val="122"/>
        </w:numPr>
        <w:rPr>
          <w:lang w:val="en-GB"/>
        </w:rPr>
      </w:pPr>
      <w:r w:rsidRPr="00F276F7">
        <w:rPr>
          <w:lang w:val="en-GB"/>
        </w:rPr>
        <w:t>Employment in the fitness industry</w:t>
      </w:r>
    </w:p>
    <w:p w14:paraId="7D2A13E0" w14:textId="77777777" w:rsidR="00557E83" w:rsidRDefault="00557E83" w:rsidP="00557E83">
      <w:pPr>
        <w:pStyle w:val="Heading2"/>
        <w:rPr>
          <w:lang w:val="en-GB"/>
        </w:rPr>
      </w:pPr>
      <w:r w:rsidRPr="00F276F7">
        <w:rPr>
          <w:lang w:val="en-GB"/>
        </w:rPr>
        <w:t>Sport, Health and Physical Activity – Sports Coaching Level 3</w:t>
      </w:r>
    </w:p>
    <w:p w14:paraId="52497521" w14:textId="77777777" w:rsidR="00557E83" w:rsidRDefault="00557E83" w:rsidP="00557E83">
      <w:pPr>
        <w:pStyle w:val="Heading3"/>
        <w:rPr>
          <w:lang w:val="en-GB"/>
        </w:rPr>
      </w:pPr>
      <w:r>
        <w:rPr>
          <w:lang w:val="en-GB"/>
        </w:rPr>
        <w:t>Entry Requirements</w:t>
      </w:r>
    </w:p>
    <w:p w14:paraId="671F5D76" w14:textId="77777777" w:rsidR="00557E83" w:rsidRDefault="00557E83" w:rsidP="00557E83">
      <w:pPr>
        <w:pStyle w:val="ListParagraph"/>
        <w:numPr>
          <w:ilvl w:val="0"/>
          <w:numId w:val="122"/>
        </w:numPr>
        <w:rPr>
          <w:lang w:val="en-GB"/>
        </w:rPr>
      </w:pPr>
      <w:r w:rsidRPr="00587892">
        <w:rPr>
          <w:lang w:val="en-GB"/>
        </w:rPr>
        <w:t>A minimum of five GCSEs with the following grades: English at 4 or above and Maths at 3 or above and three other GCSEs at 4 or above including PE or a sports background. If Maths or English are not attained at a grade 4, you will be placed on the Level 3 Introductory Certificate, rather than a Level 2 qualification</w:t>
      </w:r>
      <w:r>
        <w:rPr>
          <w:lang w:val="en-GB"/>
        </w:rPr>
        <w:t>.</w:t>
      </w:r>
    </w:p>
    <w:p w14:paraId="395155FA" w14:textId="77777777" w:rsidR="00557E83" w:rsidRDefault="00557E83" w:rsidP="00557E83">
      <w:pPr>
        <w:pStyle w:val="Heading3"/>
        <w:rPr>
          <w:lang w:val="en-GB"/>
        </w:rPr>
      </w:pPr>
      <w:r>
        <w:rPr>
          <w:lang w:val="en-GB"/>
        </w:rPr>
        <w:t>Progression</w:t>
      </w:r>
    </w:p>
    <w:p w14:paraId="005C370F" w14:textId="77777777" w:rsidR="00557E83" w:rsidRPr="007D580B" w:rsidRDefault="00557E83" w:rsidP="00557E83">
      <w:pPr>
        <w:pStyle w:val="ListParagraph"/>
        <w:numPr>
          <w:ilvl w:val="0"/>
          <w:numId w:val="122"/>
        </w:numPr>
        <w:rPr>
          <w:lang w:val="en-GB"/>
        </w:rPr>
      </w:pPr>
      <w:r w:rsidRPr="007D580B">
        <w:rPr>
          <w:lang w:val="en-GB"/>
        </w:rPr>
        <w:t>Higher Education</w:t>
      </w:r>
    </w:p>
    <w:p w14:paraId="6CB8E8C1" w14:textId="77777777" w:rsidR="00557E83" w:rsidRDefault="00557E83" w:rsidP="00557E83">
      <w:pPr>
        <w:pStyle w:val="ListParagraph"/>
        <w:numPr>
          <w:ilvl w:val="0"/>
          <w:numId w:val="122"/>
        </w:numPr>
        <w:rPr>
          <w:lang w:val="en-GB"/>
        </w:rPr>
      </w:pPr>
      <w:r w:rsidRPr="007D580B">
        <w:rPr>
          <w:lang w:val="en-GB"/>
        </w:rPr>
        <w:t>Employment in the industry</w:t>
      </w:r>
    </w:p>
    <w:p w14:paraId="0CC617B3" w14:textId="77777777" w:rsidR="00557E83" w:rsidRDefault="00557E83" w:rsidP="00557E83">
      <w:pPr>
        <w:pStyle w:val="Heading2"/>
        <w:rPr>
          <w:lang w:val="en-GB"/>
        </w:rPr>
      </w:pPr>
      <w:r w:rsidRPr="007D580B">
        <w:rPr>
          <w:lang w:val="en-GB"/>
        </w:rPr>
        <w:t>Sport Coaching and Physical Activity Introductory Certificate</w:t>
      </w:r>
      <w:r>
        <w:rPr>
          <w:lang w:val="en-GB"/>
        </w:rPr>
        <w:t xml:space="preserve"> </w:t>
      </w:r>
      <w:r w:rsidRPr="007D580B">
        <w:rPr>
          <w:lang w:val="en-GB"/>
        </w:rPr>
        <w:t>Level 3</w:t>
      </w:r>
    </w:p>
    <w:p w14:paraId="2687D8F7" w14:textId="77777777" w:rsidR="00557E83" w:rsidRDefault="00557E83" w:rsidP="00557E83">
      <w:pPr>
        <w:pStyle w:val="Heading3"/>
        <w:rPr>
          <w:lang w:val="en-GB"/>
        </w:rPr>
      </w:pPr>
      <w:r>
        <w:rPr>
          <w:lang w:val="en-GB"/>
        </w:rPr>
        <w:t>Entry Requirements</w:t>
      </w:r>
    </w:p>
    <w:p w14:paraId="449B3247" w14:textId="77777777" w:rsidR="00557E83" w:rsidRDefault="00557E83" w:rsidP="00557E83">
      <w:pPr>
        <w:pStyle w:val="ListParagraph"/>
        <w:numPr>
          <w:ilvl w:val="0"/>
          <w:numId w:val="123"/>
        </w:numPr>
        <w:rPr>
          <w:lang w:val="en-GB"/>
        </w:rPr>
      </w:pPr>
      <w:r w:rsidRPr="006B7A9F">
        <w:rPr>
          <w:lang w:val="en-GB"/>
        </w:rPr>
        <w:t>A minimum of five GCSEs with the following grades: English at 4 or above and Maths at 3 or above, and three other GCSEs at 4 or above including PE or a sports background.</w:t>
      </w:r>
    </w:p>
    <w:p w14:paraId="10E4B0A0" w14:textId="77777777" w:rsidR="00557E83" w:rsidRDefault="00557E83" w:rsidP="00557E83">
      <w:pPr>
        <w:pStyle w:val="Heading3"/>
        <w:rPr>
          <w:lang w:val="en-GB"/>
        </w:rPr>
      </w:pPr>
      <w:r>
        <w:rPr>
          <w:lang w:val="en-GB"/>
        </w:rPr>
        <w:t>Progression</w:t>
      </w:r>
    </w:p>
    <w:p w14:paraId="3058B401" w14:textId="77777777" w:rsidR="00557E83" w:rsidRDefault="00557E83" w:rsidP="00557E83">
      <w:pPr>
        <w:pStyle w:val="ListParagraph"/>
        <w:numPr>
          <w:ilvl w:val="0"/>
          <w:numId w:val="123"/>
        </w:numPr>
        <w:rPr>
          <w:lang w:val="en-GB"/>
        </w:rPr>
      </w:pPr>
      <w:r w:rsidRPr="007D7AD2">
        <w:rPr>
          <w:lang w:val="en-GB"/>
        </w:rPr>
        <w:t xml:space="preserve">Higher Education </w:t>
      </w:r>
    </w:p>
    <w:p w14:paraId="55FE67F3" w14:textId="77777777" w:rsidR="00557E83" w:rsidRDefault="00557E83" w:rsidP="00557E83">
      <w:pPr>
        <w:pStyle w:val="ListParagraph"/>
        <w:numPr>
          <w:ilvl w:val="0"/>
          <w:numId w:val="123"/>
        </w:numPr>
        <w:rPr>
          <w:lang w:val="en-GB"/>
        </w:rPr>
      </w:pPr>
      <w:r w:rsidRPr="007D7AD2">
        <w:rPr>
          <w:lang w:val="en-GB"/>
        </w:rPr>
        <w:t>Employment in industry</w:t>
      </w:r>
    </w:p>
    <w:p w14:paraId="1BE6AA19" w14:textId="77777777" w:rsidR="00557E83" w:rsidRDefault="00557E83" w:rsidP="00557E83">
      <w:pPr>
        <w:pStyle w:val="Heading2"/>
        <w:rPr>
          <w:lang w:val="en-GB"/>
        </w:rPr>
      </w:pPr>
      <w:r w:rsidRPr="009E69D6">
        <w:rPr>
          <w:lang w:val="en-GB"/>
        </w:rPr>
        <w:t>Sport and Physical Activity - Sports Performance Extended Diploma Level 3</w:t>
      </w:r>
    </w:p>
    <w:p w14:paraId="7B184C3B" w14:textId="77777777" w:rsidR="00557E83" w:rsidRDefault="00557E83" w:rsidP="00557E83">
      <w:pPr>
        <w:pStyle w:val="Heading3"/>
        <w:rPr>
          <w:lang w:val="en-GB"/>
        </w:rPr>
      </w:pPr>
      <w:r>
        <w:rPr>
          <w:lang w:val="en-GB"/>
        </w:rPr>
        <w:t>Entry Requirements</w:t>
      </w:r>
    </w:p>
    <w:p w14:paraId="6E317AC0" w14:textId="77777777" w:rsidR="00557E83" w:rsidRDefault="00557E83" w:rsidP="00557E83">
      <w:pPr>
        <w:pStyle w:val="ListParagraph"/>
        <w:numPr>
          <w:ilvl w:val="0"/>
          <w:numId w:val="124"/>
        </w:numPr>
        <w:rPr>
          <w:lang w:val="en-GB"/>
        </w:rPr>
      </w:pPr>
      <w:r w:rsidRPr="00E13CBC">
        <w:rPr>
          <w:lang w:val="en-GB"/>
        </w:rPr>
        <w:t>A minimum of five GCSEs including English and Maths at grade 4, and three other GCSEs including Science and PE. If Maths or English are not attained at a grade 4, you will be placed on the Level 3 Introductory Certificate, rather than a Level 2 qualification.</w:t>
      </w:r>
    </w:p>
    <w:p w14:paraId="7B3F19BF" w14:textId="77777777" w:rsidR="00557E83" w:rsidRDefault="00557E83" w:rsidP="00557E83">
      <w:pPr>
        <w:pStyle w:val="Heading3"/>
        <w:rPr>
          <w:lang w:val="en-GB"/>
        </w:rPr>
      </w:pPr>
      <w:r>
        <w:rPr>
          <w:lang w:val="en-GB"/>
        </w:rPr>
        <w:lastRenderedPageBreak/>
        <w:t>Progression</w:t>
      </w:r>
    </w:p>
    <w:p w14:paraId="3ECBBA49" w14:textId="77777777" w:rsidR="00557E83" w:rsidRPr="00BB6C61" w:rsidRDefault="00557E83" w:rsidP="00557E83">
      <w:pPr>
        <w:pStyle w:val="ListParagraph"/>
        <w:numPr>
          <w:ilvl w:val="0"/>
          <w:numId w:val="124"/>
        </w:numPr>
        <w:rPr>
          <w:lang w:val="en-GB"/>
        </w:rPr>
      </w:pPr>
      <w:r w:rsidRPr="00BB6C61">
        <w:rPr>
          <w:lang w:val="en-GB"/>
        </w:rPr>
        <w:t>Higher Education</w:t>
      </w:r>
    </w:p>
    <w:p w14:paraId="28B64CC6" w14:textId="77777777" w:rsidR="00557E83" w:rsidRDefault="00557E83" w:rsidP="00557E83">
      <w:pPr>
        <w:pStyle w:val="ListParagraph"/>
        <w:numPr>
          <w:ilvl w:val="0"/>
          <w:numId w:val="124"/>
        </w:numPr>
        <w:rPr>
          <w:lang w:val="en-GB"/>
        </w:rPr>
      </w:pPr>
      <w:r w:rsidRPr="00BB6C61">
        <w:rPr>
          <w:lang w:val="en-GB"/>
        </w:rPr>
        <w:t>Employment in industry</w:t>
      </w:r>
    </w:p>
    <w:p w14:paraId="74AC21FE" w14:textId="77777777" w:rsidR="00557E83" w:rsidRDefault="00557E83" w:rsidP="00557E83">
      <w:pPr>
        <w:pStyle w:val="Heading2"/>
        <w:rPr>
          <w:lang w:val="en-GB"/>
        </w:rPr>
      </w:pPr>
      <w:r w:rsidRPr="00BB6C61">
        <w:rPr>
          <w:lang w:val="en-GB"/>
        </w:rPr>
        <w:t>Sport, Health and Physical Activity – Football Pathway Level 3</w:t>
      </w:r>
    </w:p>
    <w:p w14:paraId="0AA0F3DB" w14:textId="77777777" w:rsidR="00557E83" w:rsidRDefault="00557E83" w:rsidP="00557E83">
      <w:pPr>
        <w:pStyle w:val="Heading3"/>
        <w:rPr>
          <w:lang w:val="en-GB"/>
        </w:rPr>
      </w:pPr>
      <w:r>
        <w:rPr>
          <w:lang w:val="en-GB"/>
        </w:rPr>
        <w:t>Entry Requirements</w:t>
      </w:r>
    </w:p>
    <w:p w14:paraId="5BB7BF4C" w14:textId="77777777" w:rsidR="00557E83" w:rsidRDefault="00557E83" w:rsidP="00557E83">
      <w:pPr>
        <w:pStyle w:val="ListParagraph"/>
        <w:numPr>
          <w:ilvl w:val="0"/>
          <w:numId w:val="125"/>
        </w:numPr>
        <w:rPr>
          <w:lang w:val="en-GB"/>
        </w:rPr>
      </w:pPr>
      <w:r w:rsidRPr="006210A0">
        <w:rPr>
          <w:lang w:val="en-GB"/>
        </w:rPr>
        <w:t>A minimum of five GCSEs with the following grades: English at 4 or above and Maths at 3 or above and three other GCSEs at 4 or above including PE or a sports background. If Maths or English are not attained at a grade 4, you will be placed on the Level 3 Introductory Certificate, rather than a Level 2 qualification.</w:t>
      </w:r>
    </w:p>
    <w:p w14:paraId="33329CEE" w14:textId="77777777" w:rsidR="00557E83" w:rsidRDefault="00557E83" w:rsidP="00557E83">
      <w:pPr>
        <w:pStyle w:val="Heading3"/>
        <w:rPr>
          <w:lang w:val="en-GB"/>
        </w:rPr>
      </w:pPr>
      <w:r>
        <w:rPr>
          <w:lang w:val="en-GB"/>
        </w:rPr>
        <w:t>Progression</w:t>
      </w:r>
    </w:p>
    <w:p w14:paraId="37BB1387" w14:textId="77777777" w:rsidR="00557E83" w:rsidRPr="006210A0" w:rsidRDefault="00557E83" w:rsidP="00557E83">
      <w:pPr>
        <w:pStyle w:val="ListParagraph"/>
        <w:numPr>
          <w:ilvl w:val="0"/>
          <w:numId w:val="125"/>
        </w:numPr>
        <w:rPr>
          <w:lang w:val="en-GB"/>
        </w:rPr>
      </w:pPr>
      <w:r w:rsidRPr="006210A0">
        <w:rPr>
          <w:lang w:val="en-GB"/>
        </w:rPr>
        <w:t>Higher Education</w:t>
      </w:r>
    </w:p>
    <w:p w14:paraId="1EE8FD4F" w14:textId="77777777" w:rsidR="00557E83" w:rsidRDefault="00557E83" w:rsidP="00557E83">
      <w:pPr>
        <w:pStyle w:val="ListParagraph"/>
        <w:numPr>
          <w:ilvl w:val="0"/>
          <w:numId w:val="125"/>
        </w:numPr>
        <w:rPr>
          <w:lang w:val="en-GB"/>
        </w:rPr>
      </w:pPr>
      <w:r w:rsidRPr="006210A0">
        <w:rPr>
          <w:lang w:val="en-GB"/>
        </w:rPr>
        <w:t>Employment in Industry</w:t>
      </w:r>
    </w:p>
    <w:p w14:paraId="6B4A7C50" w14:textId="77777777" w:rsidR="00557E83" w:rsidRDefault="00557E83" w:rsidP="00557E83">
      <w:pPr>
        <w:pStyle w:val="Heading2"/>
        <w:rPr>
          <w:lang w:val="en-GB"/>
        </w:rPr>
      </w:pPr>
      <w:r w:rsidRPr="00A64AA5">
        <w:rPr>
          <w:lang w:val="en-GB"/>
        </w:rPr>
        <w:t>Personal Trainer Apprenticeship Level 3</w:t>
      </w:r>
    </w:p>
    <w:p w14:paraId="2390073E" w14:textId="77777777" w:rsidR="00557E83" w:rsidRDefault="00557E83" w:rsidP="00557E83">
      <w:pPr>
        <w:pStyle w:val="Heading3"/>
        <w:rPr>
          <w:lang w:val="en-GB"/>
        </w:rPr>
      </w:pPr>
      <w:r>
        <w:rPr>
          <w:lang w:val="en-GB"/>
        </w:rPr>
        <w:t>Entry Requirements</w:t>
      </w:r>
    </w:p>
    <w:p w14:paraId="6772AADD" w14:textId="77777777" w:rsidR="00557E83" w:rsidRDefault="00557E83" w:rsidP="00557E83">
      <w:pPr>
        <w:pStyle w:val="ListParagraph"/>
        <w:numPr>
          <w:ilvl w:val="0"/>
          <w:numId w:val="126"/>
        </w:numPr>
        <w:rPr>
          <w:lang w:val="en-GB"/>
        </w:rPr>
      </w:pPr>
      <w:r w:rsidRPr="005275F8">
        <w:rPr>
          <w:lang w:val="en-GB"/>
        </w:rPr>
        <w:t xml:space="preserve">A Level 2 Fitness Instructing or other related qualification and Maths and English GCSE at grade 4. To start your </w:t>
      </w:r>
      <w:proofErr w:type="gramStart"/>
      <w:r w:rsidRPr="005275F8">
        <w:rPr>
          <w:lang w:val="en-GB"/>
        </w:rPr>
        <w:t>apprenticeship</w:t>
      </w:r>
      <w:proofErr w:type="gramEnd"/>
      <w:r w:rsidRPr="005275F8">
        <w:rPr>
          <w:lang w:val="en-GB"/>
        </w:rPr>
        <w:t xml:space="preserve"> you must have secured employment that the college has agreed is suitable.</w:t>
      </w:r>
    </w:p>
    <w:p w14:paraId="3511DC38" w14:textId="77777777" w:rsidR="00557E83" w:rsidRDefault="00557E83" w:rsidP="00557E83">
      <w:pPr>
        <w:pStyle w:val="Heading3"/>
        <w:rPr>
          <w:lang w:val="en-GB"/>
        </w:rPr>
      </w:pPr>
      <w:r>
        <w:rPr>
          <w:lang w:val="en-GB"/>
        </w:rPr>
        <w:t>Progression</w:t>
      </w:r>
    </w:p>
    <w:p w14:paraId="093A1475" w14:textId="77777777" w:rsidR="00557E83" w:rsidRPr="002C4608" w:rsidRDefault="00557E83" w:rsidP="00557E83">
      <w:pPr>
        <w:pStyle w:val="ListParagraph"/>
        <w:numPr>
          <w:ilvl w:val="0"/>
          <w:numId w:val="126"/>
        </w:numPr>
        <w:rPr>
          <w:lang w:val="en-GB"/>
        </w:rPr>
      </w:pPr>
      <w:r w:rsidRPr="002C4608">
        <w:rPr>
          <w:lang w:val="en-GB"/>
        </w:rPr>
        <w:t>Employment as a personal trainer</w:t>
      </w:r>
    </w:p>
    <w:p w14:paraId="142F8441" w14:textId="77777777" w:rsidR="00557E83" w:rsidRDefault="00557E83" w:rsidP="00557E83">
      <w:pPr>
        <w:pStyle w:val="ListParagraph"/>
        <w:numPr>
          <w:ilvl w:val="0"/>
          <w:numId w:val="126"/>
        </w:numPr>
        <w:rPr>
          <w:lang w:val="en-GB"/>
        </w:rPr>
      </w:pPr>
      <w:r w:rsidRPr="002C4608">
        <w:rPr>
          <w:lang w:val="en-GB"/>
        </w:rPr>
        <w:t>Degree course in sports, nutrition or exercise</w:t>
      </w:r>
    </w:p>
    <w:p w14:paraId="7DF16A7B" w14:textId="77777777" w:rsidR="00557E83" w:rsidRDefault="00557E83" w:rsidP="00557E83">
      <w:pPr>
        <w:pStyle w:val="Heading1"/>
        <w:rPr>
          <w:lang w:val="en-GB"/>
        </w:rPr>
      </w:pPr>
      <w:r>
        <w:rPr>
          <w:lang w:val="en-GB"/>
        </w:rPr>
        <w:t>Travel, Tourism and Aviation</w:t>
      </w:r>
    </w:p>
    <w:p w14:paraId="318EEBB8" w14:textId="77777777" w:rsidR="00557E83" w:rsidRPr="000B6067" w:rsidRDefault="00557E83" w:rsidP="00557E83">
      <w:pPr>
        <w:rPr>
          <w:lang w:val="en-GB"/>
        </w:rPr>
      </w:pPr>
      <w:r w:rsidRPr="00B54146">
        <w:rPr>
          <w:lang w:val="en-GB"/>
        </w:rPr>
        <w:t>There are many career options in the Travel and Tourism industry. You may be interested in becoming a resort representative, ground staff, or</w:t>
      </w:r>
      <w:r>
        <w:rPr>
          <w:lang w:val="en-GB"/>
        </w:rPr>
        <w:t xml:space="preserve"> </w:t>
      </w:r>
      <w:r w:rsidRPr="00B54146">
        <w:rPr>
          <w:lang w:val="en-GB"/>
        </w:rPr>
        <w:t>maybe you’ve set your sights on becoming cabin crew. Maybe it’s the marketing and business aspects of the industry that floats your boat. Whatever your ambitions, our team is here to guide you through your study journey.</w:t>
      </w:r>
    </w:p>
    <w:p w14:paraId="52F5AF36" w14:textId="77777777" w:rsidR="00557E83" w:rsidRDefault="00557E83" w:rsidP="00557E83">
      <w:pPr>
        <w:rPr>
          <w:lang w:val="en-GB"/>
        </w:rPr>
      </w:pPr>
      <w:r w:rsidRPr="00557C65">
        <w:rPr>
          <w:lang w:val="en-GB"/>
        </w:rPr>
        <w:t>You will be expected to adhere to the professional standards of this industry from day one at college, and will be required to wear a uniform which will prepare you for working in industry. If you are doing a cabin crew or aviation course with us, you will also have access to our mock air cabin and will learn core aviation skills at college, which will help you stand out from the crowd when you apply for roles in the sector.</w:t>
      </w:r>
    </w:p>
    <w:p w14:paraId="364F7B64" w14:textId="77777777" w:rsidR="00557E83" w:rsidRDefault="00557E83" w:rsidP="00557E83">
      <w:pPr>
        <w:pStyle w:val="Heading2"/>
        <w:rPr>
          <w:lang w:val="en-GB"/>
        </w:rPr>
      </w:pPr>
      <w:r>
        <w:rPr>
          <w:lang w:val="en-GB"/>
        </w:rPr>
        <w:t>Average Salaries</w:t>
      </w:r>
    </w:p>
    <w:p w14:paraId="223D7DD4" w14:textId="77777777" w:rsidR="00557E83" w:rsidRDefault="00557E83" w:rsidP="00557E83">
      <w:pPr>
        <w:rPr>
          <w:lang w:val="en-GB"/>
        </w:rPr>
      </w:pPr>
      <w:r>
        <w:rPr>
          <w:lang w:val="en-GB"/>
        </w:rPr>
        <w:t>£28,750 Travel Agents</w:t>
      </w:r>
    </w:p>
    <w:p w14:paraId="2C10E0F8" w14:textId="77777777" w:rsidR="00557E83" w:rsidRDefault="00557E83" w:rsidP="00557E83">
      <w:pPr>
        <w:rPr>
          <w:lang w:val="en-GB"/>
        </w:rPr>
      </w:pPr>
      <w:r>
        <w:rPr>
          <w:lang w:val="en-GB"/>
        </w:rPr>
        <w:t>£35,110 Travel agency managers and proprietors</w:t>
      </w:r>
    </w:p>
    <w:p w14:paraId="1E93515A" w14:textId="77777777" w:rsidR="00557E83" w:rsidRDefault="00557E83" w:rsidP="00557E83">
      <w:pPr>
        <w:rPr>
          <w:lang w:val="en-GB"/>
        </w:rPr>
      </w:pPr>
      <w:r>
        <w:rPr>
          <w:lang w:val="en-GB"/>
        </w:rPr>
        <w:lastRenderedPageBreak/>
        <w:t>£28,740 Air travel assistants</w:t>
      </w:r>
    </w:p>
    <w:p w14:paraId="14A4B992" w14:textId="77777777" w:rsidR="00557E83" w:rsidRDefault="00557E83" w:rsidP="00557E83">
      <w:pPr>
        <w:pStyle w:val="Heading2"/>
        <w:rPr>
          <w:lang w:val="en-GB"/>
        </w:rPr>
      </w:pPr>
      <w:r>
        <w:rPr>
          <w:lang w:val="en-GB"/>
        </w:rPr>
        <w:t>Case Studies</w:t>
      </w:r>
    </w:p>
    <w:p w14:paraId="0E6FE1A5" w14:textId="77777777" w:rsidR="00557E83" w:rsidRDefault="00557E83" w:rsidP="00557E83">
      <w:pPr>
        <w:rPr>
          <w:lang w:val="en-GB"/>
        </w:rPr>
      </w:pPr>
      <w:r w:rsidRPr="004A63C5">
        <w:rPr>
          <w:lang w:val="en-GB"/>
        </w:rPr>
        <w:t>“The best part of the course was working in the mock air cabin. It has given me an idea of what it will be like to work in the industry.”</w:t>
      </w:r>
    </w:p>
    <w:p w14:paraId="753034FB" w14:textId="77777777" w:rsidR="00557E83" w:rsidRDefault="00557E83" w:rsidP="00557E83">
      <w:pPr>
        <w:rPr>
          <w:lang w:val="en-GB"/>
        </w:rPr>
      </w:pPr>
      <w:r>
        <w:rPr>
          <w:lang w:val="en-GB"/>
        </w:rPr>
        <w:t>Ruby</w:t>
      </w:r>
    </w:p>
    <w:p w14:paraId="556D6A4F" w14:textId="77777777" w:rsidR="00557E83" w:rsidRDefault="00557E83" w:rsidP="00557E83">
      <w:pPr>
        <w:rPr>
          <w:i/>
          <w:iCs/>
          <w:lang w:val="en-GB"/>
        </w:rPr>
      </w:pPr>
      <w:r w:rsidRPr="00A93957">
        <w:rPr>
          <w:i/>
          <w:iCs/>
          <w:lang w:val="en-GB"/>
        </w:rPr>
        <w:t>Cabin Crew and Aviation Level 2</w:t>
      </w:r>
    </w:p>
    <w:p w14:paraId="61942C8B" w14:textId="77777777" w:rsidR="00557E83" w:rsidRDefault="00557E83" w:rsidP="00557E83">
      <w:pPr>
        <w:pStyle w:val="Heading2"/>
        <w:rPr>
          <w:lang w:val="en-GB"/>
        </w:rPr>
      </w:pPr>
      <w:r w:rsidRPr="00ED1E8F">
        <w:rPr>
          <w:lang w:val="en-GB"/>
        </w:rPr>
        <w:t>Travel and Tourism Level 1</w:t>
      </w:r>
    </w:p>
    <w:p w14:paraId="0C7DB427" w14:textId="77777777" w:rsidR="00557E83" w:rsidRDefault="00557E83" w:rsidP="00557E83">
      <w:pPr>
        <w:pStyle w:val="Heading3"/>
        <w:rPr>
          <w:lang w:val="en-GB"/>
        </w:rPr>
      </w:pPr>
      <w:r>
        <w:rPr>
          <w:lang w:val="en-GB"/>
        </w:rPr>
        <w:t>Entry Requirements</w:t>
      </w:r>
    </w:p>
    <w:p w14:paraId="4D7505F9" w14:textId="77777777" w:rsidR="00557E83" w:rsidRDefault="00557E83" w:rsidP="00557E83">
      <w:pPr>
        <w:pStyle w:val="ListParagraph"/>
        <w:numPr>
          <w:ilvl w:val="0"/>
          <w:numId w:val="127"/>
        </w:numPr>
        <w:rPr>
          <w:lang w:val="en-GB"/>
        </w:rPr>
      </w:pPr>
      <w:r w:rsidRPr="00ED1E8F">
        <w:rPr>
          <w:lang w:val="en-GB"/>
        </w:rPr>
        <w:t>A minimum of four GCSEs with the following grades: English at 2 or above and Maths at 1 or above and two other GCSEs at 2 or above.</w:t>
      </w:r>
    </w:p>
    <w:p w14:paraId="1D72F814" w14:textId="77777777" w:rsidR="00557E83" w:rsidRDefault="00557E83" w:rsidP="00557E83">
      <w:pPr>
        <w:pStyle w:val="Heading3"/>
        <w:rPr>
          <w:lang w:val="en-GB"/>
        </w:rPr>
      </w:pPr>
      <w:r>
        <w:rPr>
          <w:lang w:val="en-GB"/>
        </w:rPr>
        <w:t>Progression</w:t>
      </w:r>
    </w:p>
    <w:p w14:paraId="5EA3C9D7" w14:textId="77777777" w:rsidR="00557E83" w:rsidRPr="00A115D5" w:rsidRDefault="00557E83" w:rsidP="00557E83">
      <w:pPr>
        <w:pStyle w:val="ListParagraph"/>
        <w:numPr>
          <w:ilvl w:val="0"/>
          <w:numId w:val="127"/>
        </w:numPr>
        <w:rPr>
          <w:lang w:val="en-GB"/>
        </w:rPr>
      </w:pPr>
      <w:r w:rsidRPr="00A115D5">
        <w:rPr>
          <w:lang w:val="en-GB"/>
        </w:rPr>
        <w:t xml:space="preserve">Level 2 Travel and Tourism </w:t>
      </w:r>
    </w:p>
    <w:p w14:paraId="4C832E3F" w14:textId="77777777" w:rsidR="00557E83" w:rsidRDefault="00557E83" w:rsidP="00557E83">
      <w:pPr>
        <w:pStyle w:val="ListParagraph"/>
        <w:numPr>
          <w:ilvl w:val="0"/>
          <w:numId w:val="127"/>
        </w:numPr>
        <w:rPr>
          <w:lang w:val="en-GB"/>
        </w:rPr>
      </w:pPr>
      <w:r w:rsidRPr="00A115D5">
        <w:rPr>
          <w:lang w:val="en-GB"/>
        </w:rPr>
        <w:t>Level 2 Cabin Crew and Aviation</w:t>
      </w:r>
    </w:p>
    <w:p w14:paraId="5F920B5D" w14:textId="77777777" w:rsidR="00557E83" w:rsidRDefault="00557E83" w:rsidP="00557E83">
      <w:pPr>
        <w:pStyle w:val="Heading2"/>
        <w:rPr>
          <w:lang w:val="en-GB"/>
        </w:rPr>
      </w:pPr>
      <w:r w:rsidRPr="00A115D5">
        <w:rPr>
          <w:lang w:val="en-GB"/>
        </w:rPr>
        <w:t>Travel and Tourism Level 2</w:t>
      </w:r>
    </w:p>
    <w:p w14:paraId="00CADEE2" w14:textId="77777777" w:rsidR="00557E83" w:rsidRDefault="00557E83" w:rsidP="00557E83">
      <w:pPr>
        <w:pStyle w:val="Heading3"/>
        <w:rPr>
          <w:lang w:val="en-GB"/>
        </w:rPr>
      </w:pPr>
      <w:r>
        <w:rPr>
          <w:lang w:val="en-GB"/>
        </w:rPr>
        <w:t>Entry Requirements</w:t>
      </w:r>
    </w:p>
    <w:p w14:paraId="01D52D64" w14:textId="77777777" w:rsidR="00557E83" w:rsidRPr="00CA4AC8" w:rsidRDefault="00557E83" w:rsidP="00557E83">
      <w:pPr>
        <w:pStyle w:val="ListParagraph"/>
        <w:numPr>
          <w:ilvl w:val="0"/>
          <w:numId w:val="129"/>
        </w:numPr>
        <w:rPr>
          <w:lang w:val="en-GB"/>
        </w:rPr>
      </w:pPr>
      <w:r w:rsidRPr="00CA4AC8">
        <w:rPr>
          <w:lang w:val="en-GB"/>
        </w:rPr>
        <w:t>A minimum of four GCSEs with the following grades: English at 3 or above and Maths at 2 or above and two other GCSEs at 3 or above.</w:t>
      </w:r>
    </w:p>
    <w:p w14:paraId="6A3B0C06" w14:textId="77777777" w:rsidR="00557E83" w:rsidRDefault="00557E83" w:rsidP="00557E83">
      <w:pPr>
        <w:pStyle w:val="Heading3"/>
        <w:rPr>
          <w:lang w:val="en-GB"/>
        </w:rPr>
      </w:pPr>
      <w:r>
        <w:rPr>
          <w:lang w:val="en-GB"/>
        </w:rPr>
        <w:t>Progression</w:t>
      </w:r>
    </w:p>
    <w:p w14:paraId="76493E71" w14:textId="77777777" w:rsidR="00557E83" w:rsidRDefault="00557E83" w:rsidP="00557E83">
      <w:pPr>
        <w:pStyle w:val="ListParagraph"/>
        <w:numPr>
          <w:ilvl w:val="0"/>
          <w:numId w:val="128"/>
        </w:numPr>
        <w:rPr>
          <w:lang w:val="en-GB"/>
        </w:rPr>
      </w:pPr>
      <w:r w:rsidRPr="00CA4AC8">
        <w:rPr>
          <w:lang w:val="en-GB"/>
        </w:rPr>
        <w:t>Travel and Tourism - Aviation Level 3</w:t>
      </w:r>
    </w:p>
    <w:p w14:paraId="72ED7B18" w14:textId="77777777" w:rsidR="00557E83" w:rsidRDefault="00557E83" w:rsidP="00557E83">
      <w:pPr>
        <w:pStyle w:val="Heading2"/>
        <w:rPr>
          <w:lang w:val="en-GB"/>
        </w:rPr>
      </w:pPr>
      <w:r w:rsidRPr="00CA4AC8">
        <w:rPr>
          <w:lang w:val="en-GB"/>
        </w:rPr>
        <w:t>Cabin Crew and Aviation Level 2</w:t>
      </w:r>
    </w:p>
    <w:p w14:paraId="1B984646" w14:textId="77777777" w:rsidR="00557E83" w:rsidRDefault="00557E83" w:rsidP="00557E83">
      <w:pPr>
        <w:pStyle w:val="Heading3"/>
        <w:rPr>
          <w:lang w:val="en-GB"/>
        </w:rPr>
      </w:pPr>
      <w:r>
        <w:rPr>
          <w:lang w:val="en-GB"/>
        </w:rPr>
        <w:t>Entry Requirements</w:t>
      </w:r>
    </w:p>
    <w:p w14:paraId="3BCCBD54" w14:textId="77777777" w:rsidR="00557E83" w:rsidRDefault="00557E83" w:rsidP="00557E83">
      <w:pPr>
        <w:pStyle w:val="ListParagraph"/>
        <w:numPr>
          <w:ilvl w:val="0"/>
          <w:numId w:val="128"/>
        </w:numPr>
        <w:rPr>
          <w:lang w:val="en-GB"/>
        </w:rPr>
      </w:pPr>
      <w:r w:rsidRPr="00DE2F3D">
        <w:rPr>
          <w:lang w:val="en-GB"/>
        </w:rPr>
        <w:t>A minimum of five GCSEs with the</w:t>
      </w:r>
      <w:r>
        <w:rPr>
          <w:lang w:val="en-GB"/>
        </w:rPr>
        <w:t xml:space="preserve"> </w:t>
      </w:r>
      <w:r w:rsidRPr="00DE2F3D">
        <w:rPr>
          <w:lang w:val="en-GB"/>
        </w:rPr>
        <w:t>following grades: English at 4 or above and Maths at 2 or above and three other GCSEs at 3 or above</w:t>
      </w:r>
      <w:r>
        <w:rPr>
          <w:lang w:val="en-GB"/>
        </w:rPr>
        <w:t>.</w:t>
      </w:r>
    </w:p>
    <w:p w14:paraId="38880773" w14:textId="77777777" w:rsidR="00557E83" w:rsidRDefault="00557E83" w:rsidP="00557E83">
      <w:pPr>
        <w:pStyle w:val="Heading3"/>
        <w:rPr>
          <w:lang w:val="en-GB"/>
        </w:rPr>
      </w:pPr>
      <w:r>
        <w:rPr>
          <w:lang w:val="en-GB"/>
        </w:rPr>
        <w:t>Progression</w:t>
      </w:r>
    </w:p>
    <w:p w14:paraId="559288A3" w14:textId="77777777" w:rsidR="00557E83" w:rsidRDefault="00557E83" w:rsidP="00557E83">
      <w:pPr>
        <w:pStyle w:val="ListParagraph"/>
        <w:numPr>
          <w:ilvl w:val="0"/>
          <w:numId w:val="128"/>
        </w:numPr>
        <w:rPr>
          <w:lang w:val="en-GB"/>
        </w:rPr>
      </w:pPr>
      <w:r w:rsidRPr="00DE2F3D">
        <w:rPr>
          <w:lang w:val="en-GB"/>
        </w:rPr>
        <w:t>Travel and Tourism - Aviation Level 3</w:t>
      </w:r>
    </w:p>
    <w:p w14:paraId="7190C874" w14:textId="77777777" w:rsidR="00557E83" w:rsidRDefault="00557E83" w:rsidP="00557E83">
      <w:pPr>
        <w:pStyle w:val="Heading2"/>
        <w:rPr>
          <w:lang w:val="en-GB"/>
        </w:rPr>
      </w:pPr>
      <w:r w:rsidRPr="00BC5985">
        <w:rPr>
          <w:lang w:val="en-GB"/>
        </w:rPr>
        <w:t>Travel and Tourism - Aviation Level 3</w:t>
      </w:r>
    </w:p>
    <w:p w14:paraId="5A66F1EA" w14:textId="77777777" w:rsidR="00557E83" w:rsidRDefault="00557E83" w:rsidP="00557E83">
      <w:pPr>
        <w:pStyle w:val="Heading3"/>
        <w:rPr>
          <w:lang w:val="en-GB"/>
        </w:rPr>
      </w:pPr>
      <w:r>
        <w:rPr>
          <w:lang w:val="en-GB"/>
        </w:rPr>
        <w:t>Entry Requirements</w:t>
      </w:r>
    </w:p>
    <w:p w14:paraId="3A5B8DE0" w14:textId="77777777" w:rsidR="00557E83" w:rsidRDefault="00557E83" w:rsidP="00557E83">
      <w:pPr>
        <w:pStyle w:val="ListParagraph"/>
        <w:numPr>
          <w:ilvl w:val="0"/>
          <w:numId w:val="128"/>
        </w:numPr>
        <w:rPr>
          <w:lang w:val="en-GB"/>
        </w:rPr>
      </w:pPr>
      <w:r w:rsidRPr="0001701D">
        <w:rPr>
          <w:lang w:val="en-GB"/>
        </w:rPr>
        <w:t>A minimum of five GCSEs with the following grades: English at 4 or above and Maths at 3 or above and three other GCSEs at 4 or above.</w:t>
      </w:r>
    </w:p>
    <w:p w14:paraId="655EAB7B" w14:textId="77777777" w:rsidR="00557E83" w:rsidRDefault="00557E83" w:rsidP="00557E83">
      <w:pPr>
        <w:pStyle w:val="Heading3"/>
        <w:rPr>
          <w:lang w:val="en-GB"/>
        </w:rPr>
      </w:pPr>
      <w:r>
        <w:rPr>
          <w:lang w:val="en-GB"/>
        </w:rPr>
        <w:t>Progression</w:t>
      </w:r>
    </w:p>
    <w:p w14:paraId="7BE5771B" w14:textId="77777777" w:rsidR="00557E83" w:rsidRDefault="00557E83" w:rsidP="00557E83">
      <w:pPr>
        <w:pStyle w:val="ListParagraph"/>
        <w:numPr>
          <w:ilvl w:val="0"/>
          <w:numId w:val="128"/>
        </w:numPr>
        <w:rPr>
          <w:lang w:val="en-GB"/>
        </w:rPr>
      </w:pPr>
      <w:r w:rsidRPr="0001701D">
        <w:rPr>
          <w:lang w:val="en-GB"/>
        </w:rPr>
        <w:t>Training scheme within the</w:t>
      </w:r>
      <w:r>
        <w:rPr>
          <w:lang w:val="en-GB"/>
        </w:rPr>
        <w:t xml:space="preserve"> </w:t>
      </w:r>
      <w:r w:rsidRPr="0001701D">
        <w:rPr>
          <w:lang w:val="en-GB"/>
        </w:rPr>
        <w:t>aviation industry</w:t>
      </w:r>
    </w:p>
    <w:p w14:paraId="2D173674" w14:textId="77777777" w:rsidR="00557E83" w:rsidRDefault="00557E83" w:rsidP="00557E83">
      <w:pPr>
        <w:pStyle w:val="ListParagraph"/>
        <w:numPr>
          <w:ilvl w:val="0"/>
          <w:numId w:val="128"/>
        </w:numPr>
        <w:rPr>
          <w:lang w:val="en-GB"/>
        </w:rPr>
      </w:pPr>
      <w:r w:rsidRPr="0001701D">
        <w:rPr>
          <w:lang w:val="en-GB"/>
        </w:rPr>
        <w:lastRenderedPageBreak/>
        <w:t xml:space="preserve">Apprenticeship  </w:t>
      </w:r>
    </w:p>
    <w:p w14:paraId="6E90CC7D" w14:textId="77777777" w:rsidR="00557E83" w:rsidRDefault="00557E83" w:rsidP="00557E83">
      <w:pPr>
        <w:pStyle w:val="ListParagraph"/>
        <w:numPr>
          <w:ilvl w:val="0"/>
          <w:numId w:val="128"/>
        </w:numPr>
        <w:rPr>
          <w:lang w:val="en-GB"/>
        </w:rPr>
      </w:pPr>
      <w:r w:rsidRPr="0001701D">
        <w:rPr>
          <w:lang w:val="en-GB"/>
        </w:rPr>
        <w:t>Employment</w:t>
      </w:r>
    </w:p>
    <w:p w14:paraId="4401DB22" w14:textId="77777777" w:rsidR="00557E83" w:rsidRDefault="00557E83" w:rsidP="00557E83">
      <w:pPr>
        <w:pStyle w:val="ListParagraph"/>
        <w:numPr>
          <w:ilvl w:val="0"/>
          <w:numId w:val="128"/>
        </w:numPr>
        <w:rPr>
          <w:lang w:val="en-GB"/>
        </w:rPr>
      </w:pPr>
      <w:r w:rsidRPr="0001701D">
        <w:rPr>
          <w:lang w:val="en-GB"/>
        </w:rPr>
        <w:t>Higher Education</w:t>
      </w:r>
    </w:p>
    <w:p w14:paraId="16408DC8" w14:textId="77777777" w:rsidR="00557E83" w:rsidRDefault="00557E83" w:rsidP="00557E83">
      <w:pPr>
        <w:pStyle w:val="Heading1"/>
        <w:rPr>
          <w:lang w:val="en-GB"/>
        </w:rPr>
      </w:pPr>
      <w:r>
        <w:rPr>
          <w:lang w:val="en-GB"/>
        </w:rPr>
        <w:t>Uniformed Protective Services</w:t>
      </w:r>
    </w:p>
    <w:p w14:paraId="458BF0BF" w14:textId="77777777" w:rsidR="00557E83" w:rsidRDefault="00557E83" w:rsidP="00557E83">
      <w:pPr>
        <w:rPr>
          <w:lang w:val="en-GB"/>
        </w:rPr>
      </w:pPr>
      <w:r w:rsidRPr="00B44DC8">
        <w:rPr>
          <w:lang w:val="en-GB"/>
        </w:rPr>
        <w:t>If you see yourself protecting and serving the public in your career, then a Uniformed Protective</w:t>
      </w:r>
      <w:r>
        <w:rPr>
          <w:lang w:val="en-GB"/>
        </w:rPr>
        <w:t xml:space="preserve"> </w:t>
      </w:r>
      <w:r w:rsidRPr="00B44DC8">
        <w:rPr>
          <w:lang w:val="en-GB"/>
        </w:rPr>
        <w:t>Services course is for you. Our courses open up a range of career pathways, from the emergency services, security roles and progression into the armed forces</w:t>
      </w:r>
      <w:r>
        <w:rPr>
          <w:lang w:val="en-GB"/>
        </w:rPr>
        <w:t>.</w:t>
      </w:r>
    </w:p>
    <w:p w14:paraId="249FA6FB" w14:textId="77777777" w:rsidR="00557E83" w:rsidRDefault="00557E83" w:rsidP="00557E83">
      <w:pPr>
        <w:rPr>
          <w:lang w:val="en-GB"/>
        </w:rPr>
      </w:pPr>
      <w:r w:rsidRPr="00521A5D">
        <w:rPr>
          <w:lang w:val="en-GB"/>
        </w:rPr>
        <w:t>Our tutors have had fantastic careers within the Uniformed Protective Services. They will pass on their hands</w:t>
      </w:r>
      <w:r>
        <w:rPr>
          <w:lang w:val="en-GB"/>
        </w:rPr>
        <w:t>-</w:t>
      </w:r>
      <w:r w:rsidRPr="00521A5D">
        <w:rPr>
          <w:lang w:val="en-GB"/>
        </w:rPr>
        <w:t>on knowledge and experience to you as you train to enter the service of your choice. You will increase your general fitness levels and physical endurance whilst developing your problem</w:t>
      </w:r>
      <w:r>
        <w:rPr>
          <w:lang w:val="en-GB"/>
        </w:rPr>
        <w:t>-solving</w:t>
      </w:r>
      <w:r w:rsidRPr="00521A5D">
        <w:rPr>
          <w:lang w:val="en-GB"/>
        </w:rPr>
        <w:t xml:space="preserve"> skills, leadership skills and effective communication</w:t>
      </w:r>
      <w:r>
        <w:rPr>
          <w:lang w:val="en-GB"/>
        </w:rPr>
        <w:t>.</w:t>
      </w:r>
    </w:p>
    <w:p w14:paraId="1BD5ABA0" w14:textId="77777777" w:rsidR="00557E83" w:rsidRDefault="00557E83" w:rsidP="00557E83">
      <w:pPr>
        <w:pStyle w:val="Heading2"/>
        <w:rPr>
          <w:lang w:val="en-GB"/>
        </w:rPr>
      </w:pPr>
      <w:r>
        <w:rPr>
          <w:lang w:val="en-GB"/>
        </w:rPr>
        <w:t>Average Salaries</w:t>
      </w:r>
    </w:p>
    <w:p w14:paraId="6F25D4B1" w14:textId="77777777" w:rsidR="00557E83" w:rsidRDefault="00557E83" w:rsidP="00557E83">
      <w:pPr>
        <w:rPr>
          <w:lang w:val="en-GB"/>
        </w:rPr>
      </w:pPr>
      <w:r>
        <w:rPr>
          <w:lang w:val="en-GB"/>
        </w:rPr>
        <w:t>£72,170 Seniors Officers in Fire, Ambulance, Prison and Related Services</w:t>
      </w:r>
    </w:p>
    <w:p w14:paraId="195D73A7" w14:textId="77777777" w:rsidR="00557E83" w:rsidRDefault="00557E83" w:rsidP="00557E83">
      <w:pPr>
        <w:rPr>
          <w:lang w:val="en-GB"/>
        </w:rPr>
      </w:pPr>
      <w:r>
        <w:rPr>
          <w:lang w:val="en-GB"/>
        </w:rPr>
        <w:t>£66,430 Officers in armed forces</w:t>
      </w:r>
    </w:p>
    <w:p w14:paraId="312A9021" w14:textId="77777777" w:rsidR="00557E83" w:rsidRDefault="00557E83" w:rsidP="00557E83">
      <w:pPr>
        <w:rPr>
          <w:lang w:val="en-GB"/>
        </w:rPr>
      </w:pPr>
      <w:r>
        <w:rPr>
          <w:lang w:val="en-GB"/>
        </w:rPr>
        <w:t>£46,830 Police Officers</w:t>
      </w:r>
    </w:p>
    <w:p w14:paraId="48E8203F" w14:textId="77777777" w:rsidR="00557E83" w:rsidRDefault="00557E83" w:rsidP="00557E83">
      <w:pPr>
        <w:pStyle w:val="Heading2"/>
        <w:rPr>
          <w:lang w:val="en-GB"/>
        </w:rPr>
      </w:pPr>
      <w:r>
        <w:rPr>
          <w:lang w:val="en-GB"/>
        </w:rPr>
        <w:t>Case Studies</w:t>
      </w:r>
    </w:p>
    <w:p w14:paraId="0C29FE10" w14:textId="77777777" w:rsidR="00557E83" w:rsidRDefault="00557E83" w:rsidP="00557E83">
      <w:pPr>
        <w:rPr>
          <w:lang w:val="en-GB"/>
        </w:rPr>
      </w:pPr>
      <w:r w:rsidRPr="00152EC6">
        <w:rPr>
          <w:lang w:val="en-GB"/>
        </w:rPr>
        <w:t>“I have really enjoyed my time on the course so far. The support I’ve had from my tutors was amazing.”</w:t>
      </w:r>
    </w:p>
    <w:p w14:paraId="420451E0" w14:textId="77777777" w:rsidR="00557E83" w:rsidRDefault="00557E83" w:rsidP="00557E83">
      <w:pPr>
        <w:rPr>
          <w:lang w:val="en-GB"/>
        </w:rPr>
      </w:pPr>
      <w:r>
        <w:rPr>
          <w:lang w:val="en-GB"/>
        </w:rPr>
        <w:t xml:space="preserve">Marley </w:t>
      </w:r>
    </w:p>
    <w:p w14:paraId="3AC5E2B4" w14:textId="77777777" w:rsidR="00557E83" w:rsidRDefault="00557E83" w:rsidP="00557E83">
      <w:pPr>
        <w:rPr>
          <w:i/>
          <w:iCs/>
          <w:lang w:val="en-GB"/>
        </w:rPr>
      </w:pPr>
      <w:r w:rsidRPr="00152EC6">
        <w:rPr>
          <w:i/>
          <w:iCs/>
          <w:lang w:val="en-GB"/>
        </w:rPr>
        <w:t>Uniformed Public Services Level 3</w:t>
      </w:r>
    </w:p>
    <w:p w14:paraId="5496F58C" w14:textId="77777777" w:rsidR="00557E83" w:rsidRDefault="00557E83" w:rsidP="00557E83">
      <w:pPr>
        <w:pStyle w:val="Heading2"/>
        <w:rPr>
          <w:lang w:val="en-GB"/>
        </w:rPr>
      </w:pPr>
      <w:r w:rsidRPr="00CD3BF7">
        <w:rPr>
          <w:lang w:val="en-GB"/>
        </w:rPr>
        <w:t>Introduction to Uniformed Services Level 1</w:t>
      </w:r>
    </w:p>
    <w:p w14:paraId="3E56D3C0" w14:textId="77777777" w:rsidR="00557E83" w:rsidRDefault="00557E83" w:rsidP="00557E83">
      <w:pPr>
        <w:pStyle w:val="Heading3"/>
        <w:rPr>
          <w:lang w:val="en-GB"/>
        </w:rPr>
      </w:pPr>
      <w:r>
        <w:rPr>
          <w:lang w:val="en-GB"/>
        </w:rPr>
        <w:t>Entry Requirements</w:t>
      </w:r>
    </w:p>
    <w:p w14:paraId="24064910" w14:textId="77777777" w:rsidR="00557E83" w:rsidRDefault="00557E83" w:rsidP="00557E83">
      <w:pPr>
        <w:pStyle w:val="ListParagraph"/>
        <w:numPr>
          <w:ilvl w:val="0"/>
          <w:numId w:val="130"/>
        </w:numPr>
        <w:rPr>
          <w:lang w:val="en-GB"/>
        </w:rPr>
      </w:pPr>
      <w:r w:rsidRPr="00C94A76">
        <w:rPr>
          <w:lang w:val="en-GB"/>
        </w:rPr>
        <w:t>A minimum of four GCSEs with the following grades: English at 2 or above and Maths at 1 or above and two other GCSEs at 2 or above.</w:t>
      </w:r>
    </w:p>
    <w:p w14:paraId="202DBC43" w14:textId="77777777" w:rsidR="00557E83" w:rsidRDefault="00557E83" w:rsidP="00557E83">
      <w:pPr>
        <w:pStyle w:val="Heading3"/>
        <w:rPr>
          <w:lang w:val="en-GB"/>
        </w:rPr>
      </w:pPr>
      <w:r>
        <w:rPr>
          <w:lang w:val="en-GB"/>
        </w:rPr>
        <w:t>Progression</w:t>
      </w:r>
    </w:p>
    <w:p w14:paraId="159C1AD4" w14:textId="77777777" w:rsidR="00557E83" w:rsidRDefault="00557E83" w:rsidP="00557E83">
      <w:pPr>
        <w:pStyle w:val="ListParagraph"/>
        <w:numPr>
          <w:ilvl w:val="0"/>
          <w:numId w:val="130"/>
        </w:numPr>
        <w:rPr>
          <w:lang w:val="en-GB"/>
        </w:rPr>
      </w:pPr>
      <w:r w:rsidRPr="00F54DC6">
        <w:rPr>
          <w:lang w:val="en-GB"/>
        </w:rPr>
        <w:t>Level 2 Physical Preparation for Entry to the Uniformed Protective Services</w:t>
      </w:r>
    </w:p>
    <w:p w14:paraId="20BDEB3E" w14:textId="77777777" w:rsidR="00557E83" w:rsidRDefault="00557E83" w:rsidP="00557E83">
      <w:pPr>
        <w:pStyle w:val="Heading2"/>
        <w:rPr>
          <w:lang w:val="en-GB"/>
        </w:rPr>
      </w:pPr>
      <w:r w:rsidRPr="00F3254D">
        <w:rPr>
          <w:lang w:val="en-GB"/>
        </w:rPr>
        <w:t>Physical Preparation for Entry to the Uniformed Protective Services Level 2</w:t>
      </w:r>
    </w:p>
    <w:p w14:paraId="30F67427" w14:textId="77777777" w:rsidR="00557E83" w:rsidRDefault="00557E83" w:rsidP="00557E83">
      <w:pPr>
        <w:pStyle w:val="Heading3"/>
        <w:rPr>
          <w:lang w:val="en-GB"/>
        </w:rPr>
      </w:pPr>
      <w:r>
        <w:rPr>
          <w:lang w:val="en-GB"/>
        </w:rPr>
        <w:t xml:space="preserve">Entry Requirements </w:t>
      </w:r>
    </w:p>
    <w:p w14:paraId="79D2D2B5" w14:textId="77777777" w:rsidR="00557E83" w:rsidRDefault="00557E83" w:rsidP="00557E83">
      <w:pPr>
        <w:pStyle w:val="ListParagraph"/>
        <w:numPr>
          <w:ilvl w:val="0"/>
          <w:numId w:val="130"/>
        </w:numPr>
        <w:rPr>
          <w:lang w:val="en-GB"/>
        </w:rPr>
      </w:pPr>
      <w:r w:rsidRPr="00372860">
        <w:rPr>
          <w:lang w:val="en-GB"/>
        </w:rPr>
        <w:t>A minimum of four GCSEs with the following grades: English at 3 or above and Maths at 2 or above and two other GCSEs at 3 or above.</w:t>
      </w:r>
    </w:p>
    <w:p w14:paraId="27EA6217" w14:textId="77777777" w:rsidR="00557E83" w:rsidRDefault="00557E83" w:rsidP="00557E83">
      <w:pPr>
        <w:pStyle w:val="Heading3"/>
        <w:rPr>
          <w:lang w:val="en-GB"/>
        </w:rPr>
      </w:pPr>
      <w:r>
        <w:rPr>
          <w:lang w:val="en-GB"/>
        </w:rPr>
        <w:lastRenderedPageBreak/>
        <w:t>Progression</w:t>
      </w:r>
    </w:p>
    <w:p w14:paraId="65C1DB67" w14:textId="77777777" w:rsidR="00557E83" w:rsidRPr="008B742D" w:rsidRDefault="00557E83" w:rsidP="00557E83">
      <w:pPr>
        <w:pStyle w:val="ListParagraph"/>
        <w:numPr>
          <w:ilvl w:val="0"/>
          <w:numId w:val="130"/>
        </w:numPr>
        <w:rPr>
          <w:lang w:val="en-GB"/>
        </w:rPr>
      </w:pPr>
      <w:r w:rsidRPr="008B742D">
        <w:rPr>
          <w:lang w:val="en-GB"/>
        </w:rPr>
        <w:t>Uniformed Protective Services Level 3</w:t>
      </w:r>
    </w:p>
    <w:p w14:paraId="590AF075" w14:textId="77777777" w:rsidR="00557E83" w:rsidRDefault="00557E83" w:rsidP="00557E83">
      <w:pPr>
        <w:pStyle w:val="ListParagraph"/>
        <w:numPr>
          <w:ilvl w:val="0"/>
          <w:numId w:val="130"/>
        </w:numPr>
        <w:rPr>
          <w:lang w:val="en-GB"/>
        </w:rPr>
      </w:pPr>
      <w:r w:rsidRPr="008B742D">
        <w:rPr>
          <w:lang w:val="en-GB"/>
        </w:rPr>
        <w:t>Uniformed Protective Services (Emergency / Military Strands) Level 3</w:t>
      </w:r>
    </w:p>
    <w:p w14:paraId="13B7A3E1" w14:textId="77777777" w:rsidR="00557E83" w:rsidRDefault="00557E83" w:rsidP="00557E83">
      <w:pPr>
        <w:pStyle w:val="Heading2"/>
        <w:rPr>
          <w:lang w:val="en-GB"/>
        </w:rPr>
      </w:pPr>
      <w:r w:rsidRPr="008B742D">
        <w:rPr>
          <w:lang w:val="en-GB"/>
        </w:rPr>
        <w:t>Uniformed</w:t>
      </w:r>
      <w:r>
        <w:rPr>
          <w:lang w:val="en-GB"/>
        </w:rPr>
        <w:t xml:space="preserve"> </w:t>
      </w:r>
      <w:r w:rsidRPr="008B742D">
        <w:rPr>
          <w:lang w:val="en-GB"/>
        </w:rPr>
        <w:t>Protective Service</w:t>
      </w:r>
      <w:r>
        <w:rPr>
          <w:lang w:val="en-GB"/>
        </w:rPr>
        <w:t xml:space="preserve"> </w:t>
      </w:r>
      <w:r w:rsidRPr="008B742D">
        <w:rPr>
          <w:lang w:val="en-GB"/>
        </w:rPr>
        <w:t>(Emergency / Military Strands) Level 3</w:t>
      </w:r>
    </w:p>
    <w:p w14:paraId="0716AD62" w14:textId="77777777" w:rsidR="00557E83" w:rsidRDefault="00557E83" w:rsidP="00557E83">
      <w:pPr>
        <w:pStyle w:val="Heading3"/>
        <w:rPr>
          <w:lang w:val="en-GB"/>
        </w:rPr>
      </w:pPr>
      <w:r>
        <w:rPr>
          <w:lang w:val="en-GB"/>
        </w:rPr>
        <w:t xml:space="preserve">Entry requirements </w:t>
      </w:r>
    </w:p>
    <w:p w14:paraId="0C063663" w14:textId="77777777" w:rsidR="00557E83" w:rsidRDefault="00557E83" w:rsidP="00557E83">
      <w:pPr>
        <w:pStyle w:val="ListParagraph"/>
        <w:numPr>
          <w:ilvl w:val="0"/>
          <w:numId w:val="131"/>
        </w:numPr>
        <w:rPr>
          <w:lang w:val="en-GB"/>
        </w:rPr>
      </w:pPr>
      <w:r w:rsidRPr="006F147F">
        <w:rPr>
          <w:lang w:val="en-GB"/>
        </w:rPr>
        <w:t>A minimum of five GCSEs with the following grades: English and Maths at grade 4 or above and three other GCSEs at grade 4 or above.</w:t>
      </w:r>
    </w:p>
    <w:p w14:paraId="656126C4" w14:textId="77777777" w:rsidR="00557E83" w:rsidRDefault="00557E83" w:rsidP="00557E83">
      <w:pPr>
        <w:pStyle w:val="Heading3"/>
        <w:rPr>
          <w:lang w:val="en-GB"/>
        </w:rPr>
      </w:pPr>
      <w:r>
        <w:rPr>
          <w:lang w:val="en-GB"/>
        </w:rPr>
        <w:t>Progression</w:t>
      </w:r>
    </w:p>
    <w:p w14:paraId="5B190CE3" w14:textId="77777777" w:rsidR="00557E83" w:rsidRPr="00D0726A" w:rsidRDefault="00557E83" w:rsidP="00557E83">
      <w:pPr>
        <w:pStyle w:val="ListParagraph"/>
        <w:numPr>
          <w:ilvl w:val="0"/>
          <w:numId w:val="131"/>
        </w:numPr>
        <w:rPr>
          <w:lang w:val="en-GB"/>
        </w:rPr>
      </w:pPr>
      <w:r w:rsidRPr="00D0726A">
        <w:rPr>
          <w:lang w:val="en-GB"/>
        </w:rPr>
        <w:t>Direct entry into the public services industry</w:t>
      </w:r>
    </w:p>
    <w:p w14:paraId="6B103894" w14:textId="77777777" w:rsidR="00557E83" w:rsidRDefault="00557E83" w:rsidP="00557E83">
      <w:pPr>
        <w:pStyle w:val="ListParagraph"/>
        <w:numPr>
          <w:ilvl w:val="0"/>
          <w:numId w:val="131"/>
        </w:numPr>
        <w:rPr>
          <w:lang w:val="en-GB"/>
        </w:rPr>
      </w:pPr>
      <w:r w:rsidRPr="00D0726A">
        <w:rPr>
          <w:lang w:val="en-GB"/>
        </w:rPr>
        <w:t>Higher Education</w:t>
      </w:r>
    </w:p>
    <w:p w14:paraId="685776FB" w14:textId="77777777" w:rsidR="00557E83" w:rsidRDefault="00557E83" w:rsidP="00557E83">
      <w:pPr>
        <w:pStyle w:val="Heading2"/>
        <w:rPr>
          <w:lang w:val="en-GB"/>
        </w:rPr>
      </w:pPr>
      <w:r w:rsidRPr="00D0726A">
        <w:rPr>
          <w:lang w:val="en-GB"/>
        </w:rPr>
        <w:t>Uniformed Protective Services Level 3</w:t>
      </w:r>
    </w:p>
    <w:p w14:paraId="7E7C66B4" w14:textId="77777777" w:rsidR="00557E83" w:rsidRDefault="00557E83" w:rsidP="00557E83">
      <w:pPr>
        <w:pStyle w:val="Heading3"/>
        <w:rPr>
          <w:lang w:val="en-GB"/>
        </w:rPr>
      </w:pPr>
      <w:r>
        <w:rPr>
          <w:lang w:val="en-GB"/>
        </w:rPr>
        <w:t>Entry Requirements</w:t>
      </w:r>
    </w:p>
    <w:p w14:paraId="057CFA56" w14:textId="77777777" w:rsidR="00557E83" w:rsidRPr="00545EC2" w:rsidRDefault="00557E83" w:rsidP="00557E83">
      <w:pPr>
        <w:pStyle w:val="ListParagraph"/>
        <w:numPr>
          <w:ilvl w:val="0"/>
          <w:numId w:val="132"/>
        </w:numPr>
        <w:rPr>
          <w:lang w:val="en-GB"/>
        </w:rPr>
      </w:pPr>
      <w:r w:rsidRPr="00545EC2">
        <w:rPr>
          <w:lang w:val="en-GB"/>
        </w:rPr>
        <w:t>A minimum of five GCSEs with the following grades: English and Maths, one of which must be at a grade 4 or above and one at grade 3 or above, and three other GCSEs at grade 3 or above OR a relevant level 2 qualification with a pass grade and GCSE English and Maths, one of which must be at a grade 4 or above and one at grade 3 or above, or equivalent.</w:t>
      </w:r>
    </w:p>
    <w:p w14:paraId="269C5AEF" w14:textId="77777777" w:rsidR="00557E83" w:rsidRDefault="00557E83" w:rsidP="00557E83">
      <w:pPr>
        <w:pStyle w:val="Heading3"/>
        <w:rPr>
          <w:lang w:val="en-GB"/>
        </w:rPr>
      </w:pPr>
      <w:r>
        <w:rPr>
          <w:lang w:val="en-GB"/>
        </w:rPr>
        <w:t>Progression</w:t>
      </w:r>
    </w:p>
    <w:p w14:paraId="5759444F" w14:textId="77777777" w:rsidR="00557E83" w:rsidRPr="00A911BD" w:rsidRDefault="00557E83" w:rsidP="00557E83">
      <w:pPr>
        <w:pStyle w:val="ListParagraph"/>
        <w:numPr>
          <w:ilvl w:val="0"/>
          <w:numId w:val="132"/>
        </w:numPr>
        <w:rPr>
          <w:lang w:val="en-GB"/>
        </w:rPr>
      </w:pPr>
      <w:r w:rsidRPr="00A911BD">
        <w:rPr>
          <w:lang w:val="en-GB"/>
        </w:rPr>
        <w:t>Employment</w:t>
      </w:r>
    </w:p>
    <w:p w14:paraId="169E8177" w14:textId="77777777" w:rsidR="00557E83" w:rsidRPr="00A911BD" w:rsidRDefault="00557E83" w:rsidP="00557E83">
      <w:pPr>
        <w:pStyle w:val="ListParagraph"/>
        <w:numPr>
          <w:ilvl w:val="0"/>
          <w:numId w:val="132"/>
        </w:numPr>
        <w:rPr>
          <w:lang w:val="en-GB"/>
        </w:rPr>
      </w:pPr>
      <w:r w:rsidRPr="00A911BD">
        <w:rPr>
          <w:lang w:val="en-GB"/>
        </w:rPr>
        <w:t>Higher Education</w:t>
      </w:r>
    </w:p>
    <w:p w14:paraId="59D961E2" w14:textId="77777777" w:rsidR="00557E83" w:rsidRDefault="00557E83" w:rsidP="00557E83">
      <w:pPr>
        <w:pStyle w:val="Heading1"/>
        <w:rPr>
          <w:lang w:val="en-GB"/>
        </w:rPr>
      </w:pPr>
      <w:r>
        <w:rPr>
          <w:lang w:val="en-GB"/>
        </w:rPr>
        <w:t>Access to Higher Education</w:t>
      </w:r>
    </w:p>
    <w:p w14:paraId="038D0906" w14:textId="77777777" w:rsidR="00557E83" w:rsidRDefault="00557E83" w:rsidP="00557E83">
      <w:pPr>
        <w:rPr>
          <w:lang w:val="en-GB"/>
        </w:rPr>
      </w:pPr>
      <w:r w:rsidRPr="000775D8">
        <w:rPr>
          <w:lang w:val="en-GB"/>
        </w:rPr>
        <w:t>Access to HE courses</w:t>
      </w:r>
      <w:r>
        <w:rPr>
          <w:lang w:val="en-GB"/>
        </w:rPr>
        <w:t xml:space="preserve"> </w:t>
      </w:r>
      <w:r w:rsidRPr="000775D8">
        <w:rPr>
          <w:lang w:val="en-GB"/>
        </w:rPr>
        <w:t>provide a good foundation in the knowledge and skills required for studying at university level, so that students are confident and well prepared when they go on to higher education.</w:t>
      </w:r>
    </w:p>
    <w:p w14:paraId="549FF090" w14:textId="77777777" w:rsidR="00557E83" w:rsidRDefault="00557E83" w:rsidP="00557E83">
      <w:pPr>
        <w:rPr>
          <w:lang w:val="en-GB"/>
        </w:rPr>
      </w:pPr>
      <w:r w:rsidRPr="000775D8">
        <w:rPr>
          <w:lang w:val="en-GB"/>
        </w:rPr>
        <w:t xml:space="preserve">Our Access to HE courses </w:t>
      </w:r>
      <w:proofErr w:type="gramStart"/>
      <w:r w:rsidRPr="000775D8">
        <w:rPr>
          <w:lang w:val="en-GB"/>
        </w:rPr>
        <w:t>are</w:t>
      </w:r>
      <w:proofErr w:type="gramEnd"/>
      <w:r w:rsidRPr="000775D8">
        <w:rPr>
          <w:lang w:val="en-GB"/>
        </w:rPr>
        <w:t xml:space="preserve"> designed to give students relevant academic subject</w:t>
      </w:r>
      <w:r>
        <w:rPr>
          <w:lang w:val="en-GB"/>
        </w:rPr>
        <w:t xml:space="preserve"> </w:t>
      </w:r>
      <w:r w:rsidRPr="000775D8">
        <w:rPr>
          <w:lang w:val="en-GB"/>
        </w:rPr>
        <w:t>knowledge and the opportunity to learn how to approach study at university-level and develop techniques</w:t>
      </w:r>
    </w:p>
    <w:p w14:paraId="16DCA5CC" w14:textId="77777777" w:rsidR="00557E83" w:rsidRDefault="00557E83" w:rsidP="00557E83">
      <w:pPr>
        <w:pStyle w:val="Heading2"/>
        <w:rPr>
          <w:lang w:val="en-GB"/>
        </w:rPr>
      </w:pPr>
      <w:r>
        <w:rPr>
          <w:lang w:val="en-GB"/>
        </w:rPr>
        <w:t>Case Studies</w:t>
      </w:r>
    </w:p>
    <w:p w14:paraId="29D142A6" w14:textId="77777777" w:rsidR="00557E83" w:rsidRDefault="00557E83" w:rsidP="00557E83">
      <w:pPr>
        <w:rPr>
          <w:lang w:val="en-GB"/>
        </w:rPr>
      </w:pPr>
      <w:r w:rsidRPr="005E3F3F">
        <w:rPr>
          <w:lang w:val="en-GB"/>
        </w:rPr>
        <w:t>“The support that I’ve had on the course was great. They were always available to help me.”</w:t>
      </w:r>
    </w:p>
    <w:p w14:paraId="5BF6B557" w14:textId="77777777" w:rsidR="00557E83" w:rsidRDefault="00557E83" w:rsidP="00557E83">
      <w:pPr>
        <w:rPr>
          <w:lang w:val="en-GB"/>
        </w:rPr>
      </w:pPr>
      <w:r>
        <w:rPr>
          <w:lang w:val="en-GB"/>
        </w:rPr>
        <w:t>Ernst</w:t>
      </w:r>
    </w:p>
    <w:p w14:paraId="2297BF0C" w14:textId="77777777" w:rsidR="00557E83" w:rsidRDefault="00557E83" w:rsidP="00557E83">
      <w:pPr>
        <w:rPr>
          <w:i/>
          <w:iCs/>
          <w:lang w:val="en-GB"/>
        </w:rPr>
      </w:pPr>
      <w:r w:rsidRPr="00F9362D">
        <w:rPr>
          <w:i/>
          <w:iCs/>
          <w:lang w:val="en-GB"/>
        </w:rPr>
        <w:t>Access To Higher Education: Health Sciences Pathway</w:t>
      </w:r>
    </w:p>
    <w:p w14:paraId="3288ED2D" w14:textId="77777777" w:rsidR="00557E83" w:rsidRDefault="00557E83" w:rsidP="00557E83">
      <w:pPr>
        <w:pStyle w:val="Heading2"/>
        <w:rPr>
          <w:lang w:val="en-GB"/>
        </w:rPr>
      </w:pPr>
      <w:r w:rsidRPr="00F9362D">
        <w:rPr>
          <w:lang w:val="en-GB"/>
        </w:rPr>
        <w:lastRenderedPageBreak/>
        <w:t>Progression t</w:t>
      </w:r>
      <w:r>
        <w:rPr>
          <w:lang w:val="en-GB"/>
        </w:rPr>
        <w:t xml:space="preserve">o </w:t>
      </w:r>
      <w:r w:rsidRPr="00F9362D">
        <w:rPr>
          <w:lang w:val="en-GB"/>
        </w:rPr>
        <w:t>Access to HE</w:t>
      </w:r>
      <w:r>
        <w:rPr>
          <w:lang w:val="en-GB"/>
        </w:rPr>
        <w:t xml:space="preserve"> </w:t>
      </w:r>
      <w:r w:rsidRPr="00F9362D">
        <w:rPr>
          <w:lang w:val="en-GB"/>
        </w:rPr>
        <w:t>Level 1</w:t>
      </w:r>
    </w:p>
    <w:p w14:paraId="49FFAB91" w14:textId="77777777" w:rsidR="00557E83" w:rsidRDefault="00557E83" w:rsidP="00557E83">
      <w:pPr>
        <w:pStyle w:val="Heading3"/>
        <w:rPr>
          <w:lang w:val="en-GB"/>
        </w:rPr>
      </w:pPr>
      <w:r>
        <w:rPr>
          <w:lang w:val="en-GB"/>
        </w:rPr>
        <w:t xml:space="preserve">Entry Requirements </w:t>
      </w:r>
    </w:p>
    <w:p w14:paraId="7065B9CE" w14:textId="77777777" w:rsidR="00557E83" w:rsidRDefault="00557E83" w:rsidP="00557E83">
      <w:pPr>
        <w:pStyle w:val="ListParagraph"/>
        <w:numPr>
          <w:ilvl w:val="0"/>
          <w:numId w:val="133"/>
        </w:numPr>
        <w:rPr>
          <w:lang w:val="en-GB"/>
        </w:rPr>
      </w:pPr>
      <w:r w:rsidRPr="00AD3472">
        <w:rPr>
          <w:lang w:val="en-GB"/>
        </w:rPr>
        <w:t>This course has no formal entry requirements. A good level of English Language is also required.</w:t>
      </w:r>
    </w:p>
    <w:p w14:paraId="099615C4" w14:textId="77777777" w:rsidR="00557E83" w:rsidRDefault="00557E83" w:rsidP="00557E83">
      <w:pPr>
        <w:pStyle w:val="Heading3"/>
        <w:rPr>
          <w:lang w:val="en-GB"/>
        </w:rPr>
      </w:pPr>
      <w:r>
        <w:rPr>
          <w:lang w:val="en-GB"/>
        </w:rPr>
        <w:t>Progression</w:t>
      </w:r>
    </w:p>
    <w:p w14:paraId="5DCDB27B" w14:textId="77777777" w:rsidR="00557E83" w:rsidRDefault="00557E83" w:rsidP="00557E83">
      <w:pPr>
        <w:pStyle w:val="ListParagraph"/>
        <w:numPr>
          <w:ilvl w:val="0"/>
          <w:numId w:val="133"/>
        </w:numPr>
        <w:rPr>
          <w:lang w:val="en-GB"/>
        </w:rPr>
      </w:pPr>
      <w:r w:rsidRPr="006C55EA">
        <w:rPr>
          <w:lang w:val="en-GB"/>
        </w:rPr>
        <w:t>Progression to Access to HE Level 2</w:t>
      </w:r>
    </w:p>
    <w:p w14:paraId="3744EDF4" w14:textId="77777777" w:rsidR="00557E83" w:rsidRDefault="00557E83" w:rsidP="00557E83">
      <w:pPr>
        <w:pStyle w:val="Heading2"/>
        <w:rPr>
          <w:lang w:val="en-GB"/>
        </w:rPr>
      </w:pPr>
      <w:r w:rsidRPr="006C55EA">
        <w:rPr>
          <w:lang w:val="en-GB"/>
        </w:rPr>
        <w:t>Progression to Access to HE</w:t>
      </w:r>
      <w:r>
        <w:rPr>
          <w:lang w:val="en-GB"/>
        </w:rPr>
        <w:t xml:space="preserve"> </w:t>
      </w:r>
      <w:r w:rsidRPr="006C55EA">
        <w:rPr>
          <w:lang w:val="en-GB"/>
        </w:rPr>
        <w:t>Level 2</w:t>
      </w:r>
    </w:p>
    <w:p w14:paraId="6A69783D" w14:textId="77777777" w:rsidR="00557E83" w:rsidRDefault="00557E83" w:rsidP="00557E83">
      <w:pPr>
        <w:pStyle w:val="Heading3"/>
        <w:rPr>
          <w:lang w:val="en-GB"/>
        </w:rPr>
      </w:pPr>
      <w:r>
        <w:rPr>
          <w:lang w:val="en-GB"/>
        </w:rPr>
        <w:t>Entry Requirements</w:t>
      </w:r>
    </w:p>
    <w:p w14:paraId="6B36AAC1" w14:textId="77777777" w:rsidR="00557E83" w:rsidRDefault="00557E83" w:rsidP="00557E83">
      <w:pPr>
        <w:pStyle w:val="ListParagraph"/>
        <w:numPr>
          <w:ilvl w:val="0"/>
          <w:numId w:val="133"/>
        </w:numPr>
        <w:rPr>
          <w:lang w:val="en-GB"/>
        </w:rPr>
      </w:pPr>
      <w:r w:rsidRPr="00847BC2">
        <w:rPr>
          <w:lang w:val="en-GB"/>
        </w:rPr>
        <w:t>Either English or Maths at grade 4 along with three other grade 4s or a Level 1 qualification with English and Maths. Applicants must be 19+.</w:t>
      </w:r>
    </w:p>
    <w:p w14:paraId="2B418BDA" w14:textId="77777777" w:rsidR="00557E83" w:rsidRDefault="00557E83" w:rsidP="00557E83">
      <w:pPr>
        <w:pStyle w:val="Heading3"/>
        <w:rPr>
          <w:lang w:val="en-GB"/>
        </w:rPr>
      </w:pPr>
      <w:r>
        <w:rPr>
          <w:lang w:val="en-GB"/>
        </w:rPr>
        <w:t>Progression</w:t>
      </w:r>
    </w:p>
    <w:p w14:paraId="0C9EE6AA" w14:textId="77777777" w:rsidR="00557E83" w:rsidRDefault="00557E83" w:rsidP="00557E83">
      <w:pPr>
        <w:pStyle w:val="ListParagraph"/>
        <w:numPr>
          <w:ilvl w:val="0"/>
          <w:numId w:val="133"/>
        </w:numPr>
        <w:rPr>
          <w:lang w:val="en-GB"/>
        </w:rPr>
      </w:pPr>
      <w:r w:rsidRPr="00847BC2">
        <w:rPr>
          <w:lang w:val="en-GB"/>
        </w:rPr>
        <w:t>Access to HE Level 3 Diplomas depending on achievement of GCSE English and Maths</w:t>
      </w:r>
    </w:p>
    <w:p w14:paraId="4703D1A3" w14:textId="77777777" w:rsidR="00557E83" w:rsidRDefault="00557E83" w:rsidP="00557E83">
      <w:pPr>
        <w:pStyle w:val="Heading2"/>
        <w:rPr>
          <w:lang w:val="en-GB"/>
        </w:rPr>
      </w:pPr>
      <w:r w:rsidRPr="00CD30C0">
        <w:rPr>
          <w:lang w:val="en-GB"/>
        </w:rPr>
        <w:t>Access to HE Diploma (Health Science Professions)</w:t>
      </w:r>
    </w:p>
    <w:p w14:paraId="788E37CC" w14:textId="77777777" w:rsidR="00557E83" w:rsidRDefault="00557E83" w:rsidP="00557E83">
      <w:pPr>
        <w:pStyle w:val="Heading3"/>
        <w:rPr>
          <w:lang w:val="en-GB"/>
        </w:rPr>
      </w:pPr>
      <w:r>
        <w:rPr>
          <w:lang w:val="en-GB"/>
        </w:rPr>
        <w:t xml:space="preserve">Entry Requirements </w:t>
      </w:r>
    </w:p>
    <w:p w14:paraId="02FF884C" w14:textId="77777777" w:rsidR="00557E83" w:rsidRDefault="00557E83" w:rsidP="00557E83">
      <w:pPr>
        <w:pStyle w:val="ListParagraph"/>
        <w:numPr>
          <w:ilvl w:val="0"/>
          <w:numId w:val="133"/>
        </w:numPr>
        <w:rPr>
          <w:lang w:val="en-GB"/>
        </w:rPr>
      </w:pPr>
      <w:r w:rsidRPr="00F2597C">
        <w:rPr>
          <w:lang w:val="en-GB"/>
        </w:rPr>
        <w:t>A minimum of GCSE English and Maths grade 4/C or above and ideally science grade 4/C or above. All applicants must be aged 19+.</w:t>
      </w:r>
    </w:p>
    <w:p w14:paraId="201C7067" w14:textId="77777777" w:rsidR="00557E83" w:rsidRDefault="00557E83" w:rsidP="00557E83">
      <w:pPr>
        <w:pStyle w:val="Heading3"/>
        <w:rPr>
          <w:lang w:val="en-GB"/>
        </w:rPr>
      </w:pPr>
      <w:r>
        <w:rPr>
          <w:lang w:val="en-GB"/>
        </w:rPr>
        <w:t>Progression</w:t>
      </w:r>
    </w:p>
    <w:p w14:paraId="7E10DA03" w14:textId="77777777" w:rsidR="00557E83" w:rsidRDefault="00557E83" w:rsidP="00557E83">
      <w:pPr>
        <w:pStyle w:val="ListParagraph"/>
        <w:numPr>
          <w:ilvl w:val="0"/>
          <w:numId w:val="133"/>
        </w:numPr>
        <w:rPr>
          <w:lang w:val="en-GB"/>
        </w:rPr>
      </w:pPr>
      <w:r w:rsidRPr="00315E9D">
        <w:rPr>
          <w:lang w:val="en-GB"/>
        </w:rPr>
        <w:t>University to study midwifery, nursing, ODP, paramedic science, biology, biomedical sciences, physiotherapy, podiatry, occupational therapy, plus a number of other degree courses in related health science subjects</w:t>
      </w:r>
    </w:p>
    <w:p w14:paraId="67889794" w14:textId="77777777" w:rsidR="00557E83" w:rsidRDefault="00557E83" w:rsidP="00557E83">
      <w:pPr>
        <w:pStyle w:val="Heading2"/>
        <w:rPr>
          <w:lang w:val="en-GB"/>
        </w:rPr>
      </w:pPr>
      <w:r w:rsidRPr="006B2790">
        <w:rPr>
          <w:lang w:val="en-GB"/>
        </w:rPr>
        <w:t>Access to HE Diploma (Humanities &amp; Social Sciences)</w:t>
      </w:r>
    </w:p>
    <w:p w14:paraId="7E2BF795" w14:textId="77777777" w:rsidR="00557E83" w:rsidRDefault="00557E83" w:rsidP="00557E83">
      <w:pPr>
        <w:pStyle w:val="Heading3"/>
        <w:rPr>
          <w:lang w:val="en-GB"/>
        </w:rPr>
      </w:pPr>
      <w:r>
        <w:rPr>
          <w:lang w:val="en-GB"/>
        </w:rPr>
        <w:t>Entry Requirements</w:t>
      </w:r>
    </w:p>
    <w:p w14:paraId="77C601C4" w14:textId="77777777" w:rsidR="00557E83" w:rsidRDefault="00557E83" w:rsidP="00557E83">
      <w:pPr>
        <w:pStyle w:val="ListParagraph"/>
        <w:numPr>
          <w:ilvl w:val="0"/>
          <w:numId w:val="133"/>
        </w:numPr>
        <w:rPr>
          <w:lang w:val="en-GB"/>
        </w:rPr>
      </w:pPr>
      <w:r w:rsidRPr="00562134">
        <w:rPr>
          <w:lang w:val="en-GB"/>
        </w:rPr>
        <w:t>A minimum of GCSE English and Maths grade 4/C or above. All applicants must be aged 19+</w:t>
      </w:r>
      <w:r>
        <w:rPr>
          <w:lang w:val="en-GB"/>
        </w:rPr>
        <w:t>.</w:t>
      </w:r>
    </w:p>
    <w:p w14:paraId="023EB91D" w14:textId="77777777" w:rsidR="00557E83" w:rsidRDefault="00557E83" w:rsidP="00557E83">
      <w:pPr>
        <w:pStyle w:val="Heading3"/>
        <w:rPr>
          <w:lang w:val="en-GB"/>
        </w:rPr>
      </w:pPr>
      <w:r>
        <w:rPr>
          <w:lang w:val="en-GB"/>
        </w:rPr>
        <w:t>Progression</w:t>
      </w:r>
    </w:p>
    <w:p w14:paraId="3B503938" w14:textId="77777777" w:rsidR="00557E83" w:rsidRDefault="00557E83" w:rsidP="00557E83">
      <w:pPr>
        <w:pStyle w:val="ListParagraph"/>
        <w:numPr>
          <w:ilvl w:val="0"/>
          <w:numId w:val="133"/>
        </w:numPr>
        <w:rPr>
          <w:lang w:val="en-GB"/>
        </w:rPr>
      </w:pPr>
      <w:r w:rsidRPr="009F0B6A">
        <w:rPr>
          <w:lang w:val="en-GB"/>
        </w:rPr>
        <w:t>University to study social work, sociology, youth work, psychology, criminology,</w:t>
      </w:r>
      <w:r>
        <w:rPr>
          <w:lang w:val="en-GB"/>
        </w:rPr>
        <w:t xml:space="preserve"> </w:t>
      </w:r>
      <w:r w:rsidRPr="009F0B6A">
        <w:rPr>
          <w:lang w:val="en-GB"/>
        </w:rPr>
        <w:t>teaching, plus a number of other degree courses in related social science subjects</w:t>
      </w:r>
    </w:p>
    <w:p w14:paraId="0FAFEF38" w14:textId="77777777" w:rsidR="00557E83" w:rsidRDefault="00557E83" w:rsidP="00557E83">
      <w:pPr>
        <w:pStyle w:val="Heading2"/>
        <w:rPr>
          <w:lang w:val="en-GB"/>
        </w:rPr>
      </w:pPr>
      <w:r w:rsidRPr="009F0B6A">
        <w:rPr>
          <w:lang w:val="en-GB"/>
        </w:rPr>
        <w:t>Access to HE Diploma</w:t>
      </w:r>
      <w:r>
        <w:rPr>
          <w:lang w:val="en-GB"/>
        </w:rPr>
        <w:t xml:space="preserve"> </w:t>
      </w:r>
      <w:r w:rsidRPr="009F0B6A">
        <w:rPr>
          <w:lang w:val="en-GB"/>
        </w:rPr>
        <w:t>(Business)</w:t>
      </w:r>
    </w:p>
    <w:p w14:paraId="6B78E19A" w14:textId="77777777" w:rsidR="00557E83" w:rsidRDefault="00557E83" w:rsidP="00557E83">
      <w:pPr>
        <w:pStyle w:val="Heading3"/>
        <w:rPr>
          <w:lang w:val="en-GB"/>
        </w:rPr>
      </w:pPr>
      <w:r>
        <w:rPr>
          <w:lang w:val="en-GB"/>
        </w:rPr>
        <w:t>Entry Requirements</w:t>
      </w:r>
    </w:p>
    <w:p w14:paraId="1773BBDF" w14:textId="77777777" w:rsidR="00557E83" w:rsidRDefault="00557E83" w:rsidP="00557E83">
      <w:pPr>
        <w:pStyle w:val="ListParagraph"/>
        <w:numPr>
          <w:ilvl w:val="0"/>
          <w:numId w:val="133"/>
        </w:numPr>
        <w:rPr>
          <w:lang w:val="en-GB"/>
        </w:rPr>
      </w:pPr>
      <w:r w:rsidRPr="00AE4F81">
        <w:rPr>
          <w:lang w:val="en-GB"/>
        </w:rPr>
        <w:t>A minimum of GCSE English and Maths grade 4/C or above. Applicants must be 19+</w:t>
      </w:r>
      <w:r>
        <w:rPr>
          <w:lang w:val="en-GB"/>
        </w:rPr>
        <w:t>.</w:t>
      </w:r>
    </w:p>
    <w:p w14:paraId="4DFB1548" w14:textId="77777777" w:rsidR="00557E83" w:rsidRDefault="00557E83" w:rsidP="00557E83">
      <w:pPr>
        <w:pStyle w:val="Heading3"/>
        <w:rPr>
          <w:lang w:val="en-GB"/>
        </w:rPr>
      </w:pPr>
      <w:r>
        <w:rPr>
          <w:lang w:val="en-GB"/>
        </w:rPr>
        <w:lastRenderedPageBreak/>
        <w:t>Progression</w:t>
      </w:r>
    </w:p>
    <w:p w14:paraId="346C38A2" w14:textId="77777777" w:rsidR="00557E83" w:rsidRPr="00C85C09" w:rsidRDefault="00557E83" w:rsidP="00557E83">
      <w:pPr>
        <w:pStyle w:val="ListParagraph"/>
        <w:numPr>
          <w:ilvl w:val="0"/>
          <w:numId w:val="133"/>
        </w:numPr>
        <w:rPr>
          <w:lang w:val="en-GB"/>
        </w:rPr>
      </w:pPr>
      <w:r w:rsidRPr="00C85C09">
        <w:rPr>
          <w:lang w:val="en-GB"/>
        </w:rPr>
        <w:t>Degree level study</w:t>
      </w:r>
    </w:p>
    <w:p w14:paraId="36C571A6" w14:textId="77777777" w:rsidR="00557E83" w:rsidRDefault="00557E83" w:rsidP="00557E83">
      <w:pPr>
        <w:pStyle w:val="ListParagraph"/>
        <w:numPr>
          <w:ilvl w:val="0"/>
          <w:numId w:val="133"/>
        </w:numPr>
        <w:rPr>
          <w:lang w:val="en-GB"/>
        </w:rPr>
      </w:pPr>
      <w:r w:rsidRPr="00C85C09">
        <w:rPr>
          <w:lang w:val="en-GB"/>
        </w:rPr>
        <w:t>Employment</w:t>
      </w:r>
    </w:p>
    <w:p w14:paraId="4FA5BC21" w14:textId="77777777" w:rsidR="00557E83" w:rsidRDefault="00557E83" w:rsidP="00557E83">
      <w:pPr>
        <w:pStyle w:val="Heading2"/>
        <w:rPr>
          <w:lang w:val="en-GB"/>
        </w:rPr>
      </w:pPr>
      <w:r w:rsidRPr="00C85C09">
        <w:rPr>
          <w:lang w:val="en-GB"/>
        </w:rPr>
        <w:t>Access to HE Diploma (Computing)</w:t>
      </w:r>
    </w:p>
    <w:p w14:paraId="242F1B20" w14:textId="77777777" w:rsidR="00557E83" w:rsidRDefault="00557E83" w:rsidP="00557E83">
      <w:pPr>
        <w:pStyle w:val="Heading3"/>
        <w:rPr>
          <w:lang w:val="en-GB"/>
        </w:rPr>
      </w:pPr>
      <w:r>
        <w:rPr>
          <w:lang w:val="en-GB"/>
        </w:rPr>
        <w:t>Entry Requirements</w:t>
      </w:r>
    </w:p>
    <w:p w14:paraId="3E306BFF" w14:textId="77777777" w:rsidR="00557E83" w:rsidRDefault="00557E83" w:rsidP="00557E83">
      <w:pPr>
        <w:pStyle w:val="ListParagraph"/>
        <w:numPr>
          <w:ilvl w:val="0"/>
          <w:numId w:val="134"/>
        </w:numPr>
        <w:rPr>
          <w:lang w:val="en-GB"/>
        </w:rPr>
      </w:pPr>
      <w:r w:rsidRPr="00EC7003">
        <w:rPr>
          <w:lang w:val="en-GB"/>
        </w:rPr>
        <w:t>A minimum of GCSE English and Maths grade 4/C or above. Applicants must be 19+.</w:t>
      </w:r>
    </w:p>
    <w:p w14:paraId="62ABF984" w14:textId="77777777" w:rsidR="00557E83" w:rsidRDefault="00557E83" w:rsidP="00557E83">
      <w:pPr>
        <w:pStyle w:val="Heading3"/>
        <w:rPr>
          <w:lang w:val="en-GB"/>
        </w:rPr>
      </w:pPr>
      <w:r>
        <w:rPr>
          <w:lang w:val="en-GB"/>
        </w:rPr>
        <w:t>Progression</w:t>
      </w:r>
    </w:p>
    <w:p w14:paraId="7A901BA9" w14:textId="77777777" w:rsidR="00557E83" w:rsidRPr="004F70B3" w:rsidRDefault="00557E83" w:rsidP="00557E83">
      <w:pPr>
        <w:pStyle w:val="ListParagraph"/>
        <w:numPr>
          <w:ilvl w:val="0"/>
          <w:numId w:val="134"/>
        </w:numPr>
        <w:rPr>
          <w:lang w:val="en-GB"/>
        </w:rPr>
      </w:pPr>
      <w:r w:rsidRPr="004F70B3">
        <w:rPr>
          <w:lang w:val="en-GB"/>
        </w:rPr>
        <w:t>Degree course in a related subject</w:t>
      </w:r>
    </w:p>
    <w:p w14:paraId="05821304" w14:textId="77777777" w:rsidR="00557E83" w:rsidRDefault="00557E83" w:rsidP="00557E83">
      <w:pPr>
        <w:pStyle w:val="ListParagraph"/>
        <w:numPr>
          <w:ilvl w:val="0"/>
          <w:numId w:val="134"/>
        </w:numPr>
        <w:rPr>
          <w:lang w:val="en-GB"/>
        </w:rPr>
      </w:pPr>
      <w:r w:rsidRPr="004F70B3">
        <w:rPr>
          <w:lang w:val="en-GB"/>
        </w:rPr>
        <w:t>Employment</w:t>
      </w:r>
    </w:p>
    <w:p w14:paraId="6A20343A" w14:textId="77777777" w:rsidR="00557E83" w:rsidRDefault="00557E83" w:rsidP="00557E83">
      <w:pPr>
        <w:pStyle w:val="Heading2"/>
        <w:rPr>
          <w:lang w:val="en-GB"/>
        </w:rPr>
      </w:pPr>
      <w:r w:rsidRPr="004F70B3">
        <w:rPr>
          <w:lang w:val="en-GB"/>
        </w:rPr>
        <w:t>Access to HE Diploma (Science)</w:t>
      </w:r>
    </w:p>
    <w:p w14:paraId="7080829D" w14:textId="77777777" w:rsidR="00557E83" w:rsidRDefault="00557E83" w:rsidP="00557E83">
      <w:pPr>
        <w:pStyle w:val="Heading3"/>
        <w:rPr>
          <w:lang w:val="en-GB"/>
        </w:rPr>
      </w:pPr>
      <w:r>
        <w:rPr>
          <w:lang w:val="en-GB"/>
        </w:rPr>
        <w:t>Entry Requirements</w:t>
      </w:r>
    </w:p>
    <w:p w14:paraId="0D1FB04F" w14:textId="77777777" w:rsidR="00557E83" w:rsidRDefault="00557E83" w:rsidP="00557E83">
      <w:pPr>
        <w:pStyle w:val="ListParagraph"/>
        <w:numPr>
          <w:ilvl w:val="0"/>
          <w:numId w:val="135"/>
        </w:numPr>
        <w:rPr>
          <w:lang w:val="en-GB"/>
        </w:rPr>
      </w:pPr>
      <w:r w:rsidRPr="00B02874">
        <w:rPr>
          <w:lang w:val="en-GB"/>
        </w:rPr>
        <w:t>A minimum of GCSE English, Maths and a Science at grade 4/C or above. All applicants must be aged 19+.</w:t>
      </w:r>
    </w:p>
    <w:p w14:paraId="13BB7023" w14:textId="77777777" w:rsidR="00557E83" w:rsidRDefault="00557E83" w:rsidP="00557E83">
      <w:pPr>
        <w:pStyle w:val="Heading3"/>
        <w:rPr>
          <w:lang w:val="en-GB"/>
        </w:rPr>
      </w:pPr>
      <w:r>
        <w:rPr>
          <w:lang w:val="en-GB"/>
        </w:rPr>
        <w:t>Progression</w:t>
      </w:r>
    </w:p>
    <w:p w14:paraId="18C9B35A" w14:textId="77777777" w:rsidR="00557E83" w:rsidRDefault="00557E83" w:rsidP="00557E83">
      <w:pPr>
        <w:pStyle w:val="ListParagraph"/>
        <w:numPr>
          <w:ilvl w:val="0"/>
          <w:numId w:val="135"/>
        </w:numPr>
        <w:rPr>
          <w:lang w:val="en-GB"/>
        </w:rPr>
      </w:pPr>
      <w:r w:rsidRPr="00E4508D">
        <w:rPr>
          <w:lang w:val="en-GB"/>
        </w:rPr>
        <w:t>Degrees in core science (biology, chemistry, physics), forensic science, optometry,</w:t>
      </w:r>
      <w:r>
        <w:rPr>
          <w:lang w:val="en-GB"/>
        </w:rPr>
        <w:t xml:space="preserve"> </w:t>
      </w:r>
      <w:r w:rsidRPr="00E4508D">
        <w:rPr>
          <w:lang w:val="en-GB"/>
        </w:rPr>
        <w:t>pharmacy, radiography, audiology, plus a number of other degree courses in related science subjects</w:t>
      </w:r>
    </w:p>
    <w:p w14:paraId="0CF245DC" w14:textId="77777777" w:rsidR="00557E83" w:rsidRDefault="00557E83" w:rsidP="00557E83">
      <w:pPr>
        <w:pStyle w:val="Heading2"/>
        <w:rPr>
          <w:lang w:val="en-GB"/>
        </w:rPr>
      </w:pPr>
      <w:r w:rsidRPr="00E4508D">
        <w:rPr>
          <w:lang w:val="en-GB"/>
        </w:rPr>
        <w:t>Access to HE</w:t>
      </w:r>
      <w:r>
        <w:rPr>
          <w:lang w:val="en-GB"/>
        </w:rPr>
        <w:t xml:space="preserve"> </w:t>
      </w:r>
      <w:r w:rsidRPr="00E4508D">
        <w:rPr>
          <w:lang w:val="en-GB"/>
        </w:rPr>
        <w:t>Diploma</w:t>
      </w:r>
      <w:r>
        <w:rPr>
          <w:lang w:val="en-GB"/>
        </w:rPr>
        <w:t xml:space="preserve"> </w:t>
      </w:r>
      <w:r w:rsidRPr="00E4508D">
        <w:rPr>
          <w:lang w:val="en-GB"/>
        </w:rPr>
        <w:t>(Policing)</w:t>
      </w:r>
    </w:p>
    <w:p w14:paraId="456ECB4F" w14:textId="77777777" w:rsidR="00557E83" w:rsidRDefault="00557E83" w:rsidP="00557E83">
      <w:pPr>
        <w:pStyle w:val="Heading3"/>
        <w:rPr>
          <w:lang w:val="en-GB"/>
        </w:rPr>
      </w:pPr>
      <w:r>
        <w:rPr>
          <w:lang w:val="en-GB"/>
        </w:rPr>
        <w:t>Entry Requirements</w:t>
      </w:r>
    </w:p>
    <w:p w14:paraId="467A6CFE" w14:textId="77777777" w:rsidR="00557E83" w:rsidRDefault="00557E83" w:rsidP="00557E83">
      <w:pPr>
        <w:pStyle w:val="ListParagraph"/>
        <w:numPr>
          <w:ilvl w:val="0"/>
          <w:numId w:val="135"/>
        </w:numPr>
        <w:rPr>
          <w:lang w:val="en-GB"/>
        </w:rPr>
      </w:pPr>
      <w:r w:rsidRPr="00A56F1E">
        <w:rPr>
          <w:lang w:val="en-GB"/>
        </w:rPr>
        <w:t>A minimum of GCSE English and Maths grade 4/C or above. Applicants must be 19+.</w:t>
      </w:r>
    </w:p>
    <w:p w14:paraId="61B41733" w14:textId="77777777" w:rsidR="00557E83" w:rsidRDefault="00557E83" w:rsidP="00557E83">
      <w:pPr>
        <w:pStyle w:val="Heading3"/>
        <w:rPr>
          <w:lang w:val="en-GB"/>
        </w:rPr>
      </w:pPr>
      <w:r>
        <w:rPr>
          <w:lang w:val="en-GB"/>
        </w:rPr>
        <w:t>Progression</w:t>
      </w:r>
    </w:p>
    <w:p w14:paraId="54EAF1F1" w14:textId="77777777" w:rsidR="00557E83" w:rsidRDefault="00557E83" w:rsidP="00557E83">
      <w:pPr>
        <w:pStyle w:val="ListParagraph"/>
        <w:numPr>
          <w:ilvl w:val="0"/>
          <w:numId w:val="135"/>
        </w:numPr>
        <w:rPr>
          <w:lang w:val="en-GB"/>
        </w:rPr>
      </w:pPr>
      <w:r w:rsidRPr="00BB3F11">
        <w:rPr>
          <w:lang w:val="en-GB"/>
        </w:rPr>
        <w:t>Higher level study of policing and criminology</w:t>
      </w:r>
    </w:p>
    <w:p w14:paraId="54509267" w14:textId="77777777" w:rsidR="00557E83" w:rsidRDefault="00557E83" w:rsidP="00557E83">
      <w:pPr>
        <w:pStyle w:val="ListParagraph"/>
        <w:numPr>
          <w:ilvl w:val="0"/>
          <w:numId w:val="135"/>
        </w:numPr>
        <w:rPr>
          <w:lang w:val="en-GB"/>
        </w:rPr>
      </w:pPr>
      <w:r w:rsidRPr="00BB3F11">
        <w:rPr>
          <w:lang w:val="en-GB"/>
        </w:rPr>
        <w:t xml:space="preserve"> Employment</w:t>
      </w:r>
    </w:p>
    <w:p w14:paraId="320D49D1" w14:textId="77777777" w:rsidR="00557E83" w:rsidRDefault="00557E83" w:rsidP="00557E83">
      <w:pPr>
        <w:pStyle w:val="Heading2"/>
        <w:rPr>
          <w:lang w:val="en-GB"/>
        </w:rPr>
      </w:pPr>
      <w:r w:rsidRPr="00BB3F11">
        <w:rPr>
          <w:lang w:val="en-GB"/>
        </w:rPr>
        <w:t>Access to HE Diploma (Law and Business)</w:t>
      </w:r>
    </w:p>
    <w:p w14:paraId="42D5ACF2" w14:textId="77777777" w:rsidR="00557E83" w:rsidRDefault="00557E83" w:rsidP="00557E83">
      <w:pPr>
        <w:pStyle w:val="Heading3"/>
        <w:rPr>
          <w:lang w:val="en-GB"/>
        </w:rPr>
      </w:pPr>
      <w:r>
        <w:rPr>
          <w:lang w:val="en-GB"/>
        </w:rPr>
        <w:t>Entry Requirements</w:t>
      </w:r>
    </w:p>
    <w:p w14:paraId="1A588779" w14:textId="77777777" w:rsidR="00557E83" w:rsidRDefault="00557E83" w:rsidP="00557E83">
      <w:pPr>
        <w:pStyle w:val="ListParagraph"/>
        <w:numPr>
          <w:ilvl w:val="0"/>
          <w:numId w:val="136"/>
        </w:numPr>
        <w:rPr>
          <w:lang w:val="en-GB"/>
        </w:rPr>
      </w:pPr>
      <w:r w:rsidRPr="00BB3F11">
        <w:rPr>
          <w:lang w:val="en-GB"/>
        </w:rPr>
        <w:t>A minimum of GCSE English and Maths grade 4/C or above. Applicants must be 19+.</w:t>
      </w:r>
    </w:p>
    <w:p w14:paraId="5151F257" w14:textId="77777777" w:rsidR="00557E83" w:rsidRDefault="00557E83" w:rsidP="00557E83">
      <w:pPr>
        <w:pStyle w:val="Heading3"/>
        <w:rPr>
          <w:lang w:val="en-GB"/>
        </w:rPr>
      </w:pPr>
      <w:r>
        <w:rPr>
          <w:lang w:val="en-GB"/>
        </w:rPr>
        <w:t>Progression</w:t>
      </w:r>
    </w:p>
    <w:p w14:paraId="4FCAD516" w14:textId="77777777" w:rsidR="00557E83" w:rsidRDefault="00557E83" w:rsidP="00557E83">
      <w:pPr>
        <w:pStyle w:val="ListParagraph"/>
        <w:numPr>
          <w:ilvl w:val="0"/>
          <w:numId w:val="136"/>
        </w:numPr>
        <w:rPr>
          <w:lang w:val="en-GB"/>
        </w:rPr>
      </w:pPr>
      <w:r w:rsidRPr="002876F6">
        <w:rPr>
          <w:lang w:val="en-GB"/>
        </w:rPr>
        <w:t>Examples of degree-level courses you could apply for include BA (Hons) Business Management, BA (Hons)Criminology and Law, BA (Hons) Business and Law and BA (Hons) Law. You can also apply for a degree apprenticeship in a related field, such as Level 6 Chartered Legal Executive and Level 7 Solicitor</w:t>
      </w:r>
      <w:r>
        <w:rPr>
          <w:lang w:val="en-GB"/>
        </w:rPr>
        <w:t>.</w:t>
      </w:r>
    </w:p>
    <w:p w14:paraId="335D92E5" w14:textId="77777777" w:rsidR="00557E83" w:rsidRDefault="00557E83" w:rsidP="00557E83">
      <w:pPr>
        <w:pStyle w:val="Heading1"/>
        <w:rPr>
          <w:lang w:val="en-GB"/>
        </w:rPr>
      </w:pPr>
      <w:r>
        <w:rPr>
          <w:lang w:val="en-GB"/>
        </w:rPr>
        <w:lastRenderedPageBreak/>
        <w:t>Vocational Pathways</w:t>
      </w:r>
    </w:p>
    <w:p w14:paraId="27D9363B" w14:textId="77777777" w:rsidR="00557E83" w:rsidRDefault="00557E83" w:rsidP="00557E83">
      <w:pPr>
        <w:rPr>
          <w:lang w:val="en-GB"/>
        </w:rPr>
      </w:pPr>
      <w:r w:rsidRPr="007D1F90">
        <w:rPr>
          <w:lang w:val="en-GB"/>
        </w:rPr>
        <w:t>Our Vocational Pathways courses include Animal Care and Land Based studies, Multi Skills Construction, Creative Arts, Care, Hair and Beauty, and Sport. These courses are unique because they are specially designed for students who may have had gaps in their education, or require some extra support at college</w:t>
      </w:r>
      <w:r>
        <w:rPr>
          <w:lang w:val="en-GB"/>
        </w:rPr>
        <w:t>.</w:t>
      </w:r>
    </w:p>
    <w:p w14:paraId="53024382" w14:textId="77777777" w:rsidR="00557E83" w:rsidRDefault="00557E83" w:rsidP="00557E83">
      <w:pPr>
        <w:rPr>
          <w:lang w:val="en-GB"/>
        </w:rPr>
      </w:pPr>
      <w:r w:rsidRPr="00701AC0">
        <w:rPr>
          <w:lang w:val="en-GB"/>
        </w:rPr>
        <w:t>We also offer our Xplorer programme, which focuses on English and Maths, employability</w:t>
      </w:r>
      <w:r>
        <w:rPr>
          <w:lang w:val="en-GB"/>
        </w:rPr>
        <w:t xml:space="preserve"> </w:t>
      </w:r>
      <w:r w:rsidRPr="00701AC0">
        <w:rPr>
          <w:lang w:val="en-GB"/>
        </w:rPr>
        <w:t>and personal development skills. The programme delivers a personalised, inclusive and safe environment learning environment where you will find your learning challenging, enjoyable and thought-provoking.</w:t>
      </w:r>
    </w:p>
    <w:p w14:paraId="18E4B669" w14:textId="77777777" w:rsidR="00557E83" w:rsidRDefault="00557E83" w:rsidP="00557E83">
      <w:pPr>
        <w:pStyle w:val="Heading2"/>
        <w:rPr>
          <w:lang w:val="en-GB"/>
        </w:rPr>
      </w:pPr>
      <w:r>
        <w:rPr>
          <w:lang w:val="en-GB"/>
        </w:rPr>
        <w:t xml:space="preserve">Case Studies </w:t>
      </w:r>
    </w:p>
    <w:p w14:paraId="19368801" w14:textId="77777777" w:rsidR="00557E83" w:rsidRDefault="00557E83" w:rsidP="00557E83">
      <w:pPr>
        <w:rPr>
          <w:lang w:val="en-GB"/>
        </w:rPr>
      </w:pPr>
      <w:r w:rsidRPr="00DA1654">
        <w:rPr>
          <w:lang w:val="en-GB"/>
        </w:rPr>
        <w:t>“I have learnt loads of new skills on the</w:t>
      </w:r>
      <w:r>
        <w:rPr>
          <w:lang w:val="en-GB"/>
        </w:rPr>
        <w:t xml:space="preserve"> </w:t>
      </w:r>
      <w:r w:rsidRPr="00DA1654">
        <w:rPr>
          <w:lang w:val="en-GB"/>
        </w:rPr>
        <w:t>course and the teachers have been great.”</w:t>
      </w:r>
    </w:p>
    <w:p w14:paraId="5C0C4822" w14:textId="77777777" w:rsidR="00557E83" w:rsidRDefault="00557E83" w:rsidP="00557E83">
      <w:pPr>
        <w:rPr>
          <w:lang w:val="en-GB"/>
        </w:rPr>
      </w:pPr>
      <w:r>
        <w:rPr>
          <w:lang w:val="en-GB"/>
        </w:rPr>
        <w:t>Lacey</w:t>
      </w:r>
    </w:p>
    <w:p w14:paraId="5E381BEA" w14:textId="77777777" w:rsidR="00557E83" w:rsidRDefault="00557E83" w:rsidP="00557E83">
      <w:pPr>
        <w:rPr>
          <w:i/>
          <w:iCs/>
          <w:lang w:val="en-GB"/>
        </w:rPr>
      </w:pPr>
      <w:r w:rsidRPr="00DA1654">
        <w:rPr>
          <w:i/>
          <w:iCs/>
          <w:lang w:val="en-GB"/>
        </w:rPr>
        <w:t>Xplorer Level 2 Programme</w:t>
      </w:r>
    </w:p>
    <w:p w14:paraId="2993B880" w14:textId="77777777" w:rsidR="00557E83" w:rsidRDefault="00557E83" w:rsidP="00557E83">
      <w:pPr>
        <w:pStyle w:val="Heading2"/>
        <w:rPr>
          <w:lang w:val="en-GB"/>
        </w:rPr>
      </w:pPr>
      <w:r w:rsidRPr="00151A79">
        <w:rPr>
          <w:lang w:val="en-GB"/>
        </w:rPr>
        <w:t>Vocational Pathways - Pathway to Creative Arts Entry 3</w:t>
      </w:r>
    </w:p>
    <w:p w14:paraId="2319CDD5" w14:textId="77777777" w:rsidR="00557E83" w:rsidRDefault="00557E83" w:rsidP="00557E83">
      <w:pPr>
        <w:pStyle w:val="Heading3"/>
        <w:rPr>
          <w:lang w:val="en-GB"/>
        </w:rPr>
      </w:pPr>
      <w:r>
        <w:rPr>
          <w:lang w:val="en-GB"/>
        </w:rPr>
        <w:t>Entry Requirements</w:t>
      </w:r>
    </w:p>
    <w:p w14:paraId="2FFA3B39" w14:textId="77777777" w:rsidR="00557E83" w:rsidRDefault="00557E83" w:rsidP="00557E83">
      <w:pPr>
        <w:pStyle w:val="ListParagraph"/>
        <w:numPr>
          <w:ilvl w:val="0"/>
          <w:numId w:val="136"/>
        </w:numPr>
        <w:rPr>
          <w:lang w:val="en-GB"/>
        </w:rPr>
      </w:pPr>
      <w:r w:rsidRPr="00EF2383">
        <w:rPr>
          <w:lang w:val="en-GB"/>
        </w:rPr>
        <w:t>There are no formal entry requirements for this course*</w:t>
      </w:r>
    </w:p>
    <w:p w14:paraId="2DBEC131" w14:textId="77777777" w:rsidR="00557E83" w:rsidRDefault="00557E83" w:rsidP="00557E83">
      <w:pPr>
        <w:pStyle w:val="Heading3"/>
        <w:rPr>
          <w:lang w:val="en-GB"/>
        </w:rPr>
      </w:pPr>
      <w:r>
        <w:rPr>
          <w:lang w:val="en-GB"/>
        </w:rPr>
        <w:t>Progression</w:t>
      </w:r>
    </w:p>
    <w:p w14:paraId="0A063338" w14:textId="77777777" w:rsidR="00557E83" w:rsidRDefault="00557E83" w:rsidP="00557E83">
      <w:pPr>
        <w:pStyle w:val="ListParagraph"/>
        <w:numPr>
          <w:ilvl w:val="0"/>
          <w:numId w:val="136"/>
        </w:numPr>
        <w:rPr>
          <w:lang w:val="en-GB"/>
        </w:rPr>
      </w:pPr>
      <w:r w:rsidRPr="00EF2383">
        <w:rPr>
          <w:lang w:val="en-GB"/>
        </w:rPr>
        <w:t>Level 1 Music, Media or Art and Design course</w:t>
      </w:r>
    </w:p>
    <w:p w14:paraId="2AE7AA96" w14:textId="77777777" w:rsidR="00557E83" w:rsidRDefault="00557E83" w:rsidP="00557E83">
      <w:pPr>
        <w:pStyle w:val="Heading2"/>
        <w:rPr>
          <w:lang w:val="en-GB"/>
        </w:rPr>
      </w:pPr>
      <w:r w:rsidRPr="00EF2383">
        <w:rPr>
          <w:lang w:val="en-GB"/>
        </w:rPr>
        <w:t>Vocational Pathways - Pathway to Multi Skills (Construction) Entry 3</w:t>
      </w:r>
    </w:p>
    <w:p w14:paraId="1487FBA9" w14:textId="77777777" w:rsidR="00557E83" w:rsidRDefault="00557E83" w:rsidP="00557E83">
      <w:pPr>
        <w:pStyle w:val="Heading3"/>
        <w:rPr>
          <w:lang w:val="en-GB"/>
        </w:rPr>
      </w:pPr>
      <w:r>
        <w:rPr>
          <w:lang w:val="en-GB"/>
        </w:rPr>
        <w:t>Entry Requirements</w:t>
      </w:r>
    </w:p>
    <w:p w14:paraId="3FCE3A97" w14:textId="77777777" w:rsidR="00557E83" w:rsidRDefault="00557E83" w:rsidP="00557E83">
      <w:pPr>
        <w:pStyle w:val="ListParagraph"/>
        <w:numPr>
          <w:ilvl w:val="0"/>
          <w:numId w:val="136"/>
        </w:numPr>
        <w:rPr>
          <w:lang w:val="en-GB"/>
        </w:rPr>
      </w:pPr>
      <w:r w:rsidRPr="00982725">
        <w:rPr>
          <w:lang w:val="en-GB"/>
        </w:rPr>
        <w:t>There are no formal entry requirements for this course*</w:t>
      </w:r>
    </w:p>
    <w:p w14:paraId="65AA9589" w14:textId="77777777" w:rsidR="00557E83" w:rsidRDefault="00557E83" w:rsidP="00557E83">
      <w:pPr>
        <w:pStyle w:val="Heading3"/>
        <w:rPr>
          <w:lang w:val="en-GB"/>
        </w:rPr>
      </w:pPr>
      <w:r>
        <w:rPr>
          <w:lang w:val="en-GB"/>
        </w:rPr>
        <w:t>Progression</w:t>
      </w:r>
    </w:p>
    <w:p w14:paraId="5C378B13" w14:textId="77777777" w:rsidR="00557E83" w:rsidRDefault="00557E83" w:rsidP="00557E83">
      <w:pPr>
        <w:pStyle w:val="ListParagraph"/>
        <w:numPr>
          <w:ilvl w:val="0"/>
          <w:numId w:val="136"/>
        </w:numPr>
        <w:rPr>
          <w:lang w:val="en-GB"/>
        </w:rPr>
      </w:pPr>
      <w:r w:rsidRPr="00982725">
        <w:rPr>
          <w:lang w:val="en-GB"/>
        </w:rPr>
        <w:t>Level 1 Bricklaying, Plastering, Electrical, Plumbing, Joinery, Groundworks, Multi Skills or Painting and Decorating course</w:t>
      </w:r>
    </w:p>
    <w:p w14:paraId="59DF3DBB" w14:textId="77777777" w:rsidR="00557E83" w:rsidRDefault="00557E83" w:rsidP="00557E83">
      <w:pPr>
        <w:pStyle w:val="Heading2"/>
        <w:rPr>
          <w:lang w:val="en-GB"/>
        </w:rPr>
      </w:pPr>
      <w:r w:rsidRPr="00F32EA6">
        <w:rPr>
          <w:lang w:val="en-GB"/>
        </w:rPr>
        <w:t>Vocational Pathways - Pathway to Care Entry 3</w:t>
      </w:r>
    </w:p>
    <w:p w14:paraId="64500300" w14:textId="77777777" w:rsidR="00557E83" w:rsidRDefault="00557E83" w:rsidP="00557E83">
      <w:pPr>
        <w:pStyle w:val="Heading3"/>
        <w:rPr>
          <w:lang w:val="en-GB"/>
        </w:rPr>
      </w:pPr>
      <w:r>
        <w:rPr>
          <w:lang w:val="en-GB"/>
        </w:rPr>
        <w:t>Entry Requirements</w:t>
      </w:r>
    </w:p>
    <w:p w14:paraId="6C900F8F" w14:textId="77777777" w:rsidR="00557E83" w:rsidRDefault="00557E83" w:rsidP="00557E83">
      <w:pPr>
        <w:pStyle w:val="ListParagraph"/>
        <w:numPr>
          <w:ilvl w:val="0"/>
          <w:numId w:val="136"/>
        </w:numPr>
        <w:rPr>
          <w:lang w:val="en-GB"/>
        </w:rPr>
      </w:pPr>
      <w:r w:rsidRPr="00F32EA6">
        <w:rPr>
          <w:lang w:val="en-GB"/>
        </w:rPr>
        <w:t>There are no formal entry requirements for this course*</w:t>
      </w:r>
    </w:p>
    <w:p w14:paraId="6DB1C4C0" w14:textId="77777777" w:rsidR="00557E83" w:rsidRDefault="00557E83" w:rsidP="00557E83">
      <w:pPr>
        <w:pStyle w:val="Heading3"/>
        <w:rPr>
          <w:lang w:val="en-GB"/>
        </w:rPr>
      </w:pPr>
      <w:r>
        <w:rPr>
          <w:lang w:val="en-GB"/>
        </w:rPr>
        <w:t>Progression</w:t>
      </w:r>
    </w:p>
    <w:p w14:paraId="57D5F7DA" w14:textId="77777777" w:rsidR="00557E83" w:rsidRDefault="00557E83" w:rsidP="00557E83">
      <w:pPr>
        <w:pStyle w:val="ListParagraph"/>
        <w:numPr>
          <w:ilvl w:val="0"/>
          <w:numId w:val="136"/>
        </w:numPr>
        <w:rPr>
          <w:lang w:val="en-GB"/>
        </w:rPr>
      </w:pPr>
      <w:r w:rsidRPr="001E523E">
        <w:rPr>
          <w:lang w:val="en-GB"/>
        </w:rPr>
        <w:t>Level 1 Health and Social Care course</w:t>
      </w:r>
    </w:p>
    <w:p w14:paraId="46925B02" w14:textId="77777777" w:rsidR="00557E83" w:rsidRDefault="00557E83" w:rsidP="00557E83">
      <w:pPr>
        <w:pStyle w:val="Heading2"/>
      </w:pPr>
      <w:r>
        <w:lastRenderedPageBreak/>
        <w:t>Vocational Pathways - Pathway to Animal Care and Land Based Studies Entry 3</w:t>
      </w:r>
    </w:p>
    <w:p w14:paraId="77BA3C62" w14:textId="77777777" w:rsidR="00557E83" w:rsidRDefault="00557E83" w:rsidP="00557E83">
      <w:pPr>
        <w:pStyle w:val="Heading3"/>
      </w:pPr>
      <w:r>
        <w:t>Entry Requirements</w:t>
      </w:r>
    </w:p>
    <w:p w14:paraId="3EAB6194" w14:textId="77777777" w:rsidR="00557E83" w:rsidRDefault="00557E83" w:rsidP="00557E83">
      <w:pPr>
        <w:pStyle w:val="ListParagraph"/>
        <w:numPr>
          <w:ilvl w:val="0"/>
          <w:numId w:val="136"/>
        </w:numPr>
      </w:pPr>
      <w:r>
        <w:t>There are no formal entry requirements for this course*</w:t>
      </w:r>
    </w:p>
    <w:p w14:paraId="4FCB4CD9" w14:textId="77777777" w:rsidR="00557E83" w:rsidRDefault="00557E83" w:rsidP="00557E83">
      <w:pPr>
        <w:pStyle w:val="Heading3"/>
      </w:pPr>
      <w:r>
        <w:t>Progression</w:t>
      </w:r>
    </w:p>
    <w:p w14:paraId="454FF1C1" w14:textId="77777777" w:rsidR="00557E83" w:rsidRDefault="00557E83" w:rsidP="00557E83">
      <w:pPr>
        <w:pStyle w:val="ListParagraph"/>
        <w:numPr>
          <w:ilvl w:val="0"/>
          <w:numId w:val="136"/>
        </w:numPr>
      </w:pPr>
      <w:r>
        <w:t>Level 1 Animal Care or Land-based course</w:t>
      </w:r>
    </w:p>
    <w:p w14:paraId="26FA598C" w14:textId="77777777" w:rsidR="00557E83" w:rsidRDefault="00557E83" w:rsidP="00557E83">
      <w:pPr>
        <w:pStyle w:val="Heading2"/>
      </w:pPr>
      <w:r w:rsidRPr="00816676">
        <w:t>Vocational Pathways - Pathway to Sport Entry 3</w:t>
      </w:r>
    </w:p>
    <w:p w14:paraId="6D4A20EE" w14:textId="77777777" w:rsidR="00557E83" w:rsidRDefault="00557E83" w:rsidP="00557E83">
      <w:pPr>
        <w:pStyle w:val="Heading3"/>
      </w:pPr>
      <w:r>
        <w:t xml:space="preserve">Entry Requirements </w:t>
      </w:r>
    </w:p>
    <w:p w14:paraId="4FDE38D4" w14:textId="77777777" w:rsidR="00557E83" w:rsidRDefault="00557E83" w:rsidP="00557E83">
      <w:pPr>
        <w:pStyle w:val="ListParagraph"/>
        <w:numPr>
          <w:ilvl w:val="0"/>
          <w:numId w:val="136"/>
        </w:numPr>
      </w:pPr>
      <w:r>
        <w:t>There are no formal entry requirements for this course*</w:t>
      </w:r>
    </w:p>
    <w:p w14:paraId="1B370C49" w14:textId="77777777" w:rsidR="00557E83" w:rsidRDefault="00557E83" w:rsidP="00557E83">
      <w:pPr>
        <w:pStyle w:val="Heading3"/>
      </w:pPr>
      <w:r>
        <w:t>Progression</w:t>
      </w:r>
    </w:p>
    <w:p w14:paraId="29DF1C3F" w14:textId="77777777" w:rsidR="00557E83" w:rsidRDefault="00557E83" w:rsidP="00557E83">
      <w:pPr>
        <w:pStyle w:val="ListParagraph"/>
        <w:numPr>
          <w:ilvl w:val="0"/>
          <w:numId w:val="136"/>
        </w:numPr>
      </w:pPr>
      <w:r>
        <w:t>Level 1 Sport or Uniformed Public Services course</w:t>
      </w:r>
    </w:p>
    <w:p w14:paraId="6F4B5A8D" w14:textId="77777777" w:rsidR="00557E83" w:rsidRDefault="00557E83" w:rsidP="00557E83">
      <w:pPr>
        <w:pStyle w:val="Heading2"/>
      </w:pPr>
      <w:r w:rsidRPr="00341248">
        <w:t>Motor Vehicle</w:t>
      </w:r>
      <w:r>
        <w:t xml:space="preserve"> </w:t>
      </w:r>
      <w:r w:rsidRPr="00341248">
        <w:t>Entry 3</w:t>
      </w:r>
    </w:p>
    <w:p w14:paraId="38DDBFDF" w14:textId="77777777" w:rsidR="00557E83" w:rsidRDefault="00557E83" w:rsidP="00557E83">
      <w:pPr>
        <w:pStyle w:val="Heading3"/>
      </w:pPr>
      <w:r>
        <w:t>Entry Requirements</w:t>
      </w:r>
    </w:p>
    <w:p w14:paraId="2E16902D" w14:textId="77777777" w:rsidR="00557E83" w:rsidRDefault="00557E83" w:rsidP="00557E83">
      <w:pPr>
        <w:pStyle w:val="ListParagraph"/>
        <w:numPr>
          <w:ilvl w:val="0"/>
          <w:numId w:val="136"/>
        </w:numPr>
      </w:pPr>
      <w:r>
        <w:t>There are no formal entry requirements for this course*</w:t>
      </w:r>
    </w:p>
    <w:p w14:paraId="32A5D0BC" w14:textId="77777777" w:rsidR="00557E83" w:rsidRDefault="00557E83" w:rsidP="00557E83">
      <w:pPr>
        <w:pStyle w:val="Heading3"/>
      </w:pPr>
      <w:r>
        <w:t>Progression</w:t>
      </w:r>
    </w:p>
    <w:p w14:paraId="1E459397" w14:textId="77777777" w:rsidR="00557E83" w:rsidRDefault="00557E83" w:rsidP="00557E83">
      <w:pPr>
        <w:pStyle w:val="ListParagraph"/>
        <w:numPr>
          <w:ilvl w:val="0"/>
          <w:numId w:val="136"/>
        </w:numPr>
      </w:pPr>
      <w:r w:rsidRPr="00816F87">
        <w:t>Level 1 Motor Vehicle course</w:t>
      </w:r>
    </w:p>
    <w:p w14:paraId="6E3BD2C8" w14:textId="77777777" w:rsidR="00557E83" w:rsidRDefault="00557E83" w:rsidP="00557E83">
      <w:pPr>
        <w:pStyle w:val="Heading2"/>
      </w:pPr>
      <w:r>
        <w:t xml:space="preserve">Xplorer </w:t>
      </w:r>
      <w:proofErr w:type="spellStart"/>
      <w:r>
        <w:t>Programme</w:t>
      </w:r>
      <w:proofErr w:type="spellEnd"/>
      <w:r>
        <w:t xml:space="preserve"> Level 2</w:t>
      </w:r>
    </w:p>
    <w:p w14:paraId="08123513" w14:textId="77777777" w:rsidR="00557E83" w:rsidRDefault="00557E83" w:rsidP="00557E83">
      <w:pPr>
        <w:pStyle w:val="Heading3"/>
      </w:pPr>
      <w:r>
        <w:t>Entry Requirements</w:t>
      </w:r>
    </w:p>
    <w:p w14:paraId="3D8ADB77" w14:textId="77777777" w:rsidR="00557E83" w:rsidRDefault="00557E83" w:rsidP="00557E83">
      <w:pPr>
        <w:pStyle w:val="ListParagraph"/>
        <w:numPr>
          <w:ilvl w:val="0"/>
          <w:numId w:val="136"/>
        </w:numPr>
      </w:pPr>
      <w:r>
        <w:t xml:space="preserve">You will take part in an interview with the course tutor to see if the course is right for you. Students usually require GCSE English and/or </w:t>
      </w:r>
      <w:proofErr w:type="spellStart"/>
      <w:r>
        <w:t>Maths</w:t>
      </w:r>
      <w:proofErr w:type="spellEnd"/>
      <w:r>
        <w:t xml:space="preserve"> grade 4 or </w:t>
      </w:r>
      <w:proofErr w:type="gramStart"/>
      <w:r>
        <w:t>above.*</w:t>
      </w:r>
      <w:proofErr w:type="gramEnd"/>
    </w:p>
    <w:p w14:paraId="13123B9A" w14:textId="77777777" w:rsidR="00557E83" w:rsidRDefault="00557E83" w:rsidP="00557E83">
      <w:pPr>
        <w:pStyle w:val="Heading3"/>
      </w:pPr>
      <w:r>
        <w:t>Progression</w:t>
      </w:r>
    </w:p>
    <w:p w14:paraId="3D852E7B" w14:textId="77777777" w:rsidR="00557E83" w:rsidRPr="00C4530A" w:rsidRDefault="00557E83" w:rsidP="00557E83">
      <w:pPr>
        <w:pStyle w:val="ListParagraph"/>
        <w:numPr>
          <w:ilvl w:val="0"/>
          <w:numId w:val="136"/>
        </w:numPr>
      </w:pPr>
      <w:r w:rsidRPr="00C4530A">
        <w:t>Level 2 or 3 course</w:t>
      </w:r>
    </w:p>
    <w:p w14:paraId="3954EC9E" w14:textId="77777777" w:rsidR="00557E83" w:rsidRPr="00C4530A" w:rsidRDefault="00557E83" w:rsidP="00557E83">
      <w:pPr>
        <w:pStyle w:val="ListParagraph"/>
        <w:numPr>
          <w:ilvl w:val="0"/>
          <w:numId w:val="136"/>
        </w:numPr>
      </w:pPr>
      <w:r w:rsidRPr="00C4530A">
        <w:t xml:space="preserve">Employment </w:t>
      </w:r>
    </w:p>
    <w:p w14:paraId="0A062B44" w14:textId="77777777" w:rsidR="00557E83" w:rsidRPr="005B4784" w:rsidRDefault="00557E83" w:rsidP="00557E83">
      <w:pPr>
        <w:pStyle w:val="ListParagraph"/>
        <w:numPr>
          <w:ilvl w:val="0"/>
          <w:numId w:val="136"/>
        </w:numPr>
      </w:pPr>
      <w:r w:rsidRPr="00C4530A">
        <w:t>Apprenticeship</w:t>
      </w:r>
    </w:p>
    <w:p w14:paraId="58C91F46" w14:textId="77777777" w:rsidR="00557E83" w:rsidRDefault="00557E83" w:rsidP="00122CE0">
      <w:pPr>
        <w:rPr>
          <w:lang w:val="en-GB"/>
        </w:rPr>
      </w:pPr>
    </w:p>
    <w:p w14:paraId="43C23E1F" w14:textId="77777777" w:rsidR="00874579" w:rsidRDefault="00874579" w:rsidP="00122CE0">
      <w:pPr>
        <w:rPr>
          <w:lang w:val="en-GB"/>
        </w:rPr>
      </w:pPr>
    </w:p>
    <w:p w14:paraId="65805446" w14:textId="77777777" w:rsidR="00874579" w:rsidRDefault="00874579" w:rsidP="00122CE0">
      <w:pPr>
        <w:rPr>
          <w:lang w:val="en-GB"/>
        </w:rPr>
      </w:pPr>
    </w:p>
    <w:p w14:paraId="05C0320D" w14:textId="77777777" w:rsidR="00874579" w:rsidRDefault="00874579" w:rsidP="00122CE0">
      <w:pPr>
        <w:rPr>
          <w:lang w:val="en-GB"/>
        </w:rPr>
      </w:pPr>
    </w:p>
    <w:p w14:paraId="545D34DE" w14:textId="77777777" w:rsidR="00874579" w:rsidRDefault="00874579" w:rsidP="00122CE0">
      <w:pPr>
        <w:rPr>
          <w:lang w:val="en-GB"/>
        </w:rPr>
      </w:pPr>
    </w:p>
    <w:p w14:paraId="2F501FC5" w14:textId="77777777" w:rsidR="00874579" w:rsidRDefault="00874579" w:rsidP="00122CE0">
      <w:pPr>
        <w:rPr>
          <w:lang w:val="en-GB"/>
        </w:rPr>
      </w:pPr>
    </w:p>
    <w:p w14:paraId="2D8F2DAF" w14:textId="77777777" w:rsidR="00874579" w:rsidRDefault="00874579" w:rsidP="00122CE0">
      <w:pPr>
        <w:rPr>
          <w:lang w:val="en-GB"/>
        </w:rPr>
      </w:pPr>
    </w:p>
    <w:p w14:paraId="7CBC4D48" w14:textId="2176255D" w:rsidR="00874579" w:rsidRDefault="00874579" w:rsidP="00874579">
      <w:pPr>
        <w:pStyle w:val="Heading1"/>
        <w:rPr>
          <w:lang w:val="en-GB"/>
        </w:rPr>
      </w:pPr>
      <w:r w:rsidRPr="00874579">
        <w:rPr>
          <w:lang w:val="en-GB"/>
        </w:rPr>
        <w:lastRenderedPageBreak/>
        <w:t>Smarta</w:t>
      </w:r>
    </w:p>
    <w:p w14:paraId="5DB3A628" w14:textId="79AA08DD" w:rsidR="00874579" w:rsidRDefault="00874579" w:rsidP="00874579">
      <w:pPr>
        <w:rPr>
          <w:lang w:val="en-GB"/>
        </w:rPr>
      </w:pPr>
      <w:r w:rsidRPr="00874579">
        <w:rPr>
          <w:lang w:val="en-GB"/>
        </w:rPr>
        <w:t>Applications have now been streamlined</w:t>
      </w:r>
      <w:r>
        <w:rPr>
          <w:lang w:val="en-GB"/>
        </w:rPr>
        <w:t xml:space="preserve"> </w:t>
      </w:r>
      <w:r w:rsidRPr="00874579">
        <w:rPr>
          <w:lang w:val="en-GB"/>
        </w:rPr>
        <w:t>using our brand-new app, Smarta</w:t>
      </w:r>
      <w:r>
        <w:rPr>
          <w:lang w:val="en-GB"/>
        </w:rPr>
        <w:t>.</w:t>
      </w:r>
    </w:p>
    <w:p w14:paraId="233F24CF" w14:textId="39EA78F9" w:rsidR="00874579" w:rsidRPr="00874579" w:rsidRDefault="00874579" w:rsidP="00874579">
      <w:pPr>
        <w:rPr>
          <w:lang w:val="en-GB"/>
        </w:rPr>
      </w:pPr>
      <w:r w:rsidRPr="00874579">
        <w:rPr>
          <w:lang w:val="en-GB"/>
        </w:rPr>
        <w:t>You will be able to apply for the</w:t>
      </w:r>
      <w:r>
        <w:rPr>
          <w:lang w:val="en-GB"/>
        </w:rPr>
        <w:t xml:space="preserve"> </w:t>
      </w:r>
      <w:r w:rsidRPr="00874579">
        <w:rPr>
          <w:lang w:val="en-GB"/>
        </w:rPr>
        <w:t>course or apprenticeship you choose</w:t>
      </w:r>
      <w:r>
        <w:rPr>
          <w:lang w:val="en-GB"/>
        </w:rPr>
        <w:t xml:space="preserve"> </w:t>
      </w:r>
      <w:r w:rsidRPr="00874579">
        <w:rPr>
          <w:lang w:val="en-GB"/>
        </w:rPr>
        <w:t>through Smarta, and will then receive</w:t>
      </w:r>
      <w:r>
        <w:rPr>
          <w:lang w:val="en-GB"/>
        </w:rPr>
        <w:t xml:space="preserve"> </w:t>
      </w:r>
      <w:r w:rsidRPr="00874579">
        <w:rPr>
          <w:lang w:val="en-GB"/>
        </w:rPr>
        <w:t>regular updates through the app</w:t>
      </w:r>
      <w:r>
        <w:rPr>
          <w:lang w:val="en-GB"/>
        </w:rPr>
        <w:t xml:space="preserve"> </w:t>
      </w:r>
      <w:r w:rsidRPr="00874579">
        <w:rPr>
          <w:lang w:val="en-GB"/>
        </w:rPr>
        <w:t>about your application. Your interview</w:t>
      </w:r>
      <w:r>
        <w:rPr>
          <w:lang w:val="en-GB"/>
        </w:rPr>
        <w:t xml:space="preserve"> </w:t>
      </w:r>
      <w:r w:rsidRPr="00874579">
        <w:rPr>
          <w:lang w:val="en-GB"/>
        </w:rPr>
        <w:t>invitation will be sent via Smarta,</w:t>
      </w:r>
      <w:r>
        <w:rPr>
          <w:lang w:val="en-GB"/>
        </w:rPr>
        <w:t xml:space="preserve"> </w:t>
      </w:r>
      <w:r w:rsidRPr="00874579">
        <w:rPr>
          <w:lang w:val="en-GB"/>
        </w:rPr>
        <w:t>and you will also be able to enrol at</w:t>
      </w:r>
      <w:r>
        <w:rPr>
          <w:lang w:val="en-GB"/>
        </w:rPr>
        <w:t xml:space="preserve"> </w:t>
      </w:r>
      <w:r w:rsidRPr="00874579">
        <w:rPr>
          <w:lang w:val="en-GB"/>
        </w:rPr>
        <w:t>college once you have your GCSE</w:t>
      </w:r>
      <w:r>
        <w:rPr>
          <w:lang w:val="en-GB"/>
        </w:rPr>
        <w:t xml:space="preserve"> </w:t>
      </w:r>
      <w:r w:rsidRPr="00874579">
        <w:rPr>
          <w:lang w:val="en-GB"/>
        </w:rPr>
        <w:t>results on the app.</w:t>
      </w:r>
    </w:p>
    <w:p w14:paraId="6527D061" w14:textId="6EA6ED05" w:rsidR="00874579" w:rsidRPr="00874579" w:rsidRDefault="00874579" w:rsidP="00874579">
      <w:pPr>
        <w:rPr>
          <w:lang w:val="en-GB"/>
        </w:rPr>
      </w:pPr>
      <w:r w:rsidRPr="00874579">
        <w:rPr>
          <w:lang w:val="en-GB"/>
        </w:rPr>
        <w:t>You can also book open days, taster</w:t>
      </w:r>
      <w:r>
        <w:rPr>
          <w:lang w:val="en-GB"/>
        </w:rPr>
        <w:t xml:space="preserve"> </w:t>
      </w:r>
      <w:r w:rsidRPr="00874579">
        <w:rPr>
          <w:lang w:val="en-GB"/>
        </w:rPr>
        <w:t>days and welcome days on Smarta.</w:t>
      </w:r>
      <w:r>
        <w:rPr>
          <w:lang w:val="en-GB"/>
        </w:rPr>
        <w:t xml:space="preserve"> </w:t>
      </w:r>
      <w:r w:rsidRPr="00874579">
        <w:rPr>
          <w:lang w:val="en-GB"/>
        </w:rPr>
        <w:t>Search for ‘Smarta’ on your phone’s</w:t>
      </w:r>
      <w:r>
        <w:rPr>
          <w:lang w:val="en-GB"/>
        </w:rPr>
        <w:t xml:space="preserve"> </w:t>
      </w:r>
      <w:r w:rsidRPr="00874579">
        <w:rPr>
          <w:lang w:val="en-GB"/>
        </w:rPr>
        <w:t>app store.</w:t>
      </w:r>
    </w:p>
    <w:p w14:paraId="1B539DEA" w14:textId="4C285AE4" w:rsidR="00874579" w:rsidRPr="00874579" w:rsidRDefault="00874579" w:rsidP="00874579">
      <w:pPr>
        <w:rPr>
          <w:lang w:val="en-GB"/>
        </w:rPr>
      </w:pPr>
      <w:r w:rsidRPr="00874579">
        <w:rPr>
          <w:lang w:val="en-GB"/>
        </w:rPr>
        <w:t>As Smarta is brand-new, our</w:t>
      </w:r>
      <w:r>
        <w:rPr>
          <w:lang w:val="en-GB"/>
        </w:rPr>
        <w:t xml:space="preserve"> </w:t>
      </w:r>
      <w:r w:rsidRPr="00874579">
        <w:rPr>
          <w:lang w:val="en-GB"/>
        </w:rPr>
        <w:t>Applications team will be on hand to</w:t>
      </w:r>
      <w:r>
        <w:rPr>
          <w:lang w:val="en-GB"/>
        </w:rPr>
        <w:t xml:space="preserve"> </w:t>
      </w:r>
      <w:r w:rsidRPr="00874579">
        <w:rPr>
          <w:lang w:val="en-GB"/>
        </w:rPr>
        <w:t>offer support with using the app, and</w:t>
      </w:r>
      <w:r>
        <w:rPr>
          <w:lang w:val="en-GB"/>
        </w:rPr>
        <w:t xml:space="preserve"> </w:t>
      </w:r>
      <w:r w:rsidRPr="00874579">
        <w:rPr>
          <w:lang w:val="en-GB"/>
        </w:rPr>
        <w:t>can also support you to fill in a digital</w:t>
      </w:r>
      <w:r>
        <w:rPr>
          <w:lang w:val="en-GB"/>
        </w:rPr>
        <w:t xml:space="preserve"> </w:t>
      </w:r>
      <w:r w:rsidRPr="00874579">
        <w:rPr>
          <w:lang w:val="en-GB"/>
        </w:rPr>
        <w:t>or paper application form if required.</w:t>
      </w:r>
    </w:p>
    <w:p w14:paraId="71DDCE15" w14:textId="585F0DF6" w:rsidR="00874579" w:rsidRPr="00874579" w:rsidRDefault="00874579" w:rsidP="00874579">
      <w:pPr>
        <w:pStyle w:val="Heading2"/>
        <w:rPr>
          <w:lang w:val="en-GB"/>
        </w:rPr>
      </w:pPr>
      <w:r w:rsidRPr="00874579">
        <w:rPr>
          <w:lang w:val="en-GB"/>
        </w:rPr>
        <w:t>Applications Team</w:t>
      </w:r>
      <w:r>
        <w:rPr>
          <w:lang w:val="en-GB"/>
        </w:rPr>
        <w:t xml:space="preserve"> Contact Details</w:t>
      </w:r>
    </w:p>
    <w:p w14:paraId="6537DEAF" w14:textId="2DEF09B7" w:rsidR="00874579" w:rsidRPr="00874579" w:rsidRDefault="00874579" w:rsidP="00874579">
      <w:pPr>
        <w:rPr>
          <w:lang w:val="en-GB"/>
        </w:rPr>
      </w:pPr>
      <w:r>
        <w:rPr>
          <w:lang w:val="en-GB"/>
        </w:rPr>
        <w:t xml:space="preserve">Email: </w:t>
      </w:r>
      <w:r w:rsidRPr="00874579">
        <w:rPr>
          <w:lang w:val="en-GB"/>
        </w:rPr>
        <w:t>applications@kirkleescollege.ac.uk</w:t>
      </w:r>
    </w:p>
    <w:p w14:paraId="562AA448" w14:textId="2AC5F986" w:rsidR="00874579" w:rsidRDefault="00874579" w:rsidP="00874579">
      <w:pPr>
        <w:rPr>
          <w:lang w:val="en-GB"/>
        </w:rPr>
      </w:pPr>
      <w:r>
        <w:rPr>
          <w:lang w:val="en-GB"/>
        </w:rPr>
        <w:t xml:space="preserve">Phone: </w:t>
      </w:r>
      <w:r w:rsidRPr="00874579">
        <w:rPr>
          <w:lang w:val="en-GB"/>
        </w:rPr>
        <w:t>01484 437033</w:t>
      </w:r>
    </w:p>
    <w:p w14:paraId="5D6905BB" w14:textId="77777777" w:rsidR="00874579" w:rsidRDefault="00874579" w:rsidP="00874579">
      <w:pPr>
        <w:pStyle w:val="Heading2"/>
        <w:rPr>
          <w:lang w:val="en-GB"/>
        </w:rPr>
      </w:pPr>
    </w:p>
    <w:p w14:paraId="269C5E16" w14:textId="78DD75BF" w:rsidR="00874579" w:rsidRDefault="00874579" w:rsidP="00874579">
      <w:pPr>
        <w:pStyle w:val="Heading1"/>
        <w:rPr>
          <w:lang w:val="en-GB"/>
        </w:rPr>
      </w:pPr>
      <w:r>
        <w:rPr>
          <w:lang w:val="en-GB"/>
        </w:rPr>
        <w:t>Student Services</w:t>
      </w:r>
    </w:p>
    <w:p w14:paraId="0809F888" w14:textId="10C2F481" w:rsidR="00874579" w:rsidRPr="00874579" w:rsidRDefault="00874579" w:rsidP="00874579">
      <w:pPr>
        <w:rPr>
          <w:lang w:val="en-GB"/>
        </w:rPr>
      </w:pPr>
      <w:r w:rsidRPr="00874579">
        <w:rPr>
          <w:lang w:val="en-GB"/>
        </w:rPr>
        <w:t>At Kirklees College, we have high expectations of</w:t>
      </w:r>
      <w:r>
        <w:rPr>
          <w:lang w:val="en-GB"/>
        </w:rPr>
        <w:t xml:space="preserve"> </w:t>
      </w:r>
      <w:r w:rsidRPr="00874579">
        <w:rPr>
          <w:lang w:val="en-GB"/>
        </w:rPr>
        <w:t>attendance, behaviour and commitment and we provide</w:t>
      </w:r>
      <w:r>
        <w:rPr>
          <w:lang w:val="en-GB"/>
        </w:rPr>
        <w:t xml:space="preserve"> </w:t>
      </w:r>
      <w:r w:rsidRPr="00874579">
        <w:rPr>
          <w:lang w:val="en-GB"/>
        </w:rPr>
        <w:t>support to all our students to help them achieve the best</w:t>
      </w:r>
      <w:r>
        <w:rPr>
          <w:lang w:val="en-GB"/>
        </w:rPr>
        <w:t xml:space="preserve"> </w:t>
      </w:r>
      <w:r w:rsidRPr="00874579">
        <w:rPr>
          <w:lang w:val="en-GB"/>
        </w:rPr>
        <w:t>possible outcomes. You will have access to a range of</w:t>
      </w:r>
      <w:r>
        <w:rPr>
          <w:lang w:val="en-GB"/>
        </w:rPr>
        <w:t xml:space="preserve"> </w:t>
      </w:r>
      <w:r w:rsidRPr="00874579">
        <w:rPr>
          <w:lang w:val="en-GB"/>
        </w:rPr>
        <w:t>student support services including:</w:t>
      </w:r>
    </w:p>
    <w:p w14:paraId="01903534" w14:textId="335DE607" w:rsidR="00874579" w:rsidRPr="00874579" w:rsidRDefault="00874579" w:rsidP="00874579">
      <w:pPr>
        <w:pStyle w:val="ListParagraph"/>
        <w:numPr>
          <w:ilvl w:val="0"/>
          <w:numId w:val="129"/>
        </w:numPr>
        <w:rPr>
          <w:lang w:val="en-GB"/>
        </w:rPr>
      </w:pPr>
      <w:r w:rsidRPr="00874579">
        <w:rPr>
          <w:lang w:val="en-GB"/>
        </w:rPr>
        <w:t>Pastoral Mentors and Mentors for Apprentices</w:t>
      </w:r>
    </w:p>
    <w:p w14:paraId="1455BD6C" w14:textId="03D00E82" w:rsidR="00874579" w:rsidRPr="00874579" w:rsidRDefault="00874579" w:rsidP="00874579">
      <w:pPr>
        <w:pStyle w:val="ListParagraph"/>
        <w:numPr>
          <w:ilvl w:val="0"/>
          <w:numId w:val="129"/>
        </w:numPr>
        <w:rPr>
          <w:lang w:val="en-GB"/>
        </w:rPr>
      </w:pPr>
      <w:r w:rsidRPr="00874579">
        <w:rPr>
          <w:lang w:val="en-GB"/>
        </w:rPr>
        <w:t>Personal Development Tutors</w:t>
      </w:r>
    </w:p>
    <w:p w14:paraId="38508E2F" w14:textId="0A8C232C" w:rsidR="00874579" w:rsidRPr="00874579" w:rsidRDefault="00874579" w:rsidP="00874579">
      <w:pPr>
        <w:pStyle w:val="ListParagraph"/>
        <w:numPr>
          <w:ilvl w:val="0"/>
          <w:numId w:val="129"/>
        </w:numPr>
        <w:rPr>
          <w:lang w:val="en-GB"/>
        </w:rPr>
      </w:pPr>
      <w:r w:rsidRPr="00874579">
        <w:rPr>
          <w:lang w:val="en-GB"/>
        </w:rPr>
        <w:t>Work Placement Officers</w:t>
      </w:r>
    </w:p>
    <w:p w14:paraId="07CE7F5B" w14:textId="4A916B9E" w:rsidR="00874579" w:rsidRPr="00874579" w:rsidRDefault="00874579" w:rsidP="00874579">
      <w:pPr>
        <w:pStyle w:val="ListParagraph"/>
        <w:numPr>
          <w:ilvl w:val="0"/>
          <w:numId w:val="129"/>
        </w:numPr>
        <w:rPr>
          <w:lang w:val="en-GB"/>
        </w:rPr>
      </w:pPr>
      <w:r w:rsidRPr="00874579">
        <w:rPr>
          <w:lang w:val="en-GB"/>
        </w:rPr>
        <w:t>Care Coordinators for Care Experienced young parents,</w:t>
      </w:r>
      <w:r w:rsidRPr="00874579">
        <w:rPr>
          <w:lang w:val="en-GB"/>
        </w:rPr>
        <w:t xml:space="preserve"> </w:t>
      </w:r>
      <w:r w:rsidRPr="00874579">
        <w:rPr>
          <w:lang w:val="en-GB"/>
        </w:rPr>
        <w:t>young carers and estranged students</w:t>
      </w:r>
    </w:p>
    <w:p w14:paraId="17F86B00" w14:textId="6166C3FC" w:rsidR="00874579" w:rsidRPr="00874579" w:rsidRDefault="00874579" w:rsidP="00874579">
      <w:pPr>
        <w:pStyle w:val="ListParagraph"/>
        <w:numPr>
          <w:ilvl w:val="0"/>
          <w:numId w:val="129"/>
        </w:numPr>
        <w:rPr>
          <w:lang w:val="en-GB"/>
        </w:rPr>
      </w:pPr>
      <w:r w:rsidRPr="00874579">
        <w:rPr>
          <w:lang w:val="en-GB"/>
        </w:rPr>
        <w:t>Financial support</w:t>
      </w:r>
    </w:p>
    <w:p w14:paraId="302DA788" w14:textId="45F3DA3D" w:rsidR="00874579" w:rsidRPr="00874579" w:rsidRDefault="00874579" w:rsidP="00874579">
      <w:pPr>
        <w:pStyle w:val="ListParagraph"/>
        <w:numPr>
          <w:ilvl w:val="0"/>
          <w:numId w:val="129"/>
        </w:numPr>
        <w:rPr>
          <w:lang w:val="en-GB"/>
        </w:rPr>
      </w:pPr>
      <w:r w:rsidRPr="00874579">
        <w:rPr>
          <w:lang w:val="en-GB"/>
        </w:rPr>
        <w:t>Careers advice</w:t>
      </w:r>
    </w:p>
    <w:p w14:paraId="6280DFA6" w14:textId="0A077919" w:rsidR="00874579" w:rsidRPr="00874579" w:rsidRDefault="00874579" w:rsidP="00874579">
      <w:pPr>
        <w:pStyle w:val="ListParagraph"/>
        <w:numPr>
          <w:ilvl w:val="0"/>
          <w:numId w:val="129"/>
        </w:numPr>
        <w:rPr>
          <w:lang w:val="en-GB"/>
        </w:rPr>
      </w:pPr>
      <w:r w:rsidRPr="00874579">
        <w:rPr>
          <w:lang w:val="en-GB"/>
        </w:rPr>
        <w:t>Safeguarding</w:t>
      </w:r>
    </w:p>
    <w:p w14:paraId="0510DBF1" w14:textId="41524107" w:rsidR="00874579" w:rsidRPr="00874579" w:rsidRDefault="00874579" w:rsidP="00874579">
      <w:pPr>
        <w:pStyle w:val="ListParagraph"/>
        <w:numPr>
          <w:ilvl w:val="0"/>
          <w:numId w:val="129"/>
        </w:numPr>
        <w:rPr>
          <w:lang w:val="en-GB"/>
        </w:rPr>
      </w:pPr>
      <w:r w:rsidRPr="00874579">
        <w:rPr>
          <w:lang w:val="en-GB"/>
        </w:rPr>
        <w:t>Confidential counselling</w:t>
      </w:r>
    </w:p>
    <w:p w14:paraId="72D270F5" w14:textId="762C3AA8" w:rsidR="00874579" w:rsidRPr="00874579" w:rsidRDefault="00874579" w:rsidP="00874579">
      <w:pPr>
        <w:pStyle w:val="ListParagraph"/>
        <w:numPr>
          <w:ilvl w:val="0"/>
          <w:numId w:val="129"/>
        </w:numPr>
        <w:rPr>
          <w:lang w:val="en-GB"/>
        </w:rPr>
      </w:pPr>
      <w:r w:rsidRPr="00874579">
        <w:rPr>
          <w:lang w:val="en-GB"/>
        </w:rPr>
        <w:t>Chaplaincy for all faiths and none</w:t>
      </w:r>
    </w:p>
    <w:p w14:paraId="0589168C" w14:textId="77777777" w:rsidR="00874579" w:rsidRDefault="00874579" w:rsidP="00874579">
      <w:pPr>
        <w:pStyle w:val="ListParagraph"/>
        <w:numPr>
          <w:ilvl w:val="0"/>
          <w:numId w:val="129"/>
        </w:numPr>
        <w:rPr>
          <w:lang w:val="en-GB"/>
        </w:rPr>
      </w:pPr>
      <w:r w:rsidRPr="00874579">
        <w:rPr>
          <w:lang w:val="en-GB"/>
        </w:rPr>
        <w:t>SEND support</w:t>
      </w:r>
    </w:p>
    <w:p w14:paraId="23A2F60A" w14:textId="77777777" w:rsidR="00874579" w:rsidRDefault="00874579" w:rsidP="00874579">
      <w:pPr>
        <w:pStyle w:val="ListParagraph"/>
        <w:numPr>
          <w:ilvl w:val="0"/>
          <w:numId w:val="129"/>
        </w:numPr>
        <w:rPr>
          <w:lang w:val="en-GB"/>
        </w:rPr>
      </w:pPr>
      <w:r w:rsidRPr="00874579">
        <w:rPr>
          <w:lang w:val="en-GB"/>
        </w:rPr>
        <w:t xml:space="preserve"> Students’ Union and Student Voice</w:t>
      </w:r>
    </w:p>
    <w:p w14:paraId="52726190" w14:textId="105EE5CF" w:rsidR="00874579" w:rsidRPr="00874579" w:rsidRDefault="00874579" w:rsidP="00874579">
      <w:pPr>
        <w:pStyle w:val="ListParagraph"/>
        <w:numPr>
          <w:ilvl w:val="0"/>
          <w:numId w:val="129"/>
        </w:numPr>
        <w:rPr>
          <w:lang w:val="en-GB"/>
        </w:rPr>
      </w:pPr>
      <w:r w:rsidRPr="00874579">
        <w:rPr>
          <w:lang w:val="en-GB"/>
        </w:rPr>
        <w:t>Learning Resource Centre</w:t>
      </w:r>
    </w:p>
    <w:p w14:paraId="4305A8BD" w14:textId="2EA1742D" w:rsidR="00874579" w:rsidRDefault="00874579" w:rsidP="00874579">
      <w:pPr>
        <w:rPr>
          <w:lang w:val="en-GB"/>
        </w:rPr>
      </w:pPr>
      <w:r w:rsidRPr="00874579">
        <w:rPr>
          <w:lang w:val="en-GB"/>
        </w:rPr>
        <w:t>We work with employers, parents and carers to ensure you</w:t>
      </w:r>
      <w:r>
        <w:rPr>
          <w:lang w:val="en-GB"/>
        </w:rPr>
        <w:t xml:space="preserve"> </w:t>
      </w:r>
      <w:r w:rsidRPr="00874579">
        <w:rPr>
          <w:lang w:val="en-GB"/>
        </w:rPr>
        <w:t>get the support you need to achieve your goals.</w:t>
      </w:r>
    </w:p>
    <w:p w14:paraId="63B7FEAA" w14:textId="77777777" w:rsidR="00874579" w:rsidRDefault="00874579" w:rsidP="00874579">
      <w:pPr>
        <w:rPr>
          <w:lang w:val="en-GB"/>
        </w:rPr>
      </w:pPr>
    </w:p>
    <w:p w14:paraId="4E247FD2" w14:textId="66BCF5C9" w:rsidR="00874579" w:rsidRDefault="00874579" w:rsidP="00874579">
      <w:pPr>
        <w:pStyle w:val="Heading1"/>
        <w:rPr>
          <w:lang w:val="en-GB"/>
        </w:rPr>
      </w:pPr>
      <w:proofErr w:type="spellStart"/>
      <w:r>
        <w:rPr>
          <w:lang w:val="en-GB"/>
        </w:rPr>
        <w:lastRenderedPageBreak/>
        <w:t>MyKC</w:t>
      </w:r>
      <w:proofErr w:type="spellEnd"/>
      <w:r>
        <w:rPr>
          <w:lang w:val="en-GB"/>
        </w:rPr>
        <w:t xml:space="preserve"> Student App</w:t>
      </w:r>
    </w:p>
    <w:p w14:paraId="31A78B75" w14:textId="45F2B167" w:rsidR="00874579" w:rsidRPr="00874579" w:rsidRDefault="00874579" w:rsidP="00874579">
      <w:pPr>
        <w:rPr>
          <w:lang w:val="en-GB"/>
        </w:rPr>
      </w:pPr>
      <w:r w:rsidRPr="00874579">
        <w:rPr>
          <w:lang w:val="en-GB"/>
        </w:rPr>
        <w:t>Last year, we launched a student app</w:t>
      </w:r>
      <w:r>
        <w:rPr>
          <w:lang w:val="en-GB"/>
        </w:rPr>
        <w:t xml:space="preserve"> </w:t>
      </w:r>
      <w:r w:rsidRPr="00874579">
        <w:rPr>
          <w:lang w:val="en-GB"/>
        </w:rPr>
        <w:t>which is all your college life in your</w:t>
      </w:r>
      <w:r>
        <w:rPr>
          <w:lang w:val="en-GB"/>
        </w:rPr>
        <w:t xml:space="preserve"> </w:t>
      </w:r>
      <w:r w:rsidRPr="00874579">
        <w:rPr>
          <w:lang w:val="en-GB"/>
        </w:rPr>
        <w:t>hand. You can use the app to:</w:t>
      </w:r>
    </w:p>
    <w:p w14:paraId="039DCA32" w14:textId="285CF68B" w:rsidR="00874579" w:rsidRPr="00874579" w:rsidRDefault="00874579" w:rsidP="00874579">
      <w:pPr>
        <w:pStyle w:val="ListParagraph"/>
        <w:numPr>
          <w:ilvl w:val="0"/>
          <w:numId w:val="280"/>
        </w:numPr>
        <w:rPr>
          <w:lang w:val="en-GB"/>
        </w:rPr>
      </w:pPr>
      <w:r w:rsidRPr="00874579">
        <w:rPr>
          <w:lang w:val="en-GB"/>
        </w:rPr>
        <w:t>Check your timetable</w:t>
      </w:r>
    </w:p>
    <w:p w14:paraId="79D2A2C0" w14:textId="32F5E12B" w:rsidR="00874579" w:rsidRPr="00874579" w:rsidRDefault="00874579" w:rsidP="00874579">
      <w:pPr>
        <w:pStyle w:val="ListParagraph"/>
        <w:numPr>
          <w:ilvl w:val="0"/>
          <w:numId w:val="280"/>
        </w:numPr>
        <w:rPr>
          <w:lang w:val="en-GB"/>
        </w:rPr>
      </w:pPr>
      <w:r w:rsidRPr="00874579">
        <w:rPr>
          <w:lang w:val="en-GB"/>
        </w:rPr>
        <w:t>Review and monitor your</w:t>
      </w:r>
      <w:r w:rsidRPr="00874579">
        <w:rPr>
          <w:lang w:val="en-GB"/>
        </w:rPr>
        <w:t xml:space="preserve"> </w:t>
      </w:r>
      <w:r w:rsidRPr="00874579">
        <w:rPr>
          <w:lang w:val="en-GB"/>
        </w:rPr>
        <w:t>attendance</w:t>
      </w:r>
    </w:p>
    <w:p w14:paraId="20BA93AB" w14:textId="6F349286" w:rsidR="00874579" w:rsidRPr="00874579" w:rsidRDefault="00874579" w:rsidP="00874579">
      <w:pPr>
        <w:pStyle w:val="ListParagraph"/>
        <w:numPr>
          <w:ilvl w:val="0"/>
          <w:numId w:val="280"/>
        </w:numPr>
        <w:rPr>
          <w:lang w:val="en-GB"/>
        </w:rPr>
      </w:pPr>
      <w:r w:rsidRPr="00874579">
        <w:rPr>
          <w:lang w:val="en-GB"/>
        </w:rPr>
        <w:t>Check your assignment progress</w:t>
      </w:r>
    </w:p>
    <w:p w14:paraId="30BFBA99" w14:textId="1ABF410B" w:rsidR="00874579" w:rsidRPr="00874579" w:rsidRDefault="00874579" w:rsidP="00874579">
      <w:pPr>
        <w:pStyle w:val="ListParagraph"/>
        <w:numPr>
          <w:ilvl w:val="0"/>
          <w:numId w:val="280"/>
        </w:numPr>
        <w:rPr>
          <w:lang w:val="en-GB"/>
        </w:rPr>
      </w:pPr>
      <w:r w:rsidRPr="00874579">
        <w:rPr>
          <w:lang w:val="en-GB"/>
        </w:rPr>
        <w:t>Book enrichment activities</w:t>
      </w:r>
    </w:p>
    <w:p w14:paraId="46665141" w14:textId="3B0A5124" w:rsidR="00874579" w:rsidRPr="00874579" w:rsidRDefault="00874579" w:rsidP="00874579">
      <w:pPr>
        <w:pStyle w:val="ListParagraph"/>
        <w:numPr>
          <w:ilvl w:val="0"/>
          <w:numId w:val="280"/>
        </w:numPr>
        <w:rPr>
          <w:lang w:val="en-GB"/>
        </w:rPr>
      </w:pPr>
      <w:r w:rsidRPr="00874579">
        <w:rPr>
          <w:lang w:val="en-GB"/>
        </w:rPr>
        <w:t>Read the latest KC news</w:t>
      </w:r>
    </w:p>
    <w:p w14:paraId="0BCE6898" w14:textId="31CC2D80" w:rsidR="00874579" w:rsidRPr="00874579" w:rsidRDefault="00874579" w:rsidP="00874579">
      <w:pPr>
        <w:pStyle w:val="ListParagraph"/>
        <w:numPr>
          <w:ilvl w:val="0"/>
          <w:numId w:val="280"/>
        </w:numPr>
        <w:rPr>
          <w:lang w:val="en-GB"/>
        </w:rPr>
      </w:pPr>
      <w:r w:rsidRPr="00874579">
        <w:rPr>
          <w:lang w:val="en-GB"/>
        </w:rPr>
        <w:t>Check your exam access</w:t>
      </w:r>
      <w:r w:rsidRPr="00874579">
        <w:rPr>
          <w:lang w:val="en-GB"/>
        </w:rPr>
        <w:t xml:space="preserve"> </w:t>
      </w:r>
      <w:r w:rsidRPr="00874579">
        <w:rPr>
          <w:lang w:val="en-GB"/>
        </w:rPr>
        <w:t>arrangements and dates of exams</w:t>
      </w:r>
    </w:p>
    <w:p w14:paraId="088F349D" w14:textId="499D939D" w:rsidR="00874579" w:rsidRPr="00874579" w:rsidRDefault="00874579" w:rsidP="00874579">
      <w:pPr>
        <w:pStyle w:val="ListParagraph"/>
        <w:numPr>
          <w:ilvl w:val="0"/>
          <w:numId w:val="280"/>
        </w:numPr>
        <w:rPr>
          <w:lang w:val="en-GB"/>
        </w:rPr>
      </w:pPr>
      <w:r w:rsidRPr="00874579">
        <w:rPr>
          <w:lang w:val="en-GB"/>
        </w:rPr>
        <w:t>Submit student voice feedback</w:t>
      </w:r>
    </w:p>
    <w:p w14:paraId="78E210A5" w14:textId="697B88CB" w:rsidR="00874579" w:rsidRPr="00874579" w:rsidRDefault="00874579" w:rsidP="00874579">
      <w:pPr>
        <w:pStyle w:val="ListParagraph"/>
        <w:numPr>
          <w:ilvl w:val="0"/>
          <w:numId w:val="280"/>
        </w:numPr>
        <w:rPr>
          <w:lang w:val="en-GB"/>
        </w:rPr>
      </w:pPr>
      <w:r w:rsidRPr="00874579">
        <w:rPr>
          <w:lang w:val="en-GB"/>
        </w:rPr>
        <w:t>Report a concern anonymously</w:t>
      </w:r>
    </w:p>
    <w:p w14:paraId="51BFB308" w14:textId="6D34D445" w:rsidR="00874579" w:rsidRPr="00874579" w:rsidRDefault="00874579" w:rsidP="00874579">
      <w:pPr>
        <w:pStyle w:val="ListParagraph"/>
        <w:numPr>
          <w:ilvl w:val="0"/>
          <w:numId w:val="280"/>
        </w:numPr>
        <w:rPr>
          <w:lang w:val="en-GB"/>
        </w:rPr>
      </w:pPr>
      <w:r w:rsidRPr="00874579">
        <w:rPr>
          <w:lang w:val="en-GB"/>
        </w:rPr>
        <w:t>Book an appointment with careers</w:t>
      </w:r>
      <w:r w:rsidRPr="00874579">
        <w:rPr>
          <w:lang w:val="en-GB"/>
        </w:rPr>
        <w:t xml:space="preserve"> </w:t>
      </w:r>
      <w:r w:rsidRPr="00874579">
        <w:rPr>
          <w:lang w:val="en-GB"/>
        </w:rPr>
        <w:t>or counselling</w:t>
      </w:r>
    </w:p>
    <w:p w14:paraId="34AE5E74" w14:textId="2916E621" w:rsidR="00874579" w:rsidRDefault="00874579" w:rsidP="00874579">
      <w:pPr>
        <w:rPr>
          <w:lang w:val="en-GB"/>
        </w:rPr>
      </w:pPr>
      <w:r w:rsidRPr="00874579">
        <w:rPr>
          <w:lang w:val="en-GB"/>
        </w:rPr>
        <w:t>You will get support to download</w:t>
      </w:r>
      <w:r>
        <w:rPr>
          <w:lang w:val="en-GB"/>
        </w:rPr>
        <w:t xml:space="preserve"> </w:t>
      </w:r>
      <w:r w:rsidRPr="00874579">
        <w:rPr>
          <w:lang w:val="en-GB"/>
        </w:rPr>
        <w:t>this, using your college email</w:t>
      </w:r>
      <w:r>
        <w:rPr>
          <w:lang w:val="en-GB"/>
        </w:rPr>
        <w:t xml:space="preserve"> </w:t>
      </w:r>
      <w:r w:rsidRPr="00874579">
        <w:rPr>
          <w:lang w:val="en-GB"/>
        </w:rPr>
        <w:t>address, during induction.</w:t>
      </w:r>
    </w:p>
    <w:p w14:paraId="4D3755FE" w14:textId="77A1C9B1" w:rsidR="00874579" w:rsidRDefault="00874579" w:rsidP="00874579">
      <w:pPr>
        <w:pStyle w:val="Heading1"/>
        <w:rPr>
          <w:lang w:val="en-GB"/>
        </w:rPr>
      </w:pPr>
      <w:r>
        <w:rPr>
          <w:lang w:val="en-GB"/>
        </w:rPr>
        <w:t xml:space="preserve">Students’ Union </w:t>
      </w:r>
    </w:p>
    <w:p w14:paraId="4FA109DA" w14:textId="1384208F" w:rsidR="00874579" w:rsidRDefault="00874579" w:rsidP="00874579">
      <w:pPr>
        <w:rPr>
          <w:lang w:val="en-GB"/>
        </w:rPr>
      </w:pPr>
      <w:r w:rsidRPr="00874579">
        <w:rPr>
          <w:lang w:val="en-GB"/>
        </w:rPr>
        <w:t>Becoming an active member of the KC Students’</w:t>
      </w:r>
      <w:r>
        <w:rPr>
          <w:lang w:val="en-GB"/>
        </w:rPr>
        <w:t xml:space="preserve"> </w:t>
      </w:r>
      <w:r w:rsidRPr="00874579">
        <w:rPr>
          <w:lang w:val="en-GB"/>
        </w:rPr>
        <w:t>Union is a great way to enrich your college</w:t>
      </w:r>
      <w:r>
        <w:rPr>
          <w:lang w:val="en-GB"/>
        </w:rPr>
        <w:t xml:space="preserve"> </w:t>
      </w:r>
      <w:r w:rsidRPr="00874579">
        <w:rPr>
          <w:lang w:val="en-GB"/>
        </w:rPr>
        <w:t>experience and will give you skills beyond the</w:t>
      </w:r>
      <w:r>
        <w:rPr>
          <w:lang w:val="en-GB"/>
        </w:rPr>
        <w:t xml:space="preserve"> </w:t>
      </w:r>
      <w:r w:rsidRPr="00874579">
        <w:rPr>
          <w:lang w:val="en-GB"/>
        </w:rPr>
        <w:t>classroom. The SU is run by our elected student</w:t>
      </w:r>
      <w:r>
        <w:rPr>
          <w:lang w:val="en-GB"/>
        </w:rPr>
        <w:t xml:space="preserve"> </w:t>
      </w:r>
      <w:r w:rsidRPr="00874579">
        <w:rPr>
          <w:lang w:val="en-GB"/>
        </w:rPr>
        <w:t>executive team. Our SU represents the needs</w:t>
      </w:r>
      <w:r>
        <w:rPr>
          <w:lang w:val="en-GB"/>
        </w:rPr>
        <w:t xml:space="preserve"> </w:t>
      </w:r>
      <w:r w:rsidRPr="00874579">
        <w:rPr>
          <w:lang w:val="en-GB"/>
        </w:rPr>
        <w:t>of the student body by engaging with college</w:t>
      </w:r>
      <w:r>
        <w:rPr>
          <w:lang w:val="en-GB"/>
        </w:rPr>
        <w:t xml:space="preserve"> </w:t>
      </w:r>
      <w:r w:rsidRPr="00874579">
        <w:rPr>
          <w:lang w:val="en-GB"/>
        </w:rPr>
        <w:t>management, Student Voice and our Enrichment</w:t>
      </w:r>
      <w:r>
        <w:rPr>
          <w:lang w:val="en-GB"/>
        </w:rPr>
        <w:t xml:space="preserve"> </w:t>
      </w:r>
      <w:r w:rsidRPr="00874579">
        <w:rPr>
          <w:lang w:val="en-GB"/>
        </w:rPr>
        <w:t>Team, championing the academic needs and</w:t>
      </w:r>
      <w:r>
        <w:rPr>
          <w:lang w:val="en-GB"/>
        </w:rPr>
        <w:t xml:space="preserve"> </w:t>
      </w:r>
      <w:r w:rsidRPr="00874579">
        <w:rPr>
          <w:lang w:val="en-GB"/>
        </w:rPr>
        <w:t>social interests of students and the challenges</w:t>
      </w:r>
      <w:r>
        <w:rPr>
          <w:lang w:val="en-GB"/>
        </w:rPr>
        <w:t xml:space="preserve"> </w:t>
      </w:r>
      <w:r w:rsidRPr="00874579">
        <w:rPr>
          <w:lang w:val="en-GB"/>
        </w:rPr>
        <w:t>and issues that affect our student population.</w:t>
      </w:r>
    </w:p>
    <w:p w14:paraId="68EAA266" w14:textId="2B337589" w:rsidR="00874579" w:rsidRPr="00874579" w:rsidRDefault="00874579" w:rsidP="00874579">
      <w:pPr>
        <w:rPr>
          <w:lang w:val="en-GB"/>
        </w:rPr>
      </w:pPr>
      <w:r w:rsidRPr="00874579">
        <w:rPr>
          <w:lang w:val="en-GB"/>
        </w:rPr>
        <w:t>“As Kirklees College Student Union</w:t>
      </w:r>
      <w:r>
        <w:rPr>
          <w:lang w:val="en-GB"/>
        </w:rPr>
        <w:t xml:space="preserve"> </w:t>
      </w:r>
      <w:r w:rsidRPr="00874579">
        <w:rPr>
          <w:lang w:val="en-GB"/>
        </w:rPr>
        <w:t>President and Governor, I will</w:t>
      </w:r>
      <w:r>
        <w:rPr>
          <w:lang w:val="en-GB"/>
        </w:rPr>
        <w:t xml:space="preserve"> </w:t>
      </w:r>
      <w:r w:rsidRPr="00874579">
        <w:rPr>
          <w:lang w:val="en-GB"/>
        </w:rPr>
        <w:t>represent students, listen to their</w:t>
      </w:r>
      <w:r>
        <w:rPr>
          <w:lang w:val="en-GB"/>
        </w:rPr>
        <w:t xml:space="preserve"> i</w:t>
      </w:r>
      <w:r w:rsidRPr="00874579">
        <w:rPr>
          <w:lang w:val="en-GB"/>
        </w:rPr>
        <w:t>deas and make sure their voices are</w:t>
      </w:r>
      <w:r>
        <w:rPr>
          <w:lang w:val="en-GB"/>
        </w:rPr>
        <w:t xml:space="preserve"> </w:t>
      </w:r>
      <w:r w:rsidRPr="00874579">
        <w:rPr>
          <w:lang w:val="en-GB"/>
        </w:rPr>
        <w:t>heard in important decisions. I’m</w:t>
      </w:r>
      <w:r>
        <w:rPr>
          <w:lang w:val="en-GB"/>
        </w:rPr>
        <w:t xml:space="preserve"> </w:t>
      </w:r>
      <w:r w:rsidRPr="00874579">
        <w:rPr>
          <w:lang w:val="en-GB"/>
        </w:rPr>
        <w:t>excited to work with students and</w:t>
      </w:r>
      <w:r>
        <w:rPr>
          <w:lang w:val="en-GB"/>
        </w:rPr>
        <w:t xml:space="preserve"> </w:t>
      </w:r>
      <w:r w:rsidRPr="00874579">
        <w:rPr>
          <w:lang w:val="en-GB"/>
        </w:rPr>
        <w:t>staff to create more opportunities,</w:t>
      </w:r>
      <w:r>
        <w:rPr>
          <w:lang w:val="en-GB"/>
        </w:rPr>
        <w:t xml:space="preserve"> </w:t>
      </w:r>
      <w:r w:rsidRPr="00874579">
        <w:rPr>
          <w:lang w:val="en-GB"/>
        </w:rPr>
        <w:t>activities and experiences that</w:t>
      </w:r>
      <w:r>
        <w:rPr>
          <w:lang w:val="en-GB"/>
        </w:rPr>
        <w:t xml:space="preserve"> </w:t>
      </w:r>
      <w:r w:rsidRPr="00874579">
        <w:rPr>
          <w:lang w:val="en-GB"/>
        </w:rPr>
        <w:t>bring people together and</w:t>
      </w:r>
      <w:r>
        <w:rPr>
          <w:lang w:val="en-GB"/>
        </w:rPr>
        <w:t xml:space="preserve"> </w:t>
      </w:r>
      <w:r w:rsidRPr="00874579">
        <w:rPr>
          <w:lang w:val="en-GB"/>
        </w:rPr>
        <w:t>make college life even better.”</w:t>
      </w:r>
    </w:p>
    <w:p w14:paraId="0C6515C6" w14:textId="1E97AAAA" w:rsidR="00874579" w:rsidRPr="00874579" w:rsidRDefault="00874579" w:rsidP="00874579">
      <w:pPr>
        <w:rPr>
          <w:lang w:val="en-GB"/>
        </w:rPr>
      </w:pPr>
      <w:proofErr w:type="spellStart"/>
      <w:r w:rsidRPr="00874579">
        <w:rPr>
          <w:lang w:val="en-GB"/>
        </w:rPr>
        <w:t>Takunda</w:t>
      </w:r>
      <w:proofErr w:type="spellEnd"/>
      <w:r w:rsidRPr="00874579">
        <w:rPr>
          <w:lang w:val="en-GB"/>
        </w:rPr>
        <w:t xml:space="preserve"> </w:t>
      </w:r>
      <w:proofErr w:type="spellStart"/>
      <w:r w:rsidRPr="00874579">
        <w:rPr>
          <w:lang w:val="en-GB"/>
        </w:rPr>
        <w:t>Murove</w:t>
      </w:r>
      <w:proofErr w:type="spellEnd"/>
      <w:r w:rsidRPr="00874579">
        <w:rPr>
          <w:lang w:val="en-GB"/>
        </w:rPr>
        <w:t>,</w:t>
      </w:r>
    </w:p>
    <w:p w14:paraId="4741B333" w14:textId="1D0103EE" w:rsidR="00874579" w:rsidRDefault="00874579" w:rsidP="00874579">
      <w:pPr>
        <w:rPr>
          <w:lang w:val="en-GB"/>
        </w:rPr>
      </w:pPr>
      <w:r w:rsidRPr="00874579">
        <w:rPr>
          <w:lang w:val="en-GB"/>
        </w:rPr>
        <w:t>SU President</w:t>
      </w:r>
    </w:p>
    <w:p w14:paraId="79A27B27" w14:textId="02B5A370" w:rsidR="00874579" w:rsidRDefault="00874579" w:rsidP="00874579">
      <w:pPr>
        <w:pStyle w:val="Heading1"/>
        <w:rPr>
          <w:lang w:val="en-GB"/>
        </w:rPr>
      </w:pPr>
      <w:r>
        <w:rPr>
          <w:lang w:val="en-GB"/>
        </w:rPr>
        <w:t>Your Voices for Action</w:t>
      </w:r>
    </w:p>
    <w:p w14:paraId="3E6C72FA" w14:textId="75612C7E" w:rsidR="00874579" w:rsidRDefault="00874579" w:rsidP="00874579">
      <w:pPr>
        <w:rPr>
          <w:lang w:val="en-GB"/>
        </w:rPr>
      </w:pPr>
      <w:r w:rsidRPr="00874579">
        <w:rPr>
          <w:lang w:val="en-GB"/>
        </w:rPr>
        <w:t>At Kirklees College, your student voice is</w:t>
      </w:r>
      <w:r>
        <w:rPr>
          <w:lang w:val="en-GB"/>
        </w:rPr>
        <w:t xml:space="preserve"> </w:t>
      </w:r>
      <w:r w:rsidRPr="00874579">
        <w:rPr>
          <w:lang w:val="en-GB"/>
        </w:rPr>
        <w:t>important to us. Using our active Students’ Union,</w:t>
      </w:r>
      <w:r>
        <w:rPr>
          <w:lang w:val="en-GB"/>
        </w:rPr>
        <w:t xml:space="preserve"> </w:t>
      </w:r>
      <w:r w:rsidRPr="00874579">
        <w:rPr>
          <w:lang w:val="en-GB"/>
        </w:rPr>
        <w:t>you will be able to voice your thoughts and</w:t>
      </w:r>
      <w:r>
        <w:rPr>
          <w:lang w:val="en-GB"/>
        </w:rPr>
        <w:t xml:space="preserve"> </w:t>
      </w:r>
      <w:r w:rsidRPr="00874579">
        <w:rPr>
          <w:lang w:val="en-GB"/>
        </w:rPr>
        <w:t>opinions on what your student experience will</w:t>
      </w:r>
      <w:r>
        <w:rPr>
          <w:lang w:val="en-GB"/>
        </w:rPr>
        <w:t xml:space="preserve"> </w:t>
      </w:r>
      <w:r w:rsidRPr="00874579">
        <w:rPr>
          <w:lang w:val="en-GB"/>
        </w:rPr>
        <w:t>look at whilst at college. We have Student Class</w:t>
      </w:r>
      <w:r>
        <w:rPr>
          <w:lang w:val="en-GB"/>
        </w:rPr>
        <w:t xml:space="preserve"> </w:t>
      </w:r>
      <w:r w:rsidRPr="00874579">
        <w:rPr>
          <w:lang w:val="en-GB"/>
        </w:rPr>
        <w:t>Reps and Youth Voice Champions that work with</w:t>
      </w:r>
      <w:r>
        <w:rPr>
          <w:lang w:val="en-GB"/>
        </w:rPr>
        <w:t xml:space="preserve"> </w:t>
      </w:r>
      <w:r w:rsidRPr="00874579">
        <w:rPr>
          <w:lang w:val="en-GB"/>
        </w:rPr>
        <w:t>local councils and Student Ambassadors that</w:t>
      </w:r>
      <w:r>
        <w:rPr>
          <w:lang w:val="en-GB"/>
        </w:rPr>
        <w:t xml:space="preserve"> </w:t>
      </w:r>
      <w:r w:rsidRPr="00874579">
        <w:rPr>
          <w:lang w:val="en-GB"/>
        </w:rPr>
        <w:t>focus on important topics such as mental health.</w:t>
      </w:r>
      <w:r>
        <w:rPr>
          <w:lang w:val="en-GB"/>
        </w:rPr>
        <w:t xml:space="preserve"> </w:t>
      </w:r>
      <w:r w:rsidRPr="00874579">
        <w:rPr>
          <w:lang w:val="en-GB"/>
        </w:rPr>
        <w:t>Giving students the first taste of democracy and</w:t>
      </w:r>
      <w:r>
        <w:rPr>
          <w:lang w:val="en-GB"/>
        </w:rPr>
        <w:t xml:space="preserve"> </w:t>
      </w:r>
      <w:r w:rsidRPr="00874579">
        <w:rPr>
          <w:lang w:val="en-GB"/>
        </w:rPr>
        <w:t>citizenship by allowing them to directly solicit</w:t>
      </w:r>
      <w:r>
        <w:rPr>
          <w:lang w:val="en-GB"/>
        </w:rPr>
        <w:t xml:space="preserve"> </w:t>
      </w:r>
      <w:r w:rsidRPr="00874579">
        <w:rPr>
          <w:lang w:val="en-GB"/>
        </w:rPr>
        <w:t>feedback from their peers and taking an active</w:t>
      </w:r>
      <w:r>
        <w:rPr>
          <w:lang w:val="en-GB"/>
        </w:rPr>
        <w:t xml:space="preserve"> </w:t>
      </w:r>
      <w:r w:rsidRPr="00874579">
        <w:rPr>
          <w:lang w:val="en-GB"/>
        </w:rPr>
        <w:t>role in making college life their own</w:t>
      </w:r>
      <w:r>
        <w:rPr>
          <w:lang w:val="en-GB"/>
        </w:rPr>
        <w:t>.</w:t>
      </w:r>
    </w:p>
    <w:p w14:paraId="6B5C387E" w14:textId="77777777" w:rsidR="00874579" w:rsidRDefault="00874579" w:rsidP="00874579">
      <w:pPr>
        <w:rPr>
          <w:lang w:val="en-GB"/>
        </w:rPr>
      </w:pPr>
    </w:p>
    <w:p w14:paraId="5A2F1AAB" w14:textId="12BB1DE3" w:rsidR="00874579" w:rsidRDefault="00874579" w:rsidP="00874579">
      <w:pPr>
        <w:pStyle w:val="Heading1"/>
        <w:rPr>
          <w:lang w:val="en-GB"/>
        </w:rPr>
      </w:pPr>
      <w:r>
        <w:rPr>
          <w:lang w:val="en-GB"/>
        </w:rPr>
        <w:lastRenderedPageBreak/>
        <w:t>Enrichment and Trips</w:t>
      </w:r>
    </w:p>
    <w:p w14:paraId="62B5FC52" w14:textId="3F6985B9" w:rsidR="00874579" w:rsidRDefault="00874579" w:rsidP="00874579">
      <w:pPr>
        <w:rPr>
          <w:lang w:val="en-GB"/>
        </w:rPr>
      </w:pPr>
      <w:r w:rsidRPr="00874579">
        <w:rPr>
          <w:lang w:val="en-GB"/>
        </w:rPr>
        <w:t>Learning extends beyond the classroom Aruba</w:t>
      </w:r>
      <w:r>
        <w:rPr>
          <w:lang w:val="en-GB"/>
        </w:rPr>
        <w:t xml:space="preserve"> </w:t>
      </w:r>
      <w:r w:rsidRPr="00874579">
        <w:rPr>
          <w:lang w:val="en-GB"/>
        </w:rPr>
        <w:t>and at Kirklees College, we pride</w:t>
      </w:r>
      <w:r>
        <w:rPr>
          <w:lang w:val="en-GB"/>
        </w:rPr>
        <w:t xml:space="preserve"> </w:t>
      </w:r>
      <w:r w:rsidRPr="00874579">
        <w:rPr>
          <w:lang w:val="en-GB"/>
        </w:rPr>
        <w:t>ourselves on offering a wide range of</w:t>
      </w:r>
      <w:r>
        <w:rPr>
          <w:lang w:val="en-GB"/>
        </w:rPr>
        <w:t xml:space="preserve"> </w:t>
      </w:r>
      <w:r w:rsidRPr="00874579">
        <w:rPr>
          <w:lang w:val="en-GB"/>
        </w:rPr>
        <w:t>Enrichment activities for students,</w:t>
      </w:r>
      <w:r>
        <w:rPr>
          <w:lang w:val="en-GB"/>
        </w:rPr>
        <w:t xml:space="preserve"> </w:t>
      </w:r>
      <w:r w:rsidRPr="00874579">
        <w:rPr>
          <w:lang w:val="en-GB"/>
        </w:rPr>
        <w:t>including clubs and trips. Take</w:t>
      </w:r>
      <w:r>
        <w:rPr>
          <w:lang w:val="en-GB"/>
        </w:rPr>
        <w:t xml:space="preserve"> </w:t>
      </w:r>
      <w:r w:rsidRPr="00874579">
        <w:rPr>
          <w:lang w:val="en-GB"/>
        </w:rPr>
        <w:t>a look at where our KC</w:t>
      </w:r>
      <w:r>
        <w:rPr>
          <w:lang w:val="en-GB"/>
        </w:rPr>
        <w:t xml:space="preserve"> </w:t>
      </w:r>
      <w:r w:rsidRPr="00874579">
        <w:rPr>
          <w:lang w:val="en-GB"/>
        </w:rPr>
        <w:t>Students have been in</w:t>
      </w:r>
      <w:r>
        <w:rPr>
          <w:lang w:val="en-GB"/>
        </w:rPr>
        <w:t xml:space="preserve"> </w:t>
      </w:r>
      <w:r w:rsidRPr="00874579">
        <w:rPr>
          <w:lang w:val="en-GB"/>
        </w:rPr>
        <w:t>the last year!</w:t>
      </w:r>
    </w:p>
    <w:p w14:paraId="6C7A1D14" w14:textId="25CADB8D" w:rsidR="00874579" w:rsidRDefault="00874579" w:rsidP="00874579">
      <w:pPr>
        <w:pStyle w:val="Heading1"/>
        <w:rPr>
          <w:lang w:val="en-GB"/>
        </w:rPr>
      </w:pPr>
      <w:r w:rsidRPr="00874579">
        <w:rPr>
          <w:lang w:val="en-GB"/>
        </w:rPr>
        <w:t>Kirklees College</w:t>
      </w:r>
      <w:r>
        <w:rPr>
          <w:lang w:val="en-GB"/>
        </w:rPr>
        <w:t xml:space="preserve"> </w:t>
      </w:r>
      <w:r w:rsidRPr="00874579">
        <w:rPr>
          <w:lang w:val="en-GB"/>
        </w:rPr>
        <w:t>Sports Academy</w:t>
      </w:r>
    </w:p>
    <w:p w14:paraId="60A4BF7E" w14:textId="77777777" w:rsidR="00874579" w:rsidRPr="00874579" w:rsidRDefault="00874579" w:rsidP="00874579">
      <w:pPr>
        <w:pStyle w:val="Heading2"/>
        <w:rPr>
          <w:lang w:val="en-GB"/>
        </w:rPr>
      </w:pPr>
      <w:r w:rsidRPr="00874579">
        <w:rPr>
          <w:lang w:val="en-GB"/>
        </w:rPr>
        <w:t>Sports Academy</w:t>
      </w:r>
    </w:p>
    <w:p w14:paraId="2800F02B" w14:textId="5B247A68" w:rsidR="00874579" w:rsidRDefault="00874579" w:rsidP="00874579">
      <w:pPr>
        <w:rPr>
          <w:lang w:val="en-GB"/>
        </w:rPr>
      </w:pPr>
      <w:r w:rsidRPr="00874579">
        <w:rPr>
          <w:lang w:val="en-GB"/>
        </w:rPr>
        <w:t>We are proud to offer a performance Sports Academy that</w:t>
      </w:r>
      <w:r>
        <w:rPr>
          <w:lang w:val="en-GB"/>
        </w:rPr>
        <w:t xml:space="preserve"> </w:t>
      </w:r>
      <w:r w:rsidRPr="00874579">
        <w:rPr>
          <w:lang w:val="en-GB"/>
        </w:rPr>
        <w:t>gives 16-19 students the chance to study at college</w:t>
      </w:r>
      <w:r>
        <w:rPr>
          <w:lang w:val="en-GB"/>
        </w:rPr>
        <w:t xml:space="preserve"> </w:t>
      </w:r>
      <w:r w:rsidRPr="00874579">
        <w:rPr>
          <w:lang w:val="en-GB"/>
        </w:rPr>
        <w:t>whilst training and competing in football. The academy</w:t>
      </w:r>
      <w:r>
        <w:rPr>
          <w:lang w:val="en-GB"/>
        </w:rPr>
        <w:t xml:space="preserve"> </w:t>
      </w:r>
      <w:r w:rsidRPr="00874579">
        <w:rPr>
          <w:lang w:val="en-GB"/>
        </w:rPr>
        <w:t>is designed to support the development of players</w:t>
      </w:r>
      <w:r>
        <w:rPr>
          <w:lang w:val="en-GB"/>
        </w:rPr>
        <w:t xml:space="preserve"> </w:t>
      </w:r>
      <w:r w:rsidRPr="00874579">
        <w:rPr>
          <w:lang w:val="en-GB"/>
        </w:rPr>
        <w:t>technical and tactical skills.</w:t>
      </w:r>
    </w:p>
    <w:p w14:paraId="6811519C" w14:textId="77777777" w:rsidR="00874579" w:rsidRPr="00874579" w:rsidRDefault="00874579" w:rsidP="00874579">
      <w:pPr>
        <w:pStyle w:val="Heading3"/>
        <w:rPr>
          <w:lang w:val="en-GB"/>
        </w:rPr>
      </w:pPr>
      <w:r w:rsidRPr="00874579">
        <w:rPr>
          <w:lang w:val="en-GB"/>
        </w:rPr>
        <w:t>Kirklees College Sports Academy Offers:</w:t>
      </w:r>
    </w:p>
    <w:p w14:paraId="7B74BBAA" w14:textId="0B94066F" w:rsidR="00874579" w:rsidRPr="00874579" w:rsidRDefault="00874579" w:rsidP="00874579">
      <w:pPr>
        <w:pStyle w:val="ListParagraph"/>
        <w:numPr>
          <w:ilvl w:val="0"/>
          <w:numId w:val="282"/>
        </w:numPr>
        <w:rPr>
          <w:lang w:val="en-GB"/>
        </w:rPr>
      </w:pPr>
      <w:r w:rsidRPr="00874579">
        <w:rPr>
          <w:lang w:val="en-GB"/>
        </w:rPr>
        <w:t>A top-class training programme</w:t>
      </w:r>
    </w:p>
    <w:p w14:paraId="48505B79" w14:textId="3EFD3DC4" w:rsidR="00874579" w:rsidRPr="00874579" w:rsidRDefault="00874579" w:rsidP="00874579">
      <w:pPr>
        <w:pStyle w:val="ListParagraph"/>
        <w:numPr>
          <w:ilvl w:val="0"/>
          <w:numId w:val="282"/>
        </w:numPr>
        <w:rPr>
          <w:lang w:val="en-GB"/>
        </w:rPr>
      </w:pPr>
      <w:r w:rsidRPr="00874579">
        <w:rPr>
          <w:lang w:val="en-GB"/>
        </w:rPr>
        <w:t>The best local training facilities</w:t>
      </w:r>
    </w:p>
    <w:p w14:paraId="0E7EFF94" w14:textId="44EE8BF0" w:rsidR="00874579" w:rsidRPr="00874579" w:rsidRDefault="00874579" w:rsidP="00874579">
      <w:pPr>
        <w:pStyle w:val="ListParagraph"/>
        <w:numPr>
          <w:ilvl w:val="0"/>
          <w:numId w:val="282"/>
        </w:numPr>
        <w:rPr>
          <w:lang w:val="en-GB"/>
        </w:rPr>
      </w:pPr>
      <w:r w:rsidRPr="00874579">
        <w:rPr>
          <w:lang w:val="en-GB"/>
        </w:rPr>
        <w:t>Coaching from high-profile top-quality coaches</w:t>
      </w:r>
      <w:r w:rsidRPr="00874579">
        <w:rPr>
          <w:lang w:val="en-GB"/>
        </w:rPr>
        <w:t xml:space="preserve"> </w:t>
      </w:r>
      <w:r w:rsidRPr="00874579">
        <w:rPr>
          <w:lang w:val="en-GB"/>
        </w:rPr>
        <w:t>(UEFA standard)</w:t>
      </w:r>
    </w:p>
    <w:p w14:paraId="391F7DCC" w14:textId="2E944AF0" w:rsidR="00874579" w:rsidRPr="00874579" w:rsidRDefault="00874579" w:rsidP="00874579">
      <w:pPr>
        <w:pStyle w:val="ListParagraph"/>
        <w:numPr>
          <w:ilvl w:val="0"/>
          <w:numId w:val="282"/>
        </w:numPr>
        <w:rPr>
          <w:lang w:val="en-GB"/>
        </w:rPr>
      </w:pPr>
      <w:r w:rsidRPr="00874579">
        <w:rPr>
          <w:lang w:val="en-GB"/>
        </w:rPr>
        <w:t>Player development plans</w:t>
      </w:r>
    </w:p>
    <w:p w14:paraId="0829DB52" w14:textId="4BFBFBCA" w:rsidR="00874579" w:rsidRPr="00874579" w:rsidRDefault="00874579" w:rsidP="00874579">
      <w:pPr>
        <w:pStyle w:val="ListParagraph"/>
        <w:numPr>
          <w:ilvl w:val="0"/>
          <w:numId w:val="282"/>
        </w:numPr>
        <w:rPr>
          <w:lang w:val="en-GB"/>
        </w:rPr>
      </w:pPr>
      <w:r w:rsidRPr="00874579">
        <w:rPr>
          <w:lang w:val="en-GB"/>
        </w:rPr>
        <w:t>Strength and Conditioning programmes</w:t>
      </w:r>
    </w:p>
    <w:p w14:paraId="48CF94F5" w14:textId="0A2A27AE" w:rsidR="00874579" w:rsidRPr="00874579" w:rsidRDefault="00874579" w:rsidP="00874579">
      <w:pPr>
        <w:pStyle w:val="ListParagraph"/>
        <w:numPr>
          <w:ilvl w:val="0"/>
          <w:numId w:val="282"/>
        </w:numPr>
        <w:rPr>
          <w:lang w:val="en-GB"/>
        </w:rPr>
      </w:pPr>
      <w:r w:rsidRPr="00874579">
        <w:rPr>
          <w:lang w:val="en-GB"/>
        </w:rPr>
        <w:t>Links to professional and semi-professional clubs</w:t>
      </w:r>
    </w:p>
    <w:p w14:paraId="33F8BC49" w14:textId="27BA2B27" w:rsidR="00874579" w:rsidRDefault="00874579" w:rsidP="00874579">
      <w:pPr>
        <w:pStyle w:val="ListParagraph"/>
        <w:numPr>
          <w:ilvl w:val="0"/>
          <w:numId w:val="282"/>
        </w:numPr>
        <w:rPr>
          <w:lang w:val="en-GB"/>
        </w:rPr>
      </w:pPr>
      <w:r w:rsidRPr="00874579">
        <w:rPr>
          <w:lang w:val="en-GB"/>
        </w:rPr>
        <w:t>Support for students applying for scholarships in the USA</w:t>
      </w:r>
    </w:p>
    <w:p w14:paraId="395A6755" w14:textId="77777777" w:rsidR="00874579" w:rsidRPr="00874579" w:rsidRDefault="00874579" w:rsidP="00874579">
      <w:pPr>
        <w:pStyle w:val="Heading2"/>
        <w:rPr>
          <w:lang w:val="en-GB"/>
        </w:rPr>
      </w:pPr>
      <w:r w:rsidRPr="00874579">
        <w:rPr>
          <w:lang w:val="en-GB"/>
        </w:rPr>
        <w:t>Waterfront Gym</w:t>
      </w:r>
    </w:p>
    <w:p w14:paraId="29701DE1" w14:textId="42F7A451" w:rsidR="00874579" w:rsidRDefault="00874579" w:rsidP="00874579">
      <w:pPr>
        <w:rPr>
          <w:lang w:val="en-GB"/>
        </w:rPr>
      </w:pPr>
      <w:r w:rsidRPr="00874579">
        <w:rPr>
          <w:lang w:val="en-GB"/>
        </w:rPr>
        <w:t>Kirklees College has its own gym and fitness studio</w:t>
      </w:r>
      <w:r>
        <w:rPr>
          <w:lang w:val="en-GB"/>
        </w:rPr>
        <w:t xml:space="preserve"> </w:t>
      </w:r>
      <w:r w:rsidRPr="00874579">
        <w:rPr>
          <w:lang w:val="en-GB"/>
        </w:rPr>
        <w:t>at our Huddersfield Centre. Rock Up and Train</w:t>
      </w:r>
      <w:r>
        <w:rPr>
          <w:lang w:val="en-GB"/>
        </w:rPr>
        <w:t xml:space="preserve"> </w:t>
      </w:r>
      <w:r w:rsidRPr="00874579">
        <w:rPr>
          <w:lang w:val="en-GB"/>
        </w:rPr>
        <w:t>sessions are available to students for free</w:t>
      </w:r>
      <w:r>
        <w:rPr>
          <w:lang w:val="en-GB"/>
        </w:rPr>
        <w:t xml:space="preserve"> </w:t>
      </w:r>
      <w:r w:rsidRPr="00874579">
        <w:rPr>
          <w:lang w:val="en-GB"/>
        </w:rPr>
        <w:t>(depending on timetable and availability).</w:t>
      </w:r>
      <w:r>
        <w:rPr>
          <w:lang w:val="en-GB"/>
        </w:rPr>
        <w:t xml:space="preserve"> </w:t>
      </w:r>
      <w:r w:rsidRPr="00874579">
        <w:rPr>
          <w:lang w:val="en-GB"/>
        </w:rPr>
        <w:t>Training guidance from our experienced</w:t>
      </w:r>
      <w:r>
        <w:rPr>
          <w:lang w:val="en-GB"/>
        </w:rPr>
        <w:t xml:space="preserve"> </w:t>
      </w:r>
      <w:r w:rsidRPr="00874579">
        <w:rPr>
          <w:lang w:val="en-GB"/>
        </w:rPr>
        <w:t>instructor is available as part of the</w:t>
      </w:r>
      <w:r>
        <w:rPr>
          <w:lang w:val="en-GB"/>
        </w:rPr>
        <w:t xml:space="preserve"> </w:t>
      </w:r>
      <w:r w:rsidRPr="00874579">
        <w:rPr>
          <w:lang w:val="en-GB"/>
        </w:rPr>
        <w:t>Rock Up and Train sessions. We also</w:t>
      </w:r>
      <w:r>
        <w:rPr>
          <w:lang w:val="en-GB"/>
        </w:rPr>
        <w:t xml:space="preserve"> </w:t>
      </w:r>
      <w:r w:rsidRPr="00874579">
        <w:rPr>
          <w:lang w:val="en-GB"/>
        </w:rPr>
        <w:t>offer an extensive exercise class</w:t>
      </w:r>
      <w:r>
        <w:rPr>
          <w:lang w:val="en-GB"/>
        </w:rPr>
        <w:t xml:space="preserve"> </w:t>
      </w:r>
      <w:r w:rsidRPr="00874579">
        <w:rPr>
          <w:lang w:val="en-GB"/>
        </w:rPr>
        <w:t>timetable for those interested in</w:t>
      </w:r>
      <w:r>
        <w:rPr>
          <w:lang w:val="en-GB"/>
        </w:rPr>
        <w:t xml:space="preserve"> </w:t>
      </w:r>
      <w:r w:rsidRPr="00874579">
        <w:rPr>
          <w:lang w:val="en-GB"/>
        </w:rPr>
        <w:t>group training.</w:t>
      </w:r>
    </w:p>
    <w:p w14:paraId="5351A77A" w14:textId="28625C4C" w:rsidR="00874579" w:rsidRDefault="002458E8" w:rsidP="002458E8">
      <w:pPr>
        <w:pStyle w:val="Heading1"/>
        <w:rPr>
          <w:lang w:val="en-GB"/>
        </w:rPr>
      </w:pPr>
      <w:r>
        <w:rPr>
          <w:lang w:val="en-GB"/>
        </w:rPr>
        <w:t>Taster Sessions</w:t>
      </w:r>
    </w:p>
    <w:p w14:paraId="4EE7D318" w14:textId="5F2253D9" w:rsidR="002458E8" w:rsidRDefault="002458E8" w:rsidP="002458E8">
      <w:pPr>
        <w:rPr>
          <w:lang w:val="en-GB"/>
        </w:rPr>
      </w:pPr>
      <w:r w:rsidRPr="002458E8">
        <w:rPr>
          <w:lang w:val="en-GB"/>
        </w:rPr>
        <w:t>Taster sessions are a great way to</w:t>
      </w:r>
      <w:r>
        <w:rPr>
          <w:lang w:val="en-GB"/>
        </w:rPr>
        <w:t xml:space="preserve"> </w:t>
      </w:r>
      <w:r w:rsidRPr="002458E8">
        <w:rPr>
          <w:lang w:val="en-GB"/>
        </w:rPr>
        <w:t>find out about a subject area and</w:t>
      </w:r>
      <w:r>
        <w:rPr>
          <w:lang w:val="en-GB"/>
        </w:rPr>
        <w:t xml:space="preserve"> </w:t>
      </w:r>
      <w:r w:rsidRPr="002458E8">
        <w:rPr>
          <w:lang w:val="en-GB"/>
        </w:rPr>
        <w:t>decide if it’s the right option for you.</w:t>
      </w:r>
      <w:r>
        <w:rPr>
          <w:lang w:val="en-GB"/>
        </w:rPr>
        <w:t xml:space="preserve"> </w:t>
      </w:r>
      <w:r w:rsidRPr="002458E8">
        <w:rPr>
          <w:lang w:val="en-GB"/>
        </w:rPr>
        <w:t>Sessions are targeted at Years 9-13</w:t>
      </w:r>
      <w:r>
        <w:rPr>
          <w:lang w:val="en-GB"/>
        </w:rPr>
        <w:t xml:space="preserve"> </w:t>
      </w:r>
      <w:r w:rsidRPr="002458E8">
        <w:rPr>
          <w:lang w:val="en-GB"/>
        </w:rPr>
        <w:t>and usually take place after school</w:t>
      </w:r>
      <w:r>
        <w:rPr>
          <w:lang w:val="en-GB"/>
        </w:rPr>
        <w:t xml:space="preserve"> </w:t>
      </w:r>
      <w:r w:rsidRPr="002458E8">
        <w:rPr>
          <w:lang w:val="en-GB"/>
        </w:rPr>
        <w:t>where possible. Sessions are booked</w:t>
      </w:r>
      <w:r>
        <w:rPr>
          <w:lang w:val="en-GB"/>
        </w:rPr>
        <w:t xml:space="preserve"> </w:t>
      </w:r>
      <w:r w:rsidRPr="002458E8">
        <w:rPr>
          <w:lang w:val="en-GB"/>
        </w:rPr>
        <w:t>on a first come, first-served basis and</w:t>
      </w:r>
      <w:r>
        <w:rPr>
          <w:lang w:val="en-GB"/>
        </w:rPr>
        <w:t xml:space="preserve"> </w:t>
      </w:r>
      <w:r w:rsidRPr="002458E8">
        <w:rPr>
          <w:lang w:val="en-GB"/>
        </w:rPr>
        <w:t>are free to take part in. Sessions will</w:t>
      </w:r>
      <w:r>
        <w:rPr>
          <w:lang w:val="en-GB"/>
        </w:rPr>
        <w:t xml:space="preserve"> </w:t>
      </w:r>
      <w:r w:rsidRPr="002458E8">
        <w:rPr>
          <w:lang w:val="en-GB"/>
        </w:rPr>
        <w:t>only run if enough students sign up.</w:t>
      </w:r>
    </w:p>
    <w:p w14:paraId="6DAFAA33" w14:textId="454BC2B1" w:rsidR="002458E8" w:rsidRDefault="002458E8" w:rsidP="002458E8">
      <w:pPr>
        <w:rPr>
          <w:lang w:val="en-GB"/>
        </w:rPr>
      </w:pPr>
      <w:r>
        <w:rPr>
          <w:lang w:val="en-GB"/>
        </w:rPr>
        <w:t xml:space="preserve">Email </w:t>
      </w:r>
      <w:hyperlink r:id="rId10" w:history="1">
        <w:r w:rsidRPr="00FE0A1A">
          <w:rPr>
            <w:rStyle w:val="Hyperlink"/>
            <w:lang w:val="en-GB"/>
          </w:rPr>
          <w:t>StuRec@kirkleescollege.ac.uk</w:t>
        </w:r>
      </w:hyperlink>
      <w:r>
        <w:rPr>
          <w:lang w:val="en-GB"/>
        </w:rPr>
        <w:t xml:space="preserve"> for more information.</w:t>
      </w:r>
    </w:p>
    <w:p w14:paraId="110C876E" w14:textId="2A36281F" w:rsidR="002458E8" w:rsidRDefault="002458E8" w:rsidP="002458E8">
      <w:pPr>
        <w:rPr>
          <w:lang w:val="en-GB"/>
        </w:rPr>
      </w:pPr>
      <w:r>
        <w:rPr>
          <w:lang w:val="en-GB"/>
        </w:rPr>
        <w:t xml:space="preserve">Visit </w:t>
      </w:r>
      <w:hyperlink r:id="rId11" w:history="1">
        <w:r w:rsidRPr="00FE0A1A">
          <w:rPr>
            <w:rStyle w:val="Hyperlink"/>
            <w:lang w:val="en-GB"/>
          </w:rPr>
          <w:t>https://kirkleescollege.ac.uk/schools/taster-days/</w:t>
        </w:r>
      </w:hyperlink>
      <w:r>
        <w:rPr>
          <w:lang w:val="en-GB"/>
        </w:rPr>
        <w:t xml:space="preserve"> to book. </w:t>
      </w:r>
    </w:p>
    <w:p w14:paraId="26A29BCF" w14:textId="6D8CFB96" w:rsidR="002458E8" w:rsidRDefault="002458E8" w:rsidP="002458E8">
      <w:pPr>
        <w:pStyle w:val="Heading1"/>
        <w:rPr>
          <w:lang w:val="en-GB"/>
        </w:rPr>
      </w:pPr>
      <w:r w:rsidRPr="002458E8">
        <w:rPr>
          <w:lang w:val="en-GB"/>
        </w:rPr>
        <w:lastRenderedPageBreak/>
        <w:t>Inclusive</w:t>
      </w:r>
      <w:r>
        <w:rPr>
          <w:lang w:val="en-GB"/>
        </w:rPr>
        <w:t xml:space="preserve"> </w:t>
      </w:r>
      <w:r w:rsidRPr="002458E8">
        <w:rPr>
          <w:lang w:val="en-GB"/>
        </w:rPr>
        <w:t>Learning</w:t>
      </w:r>
    </w:p>
    <w:p w14:paraId="1707EAF7" w14:textId="7AF05C24" w:rsidR="002458E8" w:rsidRPr="002458E8" w:rsidRDefault="002458E8" w:rsidP="002458E8">
      <w:pPr>
        <w:rPr>
          <w:lang w:val="en-GB"/>
        </w:rPr>
      </w:pPr>
      <w:r w:rsidRPr="002458E8">
        <w:rPr>
          <w:lang w:val="en-GB"/>
        </w:rPr>
        <w:t>The Inclusive Learning team</w:t>
      </w:r>
      <w:r>
        <w:rPr>
          <w:lang w:val="en-GB"/>
        </w:rPr>
        <w:t xml:space="preserve"> </w:t>
      </w:r>
      <w:r w:rsidRPr="002458E8">
        <w:rPr>
          <w:lang w:val="en-GB"/>
        </w:rPr>
        <w:t>is committed to providing the</w:t>
      </w:r>
      <w:r>
        <w:rPr>
          <w:lang w:val="en-GB"/>
        </w:rPr>
        <w:t xml:space="preserve"> </w:t>
      </w:r>
      <w:r w:rsidRPr="002458E8">
        <w:rPr>
          <w:lang w:val="en-GB"/>
        </w:rPr>
        <w:t>highest standard of support for our</w:t>
      </w:r>
      <w:r>
        <w:rPr>
          <w:lang w:val="en-GB"/>
        </w:rPr>
        <w:t xml:space="preserve"> </w:t>
      </w:r>
      <w:r w:rsidRPr="002458E8">
        <w:rPr>
          <w:lang w:val="en-GB"/>
        </w:rPr>
        <w:t>learners with Special Education Needs</w:t>
      </w:r>
      <w:r>
        <w:rPr>
          <w:lang w:val="en-GB"/>
        </w:rPr>
        <w:t xml:space="preserve"> </w:t>
      </w:r>
      <w:r w:rsidRPr="002458E8">
        <w:rPr>
          <w:lang w:val="en-GB"/>
        </w:rPr>
        <w:t>or Disabilities (SEND) ensuring you enjoy a</w:t>
      </w:r>
      <w:r>
        <w:rPr>
          <w:lang w:val="en-GB"/>
        </w:rPr>
        <w:t xml:space="preserve"> </w:t>
      </w:r>
      <w:r w:rsidRPr="002458E8">
        <w:rPr>
          <w:lang w:val="en-GB"/>
        </w:rPr>
        <w:t>fulfilling learning experience.</w:t>
      </w:r>
    </w:p>
    <w:p w14:paraId="44F29ED1" w14:textId="24CE41D0" w:rsidR="002458E8" w:rsidRPr="002458E8" w:rsidRDefault="002458E8" w:rsidP="002458E8">
      <w:pPr>
        <w:rPr>
          <w:lang w:val="en-GB"/>
        </w:rPr>
      </w:pPr>
      <w:r w:rsidRPr="002458E8">
        <w:rPr>
          <w:lang w:val="en-GB"/>
        </w:rPr>
        <w:t>Our dedicated team is here to help you achieve the</w:t>
      </w:r>
      <w:r>
        <w:rPr>
          <w:lang w:val="en-GB"/>
        </w:rPr>
        <w:t xml:space="preserve"> </w:t>
      </w:r>
      <w:r w:rsidRPr="002458E8">
        <w:rPr>
          <w:lang w:val="en-GB"/>
        </w:rPr>
        <w:t>best experience during your time at Kirklees College</w:t>
      </w:r>
      <w:r>
        <w:rPr>
          <w:lang w:val="en-GB"/>
        </w:rPr>
        <w:t xml:space="preserve"> </w:t>
      </w:r>
      <w:r w:rsidRPr="002458E8">
        <w:rPr>
          <w:lang w:val="en-GB"/>
        </w:rPr>
        <w:t>and will work with you to ensure your individual needs are</w:t>
      </w:r>
      <w:r>
        <w:rPr>
          <w:lang w:val="en-GB"/>
        </w:rPr>
        <w:t xml:space="preserve"> </w:t>
      </w:r>
      <w:r w:rsidRPr="002458E8">
        <w:rPr>
          <w:lang w:val="en-GB"/>
        </w:rPr>
        <w:t>supported.</w:t>
      </w:r>
    </w:p>
    <w:p w14:paraId="7D4E306A" w14:textId="09475943" w:rsidR="002458E8" w:rsidRDefault="002458E8" w:rsidP="002458E8">
      <w:pPr>
        <w:rPr>
          <w:lang w:val="en-GB"/>
        </w:rPr>
      </w:pPr>
      <w:r w:rsidRPr="002458E8">
        <w:rPr>
          <w:lang w:val="en-GB"/>
        </w:rPr>
        <w:t>You can view a full list of staff contacts on the college website.</w:t>
      </w:r>
      <w:r>
        <w:rPr>
          <w:lang w:val="en-GB"/>
        </w:rPr>
        <w:t xml:space="preserve"> </w:t>
      </w:r>
      <w:r w:rsidRPr="002458E8">
        <w:rPr>
          <w:lang w:val="en-GB"/>
        </w:rPr>
        <w:t>Please contact your SEND Lead and SENDCo for any SEND or</w:t>
      </w:r>
      <w:r>
        <w:rPr>
          <w:lang w:val="en-GB"/>
        </w:rPr>
        <w:t xml:space="preserve"> </w:t>
      </w:r>
      <w:r w:rsidRPr="002458E8">
        <w:rPr>
          <w:lang w:val="en-GB"/>
        </w:rPr>
        <w:t>EHCP queries, for course queries please contact the curriculum</w:t>
      </w:r>
      <w:r>
        <w:rPr>
          <w:lang w:val="en-GB"/>
        </w:rPr>
        <w:t xml:space="preserve"> </w:t>
      </w:r>
      <w:r w:rsidRPr="002458E8">
        <w:rPr>
          <w:lang w:val="en-GB"/>
        </w:rPr>
        <w:t>teams. Please contact your SEND Lead and SENDCo prior to</w:t>
      </w:r>
      <w:r>
        <w:rPr>
          <w:lang w:val="en-GB"/>
        </w:rPr>
        <w:t xml:space="preserve"> </w:t>
      </w:r>
      <w:r w:rsidRPr="002458E8">
        <w:rPr>
          <w:lang w:val="en-GB"/>
        </w:rPr>
        <w:t>escalating any queries to SEND managers.</w:t>
      </w:r>
    </w:p>
    <w:p w14:paraId="324495EC" w14:textId="2E4470C7" w:rsidR="002458E8" w:rsidRDefault="002458E8" w:rsidP="002458E8">
      <w:pPr>
        <w:rPr>
          <w:lang w:val="en-GB"/>
        </w:rPr>
      </w:pPr>
      <w:r>
        <w:rPr>
          <w:lang w:val="en-GB"/>
        </w:rPr>
        <w:t xml:space="preserve">Visit </w:t>
      </w:r>
      <w:hyperlink r:id="rId12" w:history="1">
        <w:r w:rsidRPr="00FE0A1A">
          <w:rPr>
            <w:rStyle w:val="Hyperlink"/>
            <w:lang w:val="en-GB"/>
          </w:rPr>
          <w:t>https://kirkleescollege.ac.uk/student-support/inclusive-learning/</w:t>
        </w:r>
      </w:hyperlink>
      <w:r>
        <w:rPr>
          <w:lang w:val="en-GB"/>
        </w:rPr>
        <w:t xml:space="preserve"> for more information.</w:t>
      </w:r>
    </w:p>
    <w:p w14:paraId="2FB0F481" w14:textId="77777777" w:rsidR="002458E8" w:rsidRDefault="002458E8" w:rsidP="002458E8">
      <w:pPr>
        <w:pStyle w:val="Heading1"/>
        <w:rPr>
          <w:lang w:val="en-GB"/>
        </w:rPr>
      </w:pPr>
    </w:p>
    <w:p w14:paraId="5F0511F5" w14:textId="3C4AEAD0" w:rsidR="002458E8" w:rsidRDefault="002458E8" w:rsidP="002458E8">
      <w:pPr>
        <w:pStyle w:val="Heading1"/>
        <w:rPr>
          <w:lang w:val="en-GB"/>
        </w:rPr>
      </w:pPr>
      <w:r>
        <w:rPr>
          <w:lang w:val="en-GB"/>
        </w:rPr>
        <w:t>Open Days</w:t>
      </w:r>
    </w:p>
    <w:p w14:paraId="70801595" w14:textId="77777777" w:rsidR="002458E8" w:rsidRPr="002458E8" w:rsidRDefault="002458E8" w:rsidP="002458E8">
      <w:pPr>
        <w:pStyle w:val="Heading2"/>
        <w:rPr>
          <w:lang w:val="en-GB"/>
        </w:rPr>
      </w:pPr>
      <w:r w:rsidRPr="002458E8">
        <w:rPr>
          <w:lang w:val="en-GB"/>
        </w:rPr>
        <w:t>ALL CENTRES</w:t>
      </w:r>
    </w:p>
    <w:p w14:paraId="7CC8EF8F" w14:textId="77777777" w:rsidR="002458E8" w:rsidRPr="002458E8" w:rsidRDefault="002458E8" w:rsidP="002458E8">
      <w:pPr>
        <w:pStyle w:val="Heading3"/>
        <w:rPr>
          <w:lang w:val="en-GB"/>
        </w:rPr>
      </w:pPr>
      <w:r w:rsidRPr="002458E8">
        <w:rPr>
          <w:lang w:val="en-GB"/>
        </w:rPr>
        <w:t>Saturday 17 October 2026</w:t>
      </w:r>
    </w:p>
    <w:p w14:paraId="439B39A9" w14:textId="77777777" w:rsidR="002458E8" w:rsidRPr="002458E8" w:rsidRDefault="002458E8" w:rsidP="002458E8">
      <w:pPr>
        <w:rPr>
          <w:lang w:val="en-GB"/>
        </w:rPr>
      </w:pPr>
      <w:r w:rsidRPr="002458E8">
        <w:rPr>
          <w:lang w:val="en-GB"/>
        </w:rPr>
        <w:t>10.30am – 1pm (last entry 12.30pm)</w:t>
      </w:r>
    </w:p>
    <w:p w14:paraId="34FFD3D9" w14:textId="77777777" w:rsidR="002458E8" w:rsidRPr="002458E8" w:rsidRDefault="002458E8" w:rsidP="002458E8">
      <w:pPr>
        <w:pStyle w:val="Heading3"/>
        <w:rPr>
          <w:lang w:val="en-GB"/>
        </w:rPr>
      </w:pPr>
      <w:r w:rsidRPr="002458E8">
        <w:rPr>
          <w:lang w:val="en-GB"/>
        </w:rPr>
        <w:t>Saturday 28 November 2026</w:t>
      </w:r>
    </w:p>
    <w:p w14:paraId="556F024C" w14:textId="77777777" w:rsidR="002458E8" w:rsidRPr="002458E8" w:rsidRDefault="002458E8" w:rsidP="002458E8">
      <w:pPr>
        <w:rPr>
          <w:lang w:val="en-GB"/>
        </w:rPr>
      </w:pPr>
      <w:r w:rsidRPr="002458E8">
        <w:rPr>
          <w:lang w:val="en-GB"/>
        </w:rPr>
        <w:t>10.30am – 1pm (last entry 12.30pm)</w:t>
      </w:r>
    </w:p>
    <w:p w14:paraId="1EB80EFA" w14:textId="77777777" w:rsidR="002458E8" w:rsidRPr="002458E8" w:rsidRDefault="002458E8" w:rsidP="002458E8">
      <w:pPr>
        <w:pStyle w:val="Heading3"/>
        <w:rPr>
          <w:lang w:val="en-GB"/>
        </w:rPr>
      </w:pPr>
      <w:r w:rsidRPr="002458E8">
        <w:rPr>
          <w:lang w:val="en-GB"/>
        </w:rPr>
        <w:t>Saturday 6 February 2027</w:t>
      </w:r>
    </w:p>
    <w:p w14:paraId="16FC5722" w14:textId="16235FD8" w:rsidR="002458E8" w:rsidRDefault="002458E8" w:rsidP="002458E8">
      <w:pPr>
        <w:rPr>
          <w:lang w:val="en-GB"/>
        </w:rPr>
      </w:pPr>
      <w:r w:rsidRPr="002458E8">
        <w:rPr>
          <w:lang w:val="en-GB"/>
        </w:rPr>
        <w:t>10.30am – 1pm (last entry 12.30pm)</w:t>
      </w:r>
    </w:p>
    <w:p w14:paraId="7F2D6874" w14:textId="77777777" w:rsidR="002458E8" w:rsidRPr="002458E8" w:rsidRDefault="002458E8" w:rsidP="002458E8">
      <w:pPr>
        <w:pStyle w:val="Heading1"/>
        <w:rPr>
          <w:lang w:val="en-GB"/>
        </w:rPr>
      </w:pPr>
      <w:r w:rsidRPr="002458E8">
        <w:rPr>
          <w:lang w:val="en-GB"/>
        </w:rPr>
        <w:t>Open Evenings</w:t>
      </w:r>
    </w:p>
    <w:p w14:paraId="0C0D15BE" w14:textId="77777777" w:rsidR="002458E8" w:rsidRPr="002458E8" w:rsidRDefault="002458E8" w:rsidP="002458E8">
      <w:pPr>
        <w:pStyle w:val="Heading2"/>
        <w:rPr>
          <w:lang w:val="en-GB"/>
        </w:rPr>
      </w:pPr>
      <w:r w:rsidRPr="002458E8">
        <w:rPr>
          <w:lang w:val="en-GB"/>
        </w:rPr>
        <w:t>HUDDERSFIELD CENTRES</w:t>
      </w:r>
    </w:p>
    <w:p w14:paraId="6D07C734" w14:textId="77777777" w:rsidR="002458E8" w:rsidRPr="002458E8" w:rsidRDefault="002458E8" w:rsidP="002458E8">
      <w:pPr>
        <w:pStyle w:val="Heading3"/>
        <w:rPr>
          <w:lang w:val="en-GB"/>
        </w:rPr>
      </w:pPr>
      <w:r w:rsidRPr="002458E8">
        <w:rPr>
          <w:lang w:val="en-GB"/>
        </w:rPr>
        <w:t>Tuesday 29 June 2027</w:t>
      </w:r>
    </w:p>
    <w:p w14:paraId="5E720409" w14:textId="77777777" w:rsidR="002458E8" w:rsidRPr="002458E8" w:rsidRDefault="002458E8" w:rsidP="002458E8">
      <w:pPr>
        <w:rPr>
          <w:lang w:val="en-GB"/>
        </w:rPr>
      </w:pPr>
      <w:r w:rsidRPr="002458E8">
        <w:rPr>
          <w:lang w:val="en-GB"/>
        </w:rPr>
        <w:t>5pm – 7pm (last entry 6.30pm)</w:t>
      </w:r>
    </w:p>
    <w:p w14:paraId="5711A7B5" w14:textId="77777777" w:rsidR="002458E8" w:rsidRPr="002458E8" w:rsidRDefault="002458E8" w:rsidP="002458E8">
      <w:pPr>
        <w:pStyle w:val="Heading2"/>
        <w:rPr>
          <w:lang w:val="en-GB"/>
        </w:rPr>
      </w:pPr>
      <w:r w:rsidRPr="002458E8">
        <w:rPr>
          <w:lang w:val="en-GB"/>
        </w:rPr>
        <w:t>DEWSBURY CENTRES</w:t>
      </w:r>
    </w:p>
    <w:p w14:paraId="5B5BADCF" w14:textId="77777777" w:rsidR="002458E8" w:rsidRPr="002458E8" w:rsidRDefault="002458E8" w:rsidP="002458E8">
      <w:pPr>
        <w:pStyle w:val="Heading3"/>
        <w:rPr>
          <w:lang w:val="en-GB"/>
        </w:rPr>
      </w:pPr>
      <w:r w:rsidRPr="002458E8">
        <w:rPr>
          <w:lang w:val="en-GB"/>
        </w:rPr>
        <w:t>Wednesday 30 June 2027</w:t>
      </w:r>
    </w:p>
    <w:p w14:paraId="49C35ACC" w14:textId="6727BCFB" w:rsidR="002458E8" w:rsidRDefault="002458E8" w:rsidP="002458E8">
      <w:pPr>
        <w:rPr>
          <w:lang w:val="en-GB"/>
        </w:rPr>
      </w:pPr>
      <w:r w:rsidRPr="002458E8">
        <w:rPr>
          <w:lang w:val="en-GB"/>
        </w:rPr>
        <w:t>5pm – 7pm (last entry 6.30pm)</w:t>
      </w:r>
    </w:p>
    <w:p w14:paraId="7C2836F5" w14:textId="0A37CC13" w:rsidR="002458E8" w:rsidRDefault="002458E8" w:rsidP="002458E8">
      <w:pPr>
        <w:rPr>
          <w:lang w:val="en-GB"/>
        </w:rPr>
      </w:pPr>
      <w:r>
        <w:rPr>
          <w:lang w:val="en-GB"/>
        </w:rPr>
        <w:lastRenderedPageBreak/>
        <w:t xml:space="preserve">For more info, visit </w:t>
      </w:r>
      <w:hyperlink r:id="rId13" w:history="1">
        <w:r w:rsidRPr="00FE0A1A">
          <w:rPr>
            <w:rStyle w:val="Hyperlink"/>
            <w:lang w:val="en-GB"/>
          </w:rPr>
          <w:t>https://kirkleescollege.ac.uk/open-days/</w:t>
        </w:r>
      </w:hyperlink>
      <w:r>
        <w:rPr>
          <w:lang w:val="en-GB"/>
        </w:rPr>
        <w:t xml:space="preserve"> </w:t>
      </w:r>
    </w:p>
    <w:p w14:paraId="5065E470" w14:textId="77777777" w:rsidR="002458E8" w:rsidRDefault="002458E8" w:rsidP="002458E8">
      <w:pPr>
        <w:rPr>
          <w:lang w:val="en-GB"/>
        </w:rPr>
      </w:pPr>
    </w:p>
    <w:p w14:paraId="4ED4FB45" w14:textId="14F6BBB2" w:rsidR="002458E8" w:rsidRDefault="002458E8" w:rsidP="002458E8">
      <w:pPr>
        <w:pStyle w:val="Heading1"/>
        <w:rPr>
          <w:lang w:val="en-GB"/>
        </w:rPr>
      </w:pPr>
      <w:r>
        <w:rPr>
          <w:lang w:val="en-GB"/>
        </w:rPr>
        <w:t>COLS</w:t>
      </w:r>
    </w:p>
    <w:p w14:paraId="72BE5161" w14:textId="6FEF2784" w:rsidR="002458E8" w:rsidRDefault="002458E8" w:rsidP="002458E8">
      <w:pPr>
        <w:pStyle w:val="Heading2"/>
        <w:rPr>
          <w:lang w:val="en-GB"/>
        </w:rPr>
      </w:pPr>
      <w:r>
        <w:rPr>
          <w:lang w:val="en-GB"/>
        </w:rPr>
        <w:t>College Outstanding Learner Success Awards</w:t>
      </w:r>
    </w:p>
    <w:p w14:paraId="3C0E9B71" w14:textId="2DF4082D" w:rsidR="002458E8" w:rsidRPr="002458E8" w:rsidRDefault="002458E8" w:rsidP="002458E8">
      <w:pPr>
        <w:pStyle w:val="Heading3"/>
        <w:rPr>
          <w:lang w:val="en-GB"/>
        </w:rPr>
      </w:pPr>
      <w:r>
        <w:rPr>
          <w:lang w:val="en-GB"/>
        </w:rPr>
        <w:t>SUPPORTED BY THE THOMAS ARMYTAGE TRUST FOOD</w:t>
      </w:r>
    </w:p>
    <w:p w14:paraId="77AFF574" w14:textId="162E099C" w:rsidR="002458E8" w:rsidRPr="002458E8" w:rsidRDefault="002458E8" w:rsidP="002458E8">
      <w:pPr>
        <w:rPr>
          <w:lang w:val="en-GB"/>
        </w:rPr>
      </w:pPr>
      <w:r w:rsidRPr="002458E8">
        <w:rPr>
          <w:lang w:val="en-GB"/>
        </w:rPr>
        <w:t>The annual COLS awards celebrate outstanding</w:t>
      </w:r>
      <w:r>
        <w:rPr>
          <w:lang w:val="en-GB"/>
        </w:rPr>
        <w:t xml:space="preserve"> </w:t>
      </w:r>
      <w:r w:rsidRPr="002458E8">
        <w:rPr>
          <w:lang w:val="en-GB"/>
        </w:rPr>
        <w:t>student success. We always hold this event at</w:t>
      </w:r>
      <w:r>
        <w:rPr>
          <w:lang w:val="en-GB"/>
        </w:rPr>
        <w:t xml:space="preserve"> </w:t>
      </w:r>
      <w:r w:rsidRPr="002458E8">
        <w:rPr>
          <w:lang w:val="en-GB"/>
        </w:rPr>
        <w:t xml:space="preserve">an amazing venue, such as the </w:t>
      </w:r>
      <w:proofErr w:type="spellStart"/>
      <w:r w:rsidRPr="002458E8">
        <w:rPr>
          <w:lang w:val="en-GB"/>
        </w:rPr>
        <w:t>Accu</w:t>
      </w:r>
      <w:proofErr w:type="spellEnd"/>
      <w:r w:rsidRPr="002458E8">
        <w:rPr>
          <w:lang w:val="en-GB"/>
        </w:rPr>
        <w:t xml:space="preserve"> stadium in</w:t>
      </w:r>
      <w:r>
        <w:rPr>
          <w:lang w:val="en-GB"/>
        </w:rPr>
        <w:t xml:space="preserve"> </w:t>
      </w:r>
      <w:r w:rsidRPr="002458E8">
        <w:rPr>
          <w:lang w:val="en-GB"/>
        </w:rPr>
        <w:t>Huddersfield, and it gives a chance for staff and</w:t>
      </w:r>
      <w:r>
        <w:rPr>
          <w:lang w:val="en-GB"/>
        </w:rPr>
        <w:t xml:space="preserve"> </w:t>
      </w:r>
      <w:r w:rsidRPr="002458E8">
        <w:rPr>
          <w:lang w:val="en-GB"/>
        </w:rPr>
        <w:t>students to come together and celebrate the year.</w:t>
      </w:r>
    </w:p>
    <w:p w14:paraId="5A9BCC8F" w14:textId="16FA9719" w:rsidR="002458E8" w:rsidRPr="002458E8" w:rsidRDefault="002458E8" w:rsidP="002458E8">
      <w:pPr>
        <w:rPr>
          <w:lang w:val="en-GB"/>
        </w:rPr>
      </w:pPr>
      <w:r w:rsidRPr="002458E8">
        <w:rPr>
          <w:lang w:val="en-GB"/>
        </w:rPr>
        <w:t>There’s only one winner per subject area, so work</w:t>
      </w:r>
      <w:r>
        <w:rPr>
          <w:lang w:val="en-GB"/>
        </w:rPr>
        <w:t xml:space="preserve"> </w:t>
      </w:r>
      <w:r w:rsidRPr="002458E8">
        <w:rPr>
          <w:lang w:val="en-GB"/>
        </w:rPr>
        <w:t>hard and give it your all to be in with a chance of</w:t>
      </w:r>
      <w:r>
        <w:rPr>
          <w:lang w:val="en-GB"/>
        </w:rPr>
        <w:t xml:space="preserve"> </w:t>
      </w:r>
      <w:r w:rsidRPr="002458E8">
        <w:rPr>
          <w:lang w:val="en-GB"/>
        </w:rPr>
        <w:t>winning one of these prestigious trophies!</w:t>
      </w:r>
    </w:p>
    <w:sectPr w:rsidR="002458E8" w:rsidRPr="002458E8"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0A657" w14:textId="77777777" w:rsidR="00385484" w:rsidRDefault="00385484" w:rsidP="00385484">
      <w:pPr>
        <w:spacing w:after="0" w:line="240" w:lineRule="auto"/>
      </w:pPr>
      <w:r>
        <w:separator/>
      </w:r>
    </w:p>
  </w:endnote>
  <w:endnote w:type="continuationSeparator" w:id="0">
    <w:p w14:paraId="7AE02C72" w14:textId="77777777" w:rsidR="00385484" w:rsidRDefault="00385484" w:rsidP="00385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6D66B" w14:textId="77777777" w:rsidR="00385484" w:rsidRDefault="00385484" w:rsidP="00385484">
      <w:pPr>
        <w:spacing w:after="0" w:line="240" w:lineRule="auto"/>
      </w:pPr>
      <w:r>
        <w:separator/>
      </w:r>
    </w:p>
  </w:footnote>
  <w:footnote w:type="continuationSeparator" w:id="0">
    <w:p w14:paraId="602CD9B2" w14:textId="77777777" w:rsidR="00385484" w:rsidRDefault="00385484" w:rsidP="003854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0021EA"/>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0CB2A55"/>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1181D80"/>
    <w:multiLevelType w:val="multilevel"/>
    <w:tmpl w:val="CE4E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705358"/>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C20CC3"/>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F71119"/>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1F7C81"/>
    <w:multiLevelType w:val="hybridMultilevel"/>
    <w:tmpl w:val="6E1E1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23974A6"/>
    <w:multiLevelType w:val="hybridMultilevel"/>
    <w:tmpl w:val="9C7CBA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27C7A3A"/>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F17E37"/>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3C53E25"/>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4672591"/>
    <w:multiLevelType w:val="hybridMultilevel"/>
    <w:tmpl w:val="EC74BC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049162C1"/>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53735A3"/>
    <w:multiLevelType w:val="hybridMultilevel"/>
    <w:tmpl w:val="DB9EE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5F368AB"/>
    <w:multiLevelType w:val="hybridMultilevel"/>
    <w:tmpl w:val="5BA68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6E70D6B"/>
    <w:multiLevelType w:val="hybridMultilevel"/>
    <w:tmpl w:val="06681A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071E45C3"/>
    <w:multiLevelType w:val="hybridMultilevel"/>
    <w:tmpl w:val="21948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77F367C"/>
    <w:multiLevelType w:val="hybridMultilevel"/>
    <w:tmpl w:val="C01688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07DE0F58"/>
    <w:multiLevelType w:val="hybridMultilevel"/>
    <w:tmpl w:val="F9E2DE90"/>
    <w:lvl w:ilvl="0" w:tplc="08090001">
      <w:start w:val="1"/>
      <w:numFmt w:val="bullet"/>
      <w:lvlText w:val=""/>
      <w:lvlJc w:val="left"/>
      <w:pPr>
        <w:ind w:left="720" w:hanging="360"/>
      </w:pPr>
      <w:rPr>
        <w:rFonts w:ascii="Symbol" w:hAnsi="Symbol" w:hint="default"/>
      </w:rPr>
    </w:lvl>
    <w:lvl w:ilvl="1" w:tplc="D2D035C0">
      <w:numFmt w:val="bullet"/>
      <w:lvlText w:val="•"/>
      <w:lvlJc w:val="left"/>
      <w:pPr>
        <w:ind w:left="1440" w:hanging="360"/>
      </w:pPr>
      <w:rPr>
        <w:rFonts w:ascii="Cambria" w:eastAsiaTheme="minorEastAsia" w:hAnsi="Cambri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7FB521B"/>
    <w:multiLevelType w:val="hybridMultilevel"/>
    <w:tmpl w:val="B22E2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920402A"/>
    <w:multiLevelType w:val="hybridMultilevel"/>
    <w:tmpl w:val="7CA2B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092A5093"/>
    <w:multiLevelType w:val="hybridMultilevel"/>
    <w:tmpl w:val="9F341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99D01E5"/>
    <w:multiLevelType w:val="multilevel"/>
    <w:tmpl w:val="DCBA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9C157C1"/>
    <w:multiLevelType w:val="hybridMultilevel"/>
    <w:tmpl w:val="8028F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A2556C7"/>
    <w:multiLevelType w:val="hybridMultilevel"/>
    <w:tmpl w:val="934C3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A2E3B36"/>
    <w:multiLevelType w:val="hybridMultilevel"/>
    <w:tmpl w:val="9C7E0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0A31210E"/>
    <w:multiLevelType w:val="multilevel"/>
    <w:tmpl w:val="B348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A6E3C6E"/>
    <w:multiLevelType w:val="multilevel"/>
    <w:tmpl w:val="07D4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A9B01A6"/>
    <w:multiLevelType w:val="hybridMultilevel"/>
    <w:tmpl w:val="F7AC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0AD0021F"/>
    <w:multiLevelType w:val="hybridMultilevel"/>
    <w:tmpl w:val="33EAEF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0BB854E1"/>
    <w:multiLevelType w:val="hybridMultilevel"/>
    <w:tmpl w:val="1D162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0BEE5D0F"/>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C1E1CFE"/>
    <w:multiLevelType w:val="multilevel"/>
    <w:tmpl w:val="F088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D1D381B"/>
    <w:multiLevelType w:val="multilevel"/>
    <w:tmpl w:val="508A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D622024"/>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D6B6B05"/>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E11452A"/>
    <w:multiLevelType w:val="multilevel"/>
    <w:tmpl w:val="259A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E1C6C71"/>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EBB57FF"/>
    <w:multiLevelType w:val="hybridMultilevel"/>
    <w:tmpl w:val="3EFEE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0EDB1915"/>
    <w:multiLevelType w:val="hybridMultilevel"/>
    <w:tmpl w:val="E7987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00E1000"/>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0E85487"/>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1006310"/>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1146D09"/>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13C62B7"/>
    <w:multiLevelType w:val="hybridMultilevel"/>
    <w:tmpl w:val="C35AE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17A308D"/>
    <w:multiLevelType w:val="hybridMultilevel"/>
    <w:tmpl w:val="7EF63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23F2F62"/>
    <w:multiLevelType w:val="hybridMultilevel"/>
    <w:tmpl w:val="BC12B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129C1908"/>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2AB51B4"/>
    <w:multiLevelType w:val="hybridMultilevel"/>
    <w:tmpl w:val="4B348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4292491"/>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42C173C"/>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45D6C49"/>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4E71E57"/>
    <w:multiLevelType w:val="hybridMultilevel"/>
    <w:tmpl w:val="D264C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15550075"/>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57B506C"/>
    <w:multiLevelType w:val="hybridMultilevel"/>
    <w:tmpl w:val="15FE35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15B44479"/>
    <w:multiLevelType w:val="hybridMultilevel"/>
    <w:tmpl w:val="7AAEC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15B737E7"/>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60F6333"/>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662623E"/>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6777CAC"/>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6D939D4"/>
    <w:multiLevelType w:val="hybridMultilevel"/>
    <w:tmpl w:val="8DA0C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17886487"/>
    <w:multiLevelType w:val="multilevel"/>
    <w:tmpl w:val="9398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7D33D2A"/>
    <w:multiLevelType w:val="hybridMultilevel"/>
    <w:tmpl w:val="515E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18215F7B"/>
    <w:multiLevelType w:val="multilevel"/>
    <w:tmpl w:val="787A4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8274B7E"/>
    <w:multiLevelType w:val="hybridMultilevel"/>
    <w:tmpl w:val="C5CEED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1995260A"/>
    <w:multiLevelType w:val="hybridMultilevel"/>
    <w:tmpl w:val="2B92D5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199F19A3"/>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9F1582E"/>
    <w:multiLevelType w:val="hybridMultilevel"/>
    <w:tmpl w:val="50B0E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1A783375"/>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A8505A1"/>
    <w:multiLevelType w:val="multilevel"/>
    <w:tmpl w:val="1F10E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AAC643C"/>
    <w:multiLevelType w:val="hybridMultilevel"/>
    <w:tmpl w:val="2C5645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7" w15:restartNumberingAfterBreak="0">
    <w:nsid w:val="1C105413"/>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C3C6D38"/>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D6B4DA4"/>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D992A69"/>
    <w:multiLevelType w:val="hybridMultilevel"/>
    <w:tmpl w:val="68B8F2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1" w15:restartNumberingAfterBreak="0">
    <w:nsid w:val="1D9D3A6D"/>
    <w:multiLevelType w:val="multilevel"/>
    <w:tmpl w:val="2A5A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ED86CB4"/>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0242AB7"/>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19044EB"/>
    <w:multiLevelType w:val="hybridMultilevel"/>
    <w:tmpl w:val="66649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223E688F"/>
    <w:multiLevelType w:val="hybridMultilevel"/>
    <w:tmpl w:val="F752B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22956352"/>
    <w:multiLevelType w:val="hybridMultilevel"/>
    <w:tmpl w:val="DD0473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7" w15:restartNumberingAfterBreak="0">
    <w:nsid w:val="229F55EC"/>
    <w:multiLevelType w:val="hybridMultilevel"/>
    <w:tmpl w:val="199CC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2AB20C7"/>
    <w:multiLevelType w:val="multilevel"/>
    <w:tmpl w:val="7854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393768C"/>
    <w:multiLevelType w:val="multilevel"/>
    <w:tmpl w:val="3222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3A247EF"/>
    <w:multiLevelType w:val="multilevel"/>
    <w:tmpl w:val="AD98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40A554D"/>
    <w:multiLevelType w:val="hybridMultilevel"/>
    <w:tmpl w:val="737E1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24307B5E"/>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4464B87"/>
    <w:multiLevelType w:val="hybridMultilevel"/>
    <w:tmpl w:val="0A9C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26775ABC"/>
    <w:multiLevelType w:val="hybridMultilevel"/>
    <w:tmpl w:val="384290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279E0294"/>
    <w:multiLevelType w:val="hybridMultilevel"/>
    <w:tmpl w:val="2496E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27DA0526"/>
    <w:multiLevelType w:val="hybridMultilevel"/>
    <w:tmpl w:val="4886BF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7" w15:restartNumberingAfterBreak="0">
    <w:nsid w:val="27E07191"/>
    <w:multiLevelType w:val="multilevel"/>
    <w:tmpl w:val="2FA0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9A01FC3"/>
    <w:multiLevelType w:val="multilevel"/>
    <w:tmpl w:val="7650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A385FF6"/>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AED77C9"/>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AF77C1B"/>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B3840A9"/>
    <w:multiLevelType w:val="hybridMultilevel"/>
    <w:tmpl w:val="B87872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3" w15:restartNumberingAfterBreak="0">
    <w:nsid w:val="2B77395D"/>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CB0171F"/>
    <w:multiLevelType w:val="multilevel"/>
    <w:tmpl w:val="85B8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DA24B36"/>
    <w:multiLevelType w:val="multilevel"/>
    <w:tmpl w:val="353C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DB95AD9"/>
    <w:multiLevelType w:val="hybridMultilevel"/>
    <w:tmpl w:val="DFF43F26"/>
    <w:lvl w:ilvl="0" w:tplc="08090001">
      <w:start w:val="1"/>
      <w:numFmt w:val="bullet"/>
      <w:lvlText w:val=""/>
      <w:lvlJc w:val="left"/>
      <w:pPr>
        <w:ind w:left="720" w:hanging="360"/>
      </w:pPr>
      <w:rPr>
        <w:rFonts w:ascii="Symbol" w:hAnsi="Symbol" w:hint="default"/>
      </w:rPr>
    </w:lvl>
    <w:lvl w:ilvl="1" w:tplc="F9328478">
      <w:start w:val="1"/>
      <w:numFmt w:val="bullet"/>
      <w:lvlText w:val="•"/>
      <w:lvlJc w:val="left"/>
      <w:pPr>
        <w:ind w:left="1440" w:hanging="360"/>
      </w:pPr>
      <w:rPr>
        <w:rFonts w:ascii="Cambria" w:eastAsiaTheme="minorEastAsia" w:hAnsi="Cambri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2DC215FE"/>
    <w:multiLevelType w:val="hybridMultilevel"/>
    <w:tmpl w:val="1584A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2EB50710"/>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F1C130C"/>
    <w:multiLevelType w:val="hybridMultilevel"/>
    <w:tmpl w:val="E1AC40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2F685BA0"/>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F9F1AE6"/>
    <w:multiLevelType w:val="multilevel"/>
    <w:tmpl w:val="2542C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FAA427D"/>
    <w:multiLevelType w:val="hybridMultilevel"/>
    <w:tmpl w:val="D7268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2FCE3F02"/>
    <w:multiLevelType w:val="multilevel"/>
    <w:tmpl w:val="F0E4F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FDA0BD7"/>
    <w:multiLevelType w:val="hybridMultilevel"/>
    <w:tmpl w:val="861C6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312924A4"/>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1CC27D7"/>
    <w:multiLevelType w:val="hybridMultilevel"/>
    <w:tmpl w:val="5C628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7" w15:restartNumberingAfterBreak="0">
    <w:nsid w:val="3225763F"/>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24654BB"/>
    <w:multiLevelType w:val="hybridMultilevel"/>
    <w:tmpl w:val="C7663F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9" w15:restartNumberingAfterBreak="0">
    <w:nsid w:val="32564FDB"/>
    <w:multiLevelType w:val="hybridMultilevel"/>
    <w:tmpl w:val="3DF8D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32BA4BD1"/>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3314414F"/>
    <w:multiLevelType w:val="hybridMultilevel"/>
    <w:tmpl w:val="67D84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33544A18"/>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3894B62"/>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3992EE8"/>
    <w:multiLevelType w:val="hybridMultilevel"/>
    <w:tmpl w:val="38883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342D6413"/>
    <w:multiLevelType w:val="hybridMultilevel"/>
    <w:tmpl w:val="E3689B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6" w15:restartNumberingAfterBreak="0">
    <w:nsid w:val="348D55E8"/>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34C22BF8"/>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5B34655"/>
    <w:multiLevelType w:val="multilevel"/>
    <w:tmpl w:val="EBFCA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5D90D9C"/>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5FD704A"/>
    <w:multiLevelType w:val="multilevel"/>
    <w:tmpl w:val="126C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6AC1E02"/>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36BE66A7"/>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75333A1"/>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389B5241"/>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39117071"/>
    <w:multiLevelType w:val="hybridMultilevel"/>
    <w:tmpl w:val="72465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39E07F8D"/>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A213867"/>
    <w:multiLevelType w:val="hybridMultilevel"/>
    <w:tmpl w:val="DA94F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3AD9448F"/>
    <w:multiLevelType w:val="hybridMultilevel"/>
    <w:tmpl w:val="E934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3AE3697F"/>
    <w:multiLevelType w:val="hybridMultilevel"/>
    <w:tmpl w:val="DE062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3AF161BD"/>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B0900ED"/>
    <w:multiLevelType w:val="hybridMultilevel"/>
    <w:tmpl w:val="6B7C0C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2" w15:restartNumberingAfterBreak="0">
    <w:nsid w:val="3CD745EF"/>
    <w:multiLevelType w:val="hybridMultilevel"/>
    <w:tmpl w:val="294A4B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3" w15:restartNumberingAfterBreak="0">
    <w:nsid w:val="3D0E78AE"/>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D4408C4"/>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E5216B1"/>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EE75484"/>
    <w:multiLevelType w:val="hybridMultilevel"/>
    <w:tmpl w:val="9F144A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7" w15:restartNumberingAfterBreak="0">
    <w:nsid w:val="3EF56E97"/>
    <w:multiLevelType w:val="hybridMultilevel"/>
    <w:tmpl w:val="DC66F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3F090303"/>
    <w:multiLevelType w:val="multilevel"/>
    <w:tmpl w:val="4F5E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F28251A"/>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F335AFE"/>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FA6139D"/>
    <w:multiLevelType w:val="hybridMultilevel"/>
    <w:tmpl w:val="30ACBF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2" w15:restartNumberingAfterBreak="0">
    <w:nsid w:val="3FD80A3C"/>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0E13971"/>
    <w:multiLevelType w:val="hybridMultilevel"/>
    <w:tmpl w:val="E2A690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4" w15:restartNumberingAfterBreak="0">
    <w:nsid w:val="410C329F"/>
    <w:multiLevelType w:val="hybridMultilevel"/>
    <w:tmpl w:val="83DE5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41ED65DD"/>
    <w:multiLevelType w:val="hybridMultilevel"/>
    <w:tmpl w:val="70084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43124CC4"/>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3845A64"/>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40250D0"/>
    <w:multiLevelType w:val="hybridMultilevel"/>
    <w:tmpl w:val="05284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44246EE2"/>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4953AF0"/>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4DE45E1"/>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629554D"/>
    <w:multiLevelType w:val="hybridMultilevel"/>
    <w:tmpl w:val="69488D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3" w15:restartNumberingAfterBreak="0">
    <w:nsid w:val="466A1C89"/>
    <w:multiLevelType w:val="hybridMultilevel"/>
    <w:tmpl w:val="B8C01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46F26B48"/>
    <w:multiLevelType w:val="hybridMultilevel"/>
    <w:tmpl w:val="DFEE2C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5" w15:restartNumberingAfterBreak="0">
    <w:nsid w:val="48214AF1"/>
    <w:multiLevelType w:val="multilevel"/>
    <w:tmpl w:val="8960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8576968"/>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85F29C8"/>
    <w:multiLevelType w:val="multilevel"/>
    <w:tmpl w:val="17E8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8FF103B"/>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90C064A"/>
    <w:multiLevelType w:val="multilevel"/>
    <w:tmpl w:val="EF22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49131D50"/>
    <w:multiLevelType w:val="hybridMultilevel"/>
    <w:tmpl w:val="8CF2B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494B7C55"/>
    <w:multiLevelType w:val="multilevel"/>
    <w:tmpl w:val="3EF6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49994613"/>
    <w:multiLevelType w:val="hybridMultilevel"/>
    <w:tmpl w:val="17ECFD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3" w15:restartNumberingAfterBreak="0">
    <w:nsid w:val="4B4E3723"/>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BD57DDD"/>
    <w:multiLevelType w:val="multilevel"/>
    <w:tmpl w:val="C570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BE71C2B"/>
    <w:multiLevelType w:val="hybridMultilevel"/>
    <w:tmpl w:val="AC3E6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4BE96D89"/>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BF702CA"/>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4C675620"/>
    <w:multiLevelType w:val="hybridMultilevel"/>
    <w:tmpl w:val="8EA26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9" w15:restartNumberingAfterBreak="0">
    <w:nsid w:val="4CA47DBC"/>
    <w:multiLevelType w:val="multilevel"/>
    <w:tmpl w:val="CCC88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4D284395"/>
    <w:multiLevelType w:val="hybridMultilevel"/>
    <w:tmpl w:val="CB806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50797482"/>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1A560C1"/>
    <w:multiLevelType w:val="multilevel"/>
    <w:tmpl w:val="0946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21D73E7"/>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23054CD"/>
    <w:multiLevelType w:val="multilevel"/>
    <w:tmpl w:val="EAA20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2420238"/>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3302136"/>
    <w:multiLevelType w:val="hybridMultilevel"/>
    <w:tmpl w:val="8272A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53DD7994"/>
    <w:multiLevelType w:val="multilevel"/>
    <w:tmpl w:val="C624E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4186EC8"/>
    <w:multiLevelType w:val="hybridMultilevel"/>
    <w:tmpl w:val="7A2095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9" w15:restartNumberingAfterBreak="0">
    <w:nsid w:val="555F6C37"/>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5C22D2F"/>
    <w:multiLevelType w:val="hybridMultilevel"/>
    <w:tmpl w:val="22162E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1" w15:restartNumberingAfterBreak="0">
    <w:nsid w:val="55D62F82"/>
    <w:multiLevelType w:val="hybridMultilevel"/>
    <w:tmpl w:val="0E58C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56177DFF"/>
    <w:multiLevelType w:val="hybridMultilevel"/>
    <w:tmpl w:val="7910D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563F6B42"/>
    <w:multiLevelType w:val="hybridMultilevel"/>
    <w:tmpl w:val="482C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568E4F4D"/>
    <w:multiLevelType w:val="hybridMultilevel"/>
    <w:tmpl w:val="F5CEA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56D1612F"/>
    <w:multiLevelType w:val="hybridMultilevel"/>
    <w:tmpl w:val="0A26AC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6" w15:restartNumberingAfterBreak="0">
    <w:nsid w:val="56D8751E"/>
    <w:multiLevelType w:val="hybridMultilevel"/>
    <w:tmpl w:val="98F8CB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7" w15:restartNumberingAfterBreak="0">
    <w:nsid w:val="57080884"/>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74A7DEC"/>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7AE04B9"/>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57D25FDD"/>
    <w:multiLevelType w:val="hybridMultilevel"/>
    <w:tmpl w:val="B26417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1" w15:restartNumberingAfterBreak="0">
    <w:nsid w:val="57E4072E"/>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83C39A1"/>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58A621B7"/>
    <w:multiLevelType w:val="multilevel"/>
    <w:tmpl w:val="5C36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91A7152"/>
    <w:multiLevelType w:val="hybridMultilevel"/>
    <w:tmpl w:val="1F08E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59600317"/>
    <w:multiLevelType w:val="hybridMultilevel"/>
    <w:tmpl w:val="6DD2A7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6" w15:restartNumberingAfterBreak="0">
    <w:nsid w:val="59DE6BA6"/>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A5F406C"/>
    <w:multiLevelType w:val="hybridMultilevel"/>
    <w:tmpl w:val="7A64D6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8" w15:restartNumberingAfterBreak="0">
    <w:nsid w:val="5A6341FD"/>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A924EC7"/>
    <w:multiLevelType w:val="hybridMultilevel"/>
    <w:tmpl w:val="EDD81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5ABE747B"/>
    <w:multiLevelType w:val="multilevel"/>
    <w:tmpl w:val="DC2C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B0050F3"/>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B0466DD"/>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B2E3BAA"/>
    <w:multiLevelType w:val="hybridMultilevel"/>
    <w:tmpl w:val="E4D42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5B3A1679"/>
    <w:multiLevelType w:val="hybridMultilevel"/>
    <w:tmpl w:val="9F7CE6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5" w15:restartNumberingAfterBreak="0">
    <w:nsid w:val="5C9F7C17"/>
    <w:multiLevelType w:val="multilevel"/>
    <w:tmpl w:val="A9E6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E104650"/>
    <w:multiLevelType w:val="multilevel"/>
    <w:tmpl w:val="6CBE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5E86769B"/>
    <w:multiLevelType w:val="hybridMultilevel"/>
    <w:tmpl w:val="BD9E0D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8" w15:restartNumberingAfterBreak="0">
    <w:nsid w:val="5E93776D"/>
    <w:multiLevelType w:val="hybridMultilevel"/>
    <w:tmpl w:val="6142B7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9" w15:restartNumberingAfterBreak="0">
    <w:nsid w:val="5ED566F7"/>
    <w:multiLevelType w:val="hybridMultilevel"/>
    <w:tmpl w:val="A23EB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FD06F21"/>
    <w:multiLevelType w:val="hybridMultilevel"/>
    <w:tmpl w:val="3BF21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15:restartNumberingAfterBreak="0">
    <w:nsid w:val="602D5FCF"/>
    <w:multiLevelType w:val="hybridMultilevel"/>
    <w:tmpl w:val="999E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605A2584"/>
    <w:multiLevelType w:val="hybridMultilevel"/>
    <w:tmpl w:val="C972B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60EA2B0E"/>
    <w:multiLevelType w:val="multilevel"/>
    <w:tmpl w:val="D3B0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616C3539"/>
    <w:multiLevelType w:val="multilevel"/>
    <w:tmpl w:val="0C4AE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298360F"/>
    <w:multiLevelType w:val="hybridMultilevel"/>
    <w:tmpl w:val="3AB46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630B6A31"/>
    <w:multiLevelType w:val="hybridMultilevel"/>
    <w:tmpl w:val="6BFE65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7" w15:restartNumberingAfterBreak="0">
    <w:nsid w:val="648D4109"/>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56C1E57"/>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65E96B5B"/>
    <w:multiLevelType w:val="multilevel"/>
    <w:tmpl w:val="AA7C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662855A3"/>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6384958"/>
    <w:multiLevelType w:val="multilevel"/>
    <w:tmpl w:val="132242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6CF5B89"/>
    <w:multiLevelType w:val="multilevel"/>
    <w:tmpl w:val="B1B62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670E6087"/>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78778C6"/>
    <w:multiLevelType w:val="hybridMultilevel"/>
    <w:tmpl w:val="433E26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5" w15:restartNumberingAfterBreak="0">
    <w:nsid w:val="6858375A"/>
    <w:multiLevelType w:val="multilevel"/>
    <w:tmpl w:val="5790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68B109F4"/>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68BE1F69"/>
    <w:multiLevelType w:val="multilevel"/>
    <w:tmpl w:val="5A56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69941B95"/>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9D60FD0"/>
    <w:multiLevelType w:val="hybridMultilevel"/>
    <w:tmpl w:val="B4E2BB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0" w15:restartNumberingAfterBreak="0">
    <w:nsid w:val="6AC7140E"/>
    <w:multiLevelType w:val="hybridMultilevel"/>
    <w:tmpl w:val="173E2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1" w15:restartNumberingAfterBreak="0">
    <w:nsid w:val="6AE4787F"/>
    <w:multiLevelType w:val="hybridMultilevel"/>
    <w:tmpl w:val="CB6EB1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2" w15:restartNumberingAfterBreak="0">
    <w:nsid w:val="6AED543D"/>
    <w:multiLevelType w:val="hybridMultilevel"/>
    <w:tmpl w:val="DFB8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6B206839"/>
    <w:multiLevelType w:val="multilevel"/>
    <w:tmpl w:val="4F028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6B89232B"/>
    <w:multiLevelType w:val="hybridMultilevel"/>
    <w:tmpl w:val="B4B04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15:restartNumberingAfterBreak="0">
    <w:nsid w:val="6D9673F2"/>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6DE079FE"/>
    <w:multiLevelType w:val="hybridMultilevel"/>
    <w:tmpl w:val="D4E4E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7" w15:restartNumberingAfterBreak="0">
    <w:nsid w:val="6EC66440"/>
    <w:multiLevelType w:val="hybridMultilevel"/>
    <w:tmpl w:val="70D4F2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8" w15:restartNumberingAfterBreak="0">
    <w:nsid w:val="6ED8365F"/>
    <w:multiLevelType w:val="multilevel"/>
    <w:tmpl w:val="5526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6F864138"/>
    <w:multiLevelType w:val="hybridMultilevel"/>
    <w:tmpl w:val="6B168F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15:restartNumberingAfterBreak="0">
    <w:nsid w:val="6FBC5ABB"/>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6FC2290A"/>
    <w:multiLevelType w:val="multilevel"/>
    <w:tmpl w:val="4936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0617B5B"/>
    <w:multiLevelType w:val="multilevel"/>
    <w:tmpl w:val="5E5C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0F242B5"/>
    <w:multiLevelType w:val="hybridMultilevel"/>
    <w:tmpl w:val="97C86C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4" w15:restartNumberingAfterBreak="0">
    <w:nsid w:val="71785F07"/>
    <w:multiLevelType w:val="hybridMultilevel"/>
    <w:tmpl w:val="C00E6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15:restartNumberingAfterBreak="0">
    <w:nsid w:val="71B5018F"/>
    <w:multiLevelType w:val="hybridMultilevel"/>
    <w:tmpl w:val="E7CE5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15:restartNumberingAfterBreak="0">
    <w:nsid w:val="73B12E93"/>
    <w:multiLevelType w:val="hybridMultilevel"/>
    <w:tmpl w:val="EF0AF2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7" w15:restartNumberingAfterBreak="0">
    <w:nsid w:val="73BA073B"/>
    <w:multiLevelType w:val="hybridMultilevel"/>
    <w:tmpl w:val="37C4C0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8" w15:restartNumberingAfterBreak="0">
    <w:nsid w:val="74577A8E"/>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4BF2210"/>
    <w:multiLevelType w:val="hybridMultilevel"/>
    <w:tmpl w:val="F2FC7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15:restartNumberingAfterBreak="0">
    <w:nsid w:val="74DA1212"/>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75AD48A4"/>
    <w:multiLevelType w:val="hybridMultilevel"/>
    <w:tmpl w:val="15C815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2" w15:restartNumberingAfterBreak="0">
    <w:nsid w:val="763C2EBB"/>
    <w:multiLevelType w:val="hybridMultilevel"/>
    <w:tmpl w:val="15EC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3" w15:restartNumberingAfterBreak="0">
    <w:nsid w:val="7645037A"/>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76696955"/>
    <w:multiLevelType w:val="hybridMultilevel"/>
    <w:tmpl w:val="58BA6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5" w15:restartNumberingAfterBreak="0">
    <w:nsid w:val="76851A82"/>
    <w:multiLevelType w:val="hybridMultilevel"/>
    <w:tmpl w:val="67188B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6" w15:restartNumberingAfterBreak="0">
    <w:nsid w:val="76A4385A"/>
    <w:multiLevelType w:val="hybridMultilevel"/>
    <w:tmpl w:val="99EC9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76EC071C"/>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77524AAC"/>
    <w:multiLevelType w:val="hybridMultilevel"/>
    <w:tmpl w:val="D854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15:restartNumberingAfterBreak="0">
    <w:nsid w:val="77752631"/>
    <w:multiLevelType w:val="multilevel"/>
    <w:tmpl w:val="BDF26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78897DE5"/>
    <w:multiLevelType w:val="hybridMultilevel"/>
    <w:tmpl w:val="0276E9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1" w15:restartNumberingAfterBreak="0">
    <w:nsid w:val="79255EB0"/>
    <w:multiLevelType w:val="multilevel"/>
    <w:tmpl w:val="B854F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79F44C71"/>
    <w:multiLevelType w:val="multilevel"/>
    <w:tmpl w:val="BB76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7AF569FB"/>
    <w:multiLevelType w:val="multilevel"/>
    <w:tmpl w:val="0110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7BA24789"/>
    <w:multiLevelType w:val="hybridMultilevel"/>
    <w:tmpl w:val="100E52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5" w15:restartNumberingAfterBreak="0">
    <w:nsid w:val="7C546996"/>
    <w:multiLevelType w:val="multilevel"/>
    <w:tmpl w:val="E9FA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7C657130"/>
    <w:multiLevelType w:val="hybridMultilevel"/>
    <w:tmpl w:val="B276F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7" w15:restartNumberingAfterBreak="0">
    <w:nsid w:val="7DC67B55"/>
    <w:multiLevelType w:val="multilevel"/>
    <w:tmpl w:val="EE909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mbria" w:eastAsiaTheme="minorEastAsia" w:hAnsi="Cambria"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7F094612"/>
    <w:multiLevelType w:val="hybridMultilevel"/>
    <w:tmpl w:val="EA147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15:restartNumberingAfterBreak="0">
    <w:nsid w:val="7F70398B"/>
    <w:multiLevelType w:val="multilevel"/>
    <w:tmpl w:val="8BC0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7FA53E58"/>
    <w:multiLevelType w:val="hybridMultilevel"/>
    <w:tmpl w:val="CECCE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15:restartNumberingAfterBreak="0">
    <w:nsid w:val="7FBF2076"/>
    <w:multiLevelType w:val="hybridMultilevel"/>
    <w:tmpl w:val="FBFA4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5794715">
    <w:abstractNumId w:val="5"/>
  </w:num>
  <w:num w:numId="2" w16cid:durableId="917832418">
    <w:abstractNumId w:val="3"/>
  </w:num>
  <w:num w:numId="3" w16cid:durableId="1414087794">
    <w:abstractNumId w:val="2"/>
  </w:num>
  <w:num w:numId="4" w16cid:durableId="1921790630">
    <w:abstractNumId w:val="4"/>
  </w:num>
  <w:num w:numId="5" w16cid:durableId="669910251">
    <w:abstractNumId w:val="1"/>
  </w:num>
  <w:num w:numId="6" w16cid:durableId="663125744">
    <w:abstractNumId w:val="0"/>
  </w:num>
  <w:num w:numId="7" w16cid:durableId="727612996">
    <w:abstractNumId w:val="180"/>
  </w:num>
  <w:num w:numId="8" w16cid:durableId="1224369931">
    <w:abstractNumId w:val="186"/>
  </w:num>
  <w:num w:numId="9" w16cid:durableId="96020732">
    <w:abstractNumId w:val="34"/>
  </w:num>
  <w:num w:numId="10" w16cid:durableId="937758106">
    <w:abstractNumId w:val="27"/>
  </w:num>
  <w:num w:numId="11" w16cid:durableId="1272785017">
    <w:abstractNumId w:val="251"/>
  </w:num>
  <w:num w:numId="12" w16cid:durableId="798765601">
    <w:abstractNumId w:val="269"/>
  </w:num>
  <w:num w:numId="13" w16cid:durableId="1437021125">
    <w:abstractNumId w:val="210"/>
  </w:num>
  <w:num w:numId="14" w16cid:durableId="561259357">
    <w:abstractNumId w:val="203"/>
  </w:num>
  <w:num w:numId="15" w16cid:durableId="1657300589">
    <w:abstractNumId w:val="248"/>
  </w:num>
  <w:num w:numId="16" w16cid:durableId="1446463143">
    <w:abstractNumId w:val="148"/>
  </w:num>
  <w:num w:numId="17" w16cid:durableId="361781299">
    <w:abstractNumId w:val="169"/>
  </w:num>
  <w:num w:numId="18" w16cid:durableId="488404893">
    <w:abstractNumId w:val="235"/>
  </w:num>
  <w:num w:numId="19" w16cid:durableId="408844778">
    <w:abstractNumId w:val="89"/>
  </w:num>
  <w:num w:numId="20" w16cid:durableId="1767532814">
    <w:abstractNumId w:val="165"/>
  </w:num>
  <w:num w:numId="21" w16cid:durableId="1786192104">
    <w:abstractNumId w:val="67"/>
  </w:num>
  <w:num w:numId="22" w16cid:durableId="597058901">
    <w:abstractNumId w:val="98"/>
  </w:num>
  <w:num w:numId="23" w16cid:durableId="2020308158">
    <w:abstractNumId w:val="104"/>
  </w:num>
  <w:num w:numId="24" w16cid:durableId="404183731">
    <w:abstractNumId w:val="279"/>
  </w:num>
  <w:num w:numId="25" w16cid:durableId="729890893">
    <w:abstractNumId w:val="179"/>
  </w:num>
  <w:num w:numId="26" w16cid:durableId="1500543353">
    <w:abstractNumId w:val="39"/>
  </w:num>
  <w:num w:numId="27" w16cid:durableId="1104885492">
    <w:abstractNumId w:val="223"/>
  </w:num>
  <w:num w:numId="28" w16cid:durableId="123162091">
    <w:abstractNumId w:val="252"/>
  </w:num>
  <w:num w:numId="29" w16cid:durableId="717052130">
    <w:abstractNumId w:val="243"/>
  </w:num>
  <w:num w:numId="30" w16cid:durableId="370573107">
    <w:abstractNumId w:val="87"/>
  </w:num>
  <w:num w:numId="31" w16cid:durableId="464012244">
    <w:abstractNumId w:val="246"/>
  </w:num>
  <w:num w:numId="32" w16cid:durableId="1930457397">
    <w:abstractNumId w:val="158"/>
  </w:num>
  <w:num w:numId="33" w16cid:durableId="93942592">
    <w:abstractNumId w:val="85"/>
  </w:num>
  <w:num w:numId="34" w16cid:durableId="910773070">
    <w:abstractNumId w:val="138"/>
  </w:num>
  <w:num w:numId="35" w16cid:durableId="2037852695">
    <w:abstractNumId w:val="222"/>
  </w:num>
  <w:num w:numId="36" w16cid:durableId="1828470224">
    <w:abstractNumId w:val="50"/>
  </w:num>
  <w:num w:numId="37" w16cid:durableId="1420591039">
    <w:abstractNumId w:val="45"/>
  </w:num>
  <w:num w:numId="38" w16cid:durableId="257445552">
    <w:abstractNumId w:val="22"/>
  </w:num>
  <w:num w:numId="39" w16cid:durableId="499003971">
    <w:abstractNumId w:val="240"/>
  </w:num>
  <w:num w:numId="40" w16cid:durableId="100417865">
    <w:abstractNumId w:val="154"/>
  </w:num>
  <w:num w:numId="41" w16cid:durableId="1053963209">
    <w:abstractNumId w:val="209"/>
  </w:num>
  <w:num w:numId="42" w16cid:durableId="1011640650">
    <w:abstractNumId w:val="281"/>
  </w:num>
  <w:num w:numId="43" w16cid:durableId="1782645236">
    <w:abstractNumId w:val="73"/>
  </w:num>
  <w:num w:numId="44" w16cid:durableId="2036728019">
    <w:abstractNumId w:val="220"/>
  </w:num>
  <w:num w:numId="45" w16cid:durableId="1895308345">
    <w:abstractNumId w:val="278"/>
  </w:num>
  <w:num w:numId="46" w16cid:durableId="2063558319">
    <w:abstractNumId w:val="20"/>
  </w:num>
  <w:num w:numId="47" w16cid:durableId="48382260">
    <w:abstractNumId w:val="112"/>
  </w:num>
  <w:num w:numId="48" w16cid:durableId="1848590583">
    <w:abstractNumId w:val="259"/>
  </w:num>
  <w:num w:numId="49" w16cid:durableId="1006245425">
    <w:abstractNumId w:val="184"/>
  </w:num>
  <w:num w:numId="50" w16cid:durableId="352730533">
    <w:abstractNumId w:val="272"/>
  </w:num>
  <w:num w:numId="51" w16cid:durableId="665212904">
    <w:abstractNumId w:val="88"/>
  </w:num>
  <w:num w:numId="52" w16cid:durableId="1865092931">
    <w:abstractNumId w:val="81"/>
  </w:num>
  <w:num w:numId="53" w16cid:durableId="207571592">
    <w:abstractNumId w:val="90"/>
  </w:num>
  <w:num w:numId="54" w16cid:durableId="1490711740">
    <w:abstractNumId w:val="8"/>
  </w:num>
  <w:num w:numId="55" w16cid:durableId="1679229166">
    <w:abstractNumId w:val="69"/>
  </w:num>
  <w:num w:numId="56" w16cid:durableId="120807608">
    <w:abstractNumId w:val="229"/>
  </w:num>
  <w:num w:numId="57" w16cid:durableId="184835061">
    <w:abstractNumId w:val="111"/>
  </w:num>
  <w:num w:numId="58" w16cid:durableId="753937668">
    <w:abstractNumId w:val="38"/>
  </w:num>
  <w:num w:numId="59" w16cid:durableId="1740326966">
    <w:abstractNumId w:val="105"/>
  </w:num>
  <w:num w:numId="60" w16cid:durableId="1669862788">
    <w:abstractNumId w:val="237"/>
  </w:num>
  <w:num w:numId="61" w16cid:durableId="2062092694">
    <w:abstractNumId w:val="42"/>
  </w:num>
  <w:num w:numId="62" w16cid:durableId="1985695636">
    <w:abstractNumId w:val="224"/>
  </w:num>
  <w:num w:numId="63" w16cid:durableId="710573250">
    <w:abstractNumId w:val="75"/>
  </w:num>
  <w:num w:numId="64" w16cid:durableId="643047702">
    <w:abstractNumId w:val="273"/>
  </w:num>
  <w:num w:numId="65" w16cid:durableId="654912745">
    <w:abstractNumId w:val="32"/>
  </w:num>
  <w:num w:numId="66" w16cid:durableId="710959624">
    <w:abstractNumId w:val="29"/>
  </w:num>
  <w:num w:numId="67" w16cid:durableId="1377395151">
    <w:abstractNumId w:val="24"/>
  </w:num>
  <w:num w:numId="68" w16cid:durableId="382368759">
    <w:abstractNumId w:val="30"/>
  </w:num>
  <w:num w:numId="69" w16cid:durableId="1717701869">
    <w:abstractNumId w:val="51"/>
  </w:num>
  <w:num w:numId="70" w16cid:durableId="2067793770">
    <w:abstractNumId w:val="107"/>
  </w:num>
  <w:num w:numId="71" w16cid:durableId="1416131338">
    <w:abstractNumId w:val="44"/>
  </w:num>
  <w:num w:numId="72" w16cid:durableId="864707006">
    <w:abstractNumId w:val="12"/>
  </w:num>
  <w:num w:numId="73" w16cid:durableId="406223421">
    <w:abstractNumId w:val="163"/>
  </w:num>
  <w:num w:numId="74" w16cid:durableId="705642203">
    <w:abstractNumId w:val="66"/>
  </w:num>
  <w:num w:numId="75" w16cid:durableId="1971470312">
    <w:abstractNumId w:val="268"/>
  </w:num>
  <w:num w:numId="76" w16cid:durableId="1103720111">
    <w:abstractNumId w:val="36"/>
  </w:num>
  <w:num w:numId="77" w16cid:durableId="1798252593">
    <w:abstractNumId w:val="31"/>
  </w:num>
  <w:num w:numId="78" w16cid:durableId="326134525">
    <w:abstractNumId w:val="175"/>
  </w:num>
  <w:num w:numId="79" w16cid:durableId="1992250296">
    <w:abstractNumId w:val="266"/>
  </w:num>
  <w:num w:numId="80" w16cid:durableId="1593510800">
    <w:abstractNumId w:val="193"/>
  </w:num>
  <w:num w:numId="81" w16cid:durableId="90853535">
    <w:abstractNumId w:val="139"/>
  </w:num>
  <w:num w:numId="82" w16cid:durableId="224344761">
    <w:abstractNumId w:val="19"/>
  </w:num>
  <w:num w:numId="83" w16cid:durableId="532353671">
    <w:abstractNumId w:val="280"/>
  </w:num>
  <w:num w:numId="84" w16cid:durableId="78986880">
    <w:abstractNumId w:val="242"/>
  </w:num>
  <w:num w:numId="85" w16cid:durableId="1470825059">
    <w:abstractNumId w:val="121"/>
  </w:num>
  <w:num w:numId="86" w16cid:durableId="2128693463">
    <w:abstractNumId w:val="95"/>
  </w:num>
  <w:num w:numId="87" w16cid:durableId="1708800246">
    <w:abstractNumId w:val="264"/>
  </w:num>
  <w:num w:numId="88" w16cid:durableId="688798595">
    <w:abstractNumId w:val="225"/>
  </w:num>
  <w:num w:numId="89" w16cid:durableId="2018270968">
    <w:abstractNumId w:val="84"/>
  </w:num>
  <w:num w:numId="90" w16cid:durableId="1293095278">
    <w:abstractNumId w:val="221"/>
  </w:num>
  <w:num w:numId="91" w16cid:durableId="1095974470">
    <w:abstractNumId w:val="170"/>
  </w:num>
  <w:num w:numId="92" w16cid:durableId="1673335321">
    <w:abstractNumId w:val="254"/>
  </w:num>
  <w:num w:numId="93" w16cid:durableId="1632588724">
    <w:abstractNumId w:val="255"/>
  </w:num>
  <w:num w:numId="94" w16cid:durableId="1206602273">
    <w:abstractNumId w:val="182"/>
  </w:num>
  <w:num w:numId="95" w16cid:durableId="1878463607">
    <w:abstractNumId w:val="171"/>
  </w:num>
  <w:num w:numId="96" w16cid:durableId="862473580">
    <w:abstractNumId w:val="113"/>
  </w:num>
  <w:num w:numId="97" w16cid:durableId="843860036">
    <w:abstractNumId w:val="71"/>
  </w:num>
  <w:num w:numId="98" w16cid:durableId="1398044792">
    <w:abstractNumId w:val="247"/>
  </w:num>
  <w:num w:numId="99" w16cid:durableId="421415843">
    <w:abstractNumId w:val="234"/>
  </w:num>
  <w:num w:numId="100" w16cid:durableId="860826890">
    <w:abstractNumId w:val="76"/>
  </w:num>
  <w:num w:numId="101" w16cid:durableId="248730958">
    <w:abstractNumId w:val="190"/>
  </w:num>
  <w:num w:numId="102" w16cid:durableId="944994109">
    <w:abstractNumId w:val="94"/>
  </w:num>
  <w:num w:numId="103" w16cid:durableId="715934401">
    <w:abstractNumId w:val="17"/>
  </w:num>
  <w:num w:numId="104" w16cid:durableId="2053646676">
    <w:abstractNumId w:val="109"/>
  </w:num>
  <w:num w:numId="105" w16cid:durableId="3435085">
    <w:abstractNumId w:val="172"/>
  </w:num>
  <w:num w:numId="106" w16cid:durableId="1173759189">
    <w:abstractNumId w:val="146"/>
  </w:num>
  <w:num w:numId="107" w16cid:durableId="1037704108">
    <w:abstractNumId w:val="153"/>
  </w:num>
  <w:num w:numId="108" w16cid:durableId="1686134720">
    <w:abstractNumId w:val="35"/>
  </w:num>
  <w:num w:numId="109" w16cid:durableId="234897207">
    <w:abstractNumId w:val="218"/>
  </w:num>
  <w:num w:numId="110" w16cid:durableId="1382172218">
    <w:abstractNumId w:val="207"/>
  </w:num>
  <w:num w:numId="111" w16cid:durableId="68428632">
    <w:abstractNumId w:val="231"/>
  </w:num>
  <w:num w:numId="112" w16cid:durableId="1612125851">
    <w:abstractNumId w:val="265"/>
  </w:num>
  <w:num w:numId="113" w16cid:durableId="1218081689">
    <w:abstractNumId w:val="60"/>
  </w:num>
  <w:num w:numId="114" w16cid:durableId="473715238">
    <w:abstractNumId w:val="151"/>
  </w:num>
  <w:num w:numId="115" w16cid:durableId="1161117789">
    <w:abstractNumId w:val="270"/>
  </w:num>
  <w:num w:numId="116" w16cid:durableId="1726486427">
    <w:abstractNumId w:val="192"/>
  </w:num>
  <w:num w:numId="117" w16cid:durableId="1565023377">
    <w:abstractNumId w:val="244"/>
  </w:num>
  <w:num w:numId="118" w16cid:durableId="192311034">
    <w:abstractNumId w:val="135"/>
  </w:num>
  <w:num w:numId="119" w16cid:durableId="1075514254">
    <w:abstractNumId w:val="25"/>
  </w:num>
  <w:num w:numId="120" w16cid:durableId="1355309484">
    <w:abstractNumId w:val="213"/>
  </w:num>
  <w:num w:numId="121" w16cid:durableId="1475442620">
    <w:abstractNumId w:val="124"/>
  </w:num>
  <w:num w:numId="122" w16cid:durableId="405684312">
    <w:abstractNumId w:val="114"/>
  </w:num>
  <w:num w:numId="123" w16cid:durableId="2084863414">
    <w:abstractNumId w:val="26"/>
  </w:num>
  <w:num w:numId="124" w16cid:durableId="35740152">
    <w:abstractNumId w:val="191"/>
  </w:num>
  <w:num w:numId="125" w16cid:durableId="649557941">
    <w:abstractNumId w:val="119"/>
  </w:num>
  <w:num w:numId="126" w16cid:durableId="53746942">
    <w:abstractNumId w:val="276"/>
  </w:num>
  <w:num w:numId="127" w16cid:durableId="2042585593">
    <w:abstractNumId w:val="204"/>
  </w:num>
  <w:num w:numId="128" w16cid:durableId="1545092407">
    <w:abstractNumId w:val="137"/>
  </w:num>
  <w:num w:numId="129" w16cid:durableId="619914453">
    <w:abstractNumId w:val="106"/>
  </w:num>
  <w:num w:numId="130" w16cid:durableId="575942442">
    <w:abstractNumId w:val="93"/>
  </w:num>
  <w:num w:numId="131" w16cid:durableId="618144650">
    <w:abstractNumId w:val="58"/>
  </w:num>
  <w:num w:numId="132" w16cid:durableId="1499688368">
    <w:abstractNumId w:val="155"/>
  </w:num>
  <w:num w:numId="133" w16cid:durableId="1072508364">
    <w:abstractNumId w:val="61"/>
  </w:num>
  <w:num w:numId="134" w16cid:durableId="1377122916">
    <w:abstractNumId w:val="219"/>
  </w:num>
  <w:num w:numId="135" w16cid:durableId="1033648982">
    <w:abstractNumId w:val="52"/>
  </w:num>
  <w:num w:numId="136" w16cid:durableId="81029377">
    <w:abstractNumId w:val="68"/>
  </w:num>
  <w:num w:numId="137" w16cid:durableId="1826891266">
    <w:abstractNumId w:val="174"/>
  </w:num>
  <w:num w:numId="138" w16cid:durableId="2036036779">
    <w:abstractNumId w:val="216"/>
  </w:num>
  <w:num w:numId="139" w16cid:durableId="407575566">
    <w:abstractNumId w:val="28"/>
  </w:num>
  <w:num w:numId="140" w16cid:durableId="1139029118">
    <w:abstractNumId w:val="33"/>
  </w:num>
  <w:num w:numId="141" w16cid:durableId="471598440">
    <w:abstractNumId w:val="271"/>
  </w:num>
  <w:num w:numId="142" w16cid:durableId="1104616532">
    <w:abstractNumId w:val="128"/>
  </w:num>
  <w:num w:numId="143" w16cid:durableId="905189630">
    <w:abstractNumId w:val="97"/>
  </w:num>
  <w:num w:numId="144" w16cid:durableId="1838616665">
    <w:abstractNumId w:val="130"/>
  </w:num>
  <w:num w:numId="145" w16cid:durableId="1724475819">
    <w:abstractNumId w:val="187"/>
  </w:num>
  <w:num w:numId="146" w16cid:durableId="88477464">
    <w:abstractNumId w:val="142"/>
  </w:num>
  <w:num w:numId="147" w16cid:durableId="1746412141">
    <w:abstractNumId w:val="249"/>
  </w:num>
  <w:num w:numId="148" w16cid:durableId="1587763592">
    <w:abstractNumId w:val="13"/>
  </w:num>
  <w:num w:numId="149" w16cid:durableId="898519284">
    <w:abstractNumId w:val="205"/>
  </w:num>
  <w:num w:numId="150" w16cid:durableId="1525362962">
    <w:abstractNumId w:val="162"/>
  </w:num>
  <w:num w:numId="151" w16cid:durableId="119347977">
    <w:abstractNumId w:val="188"/>
  </w:num>
  <w:num w:numId="152" w16cid:durableId="13045029">
    <w:abstractNumId w:val="261"/>
  </w:num>
  <w:num w:numId="153" w16cid:durableId="1703936664">
    <w:abstractNumId w:val="118"/>
  </w:num>
  <w:num w:numId="154" w16cid:durableId="1783568574">
    <w:abstractNumId w:val="217"/>
  </w:num>
  <w:num w:numId="155" w16cid:durableId="1185481832">
    <w:abstractNumId w:val="102"/>
  </w:num>
  <w:num w:numId="156" w16cid:durableId="1915239166">
    <w:abstractNumId w:val="239"/>
  </w:num>
  <w:num w:numId="157" w16cid:durableId="1631740677">
    <w:abstractNumId w:val="256"/>
  </w:num>
  <w:num w:numId="158" w16cid:durableId="1030188071">
    <w:abstractNumId w:val="195"/>
  </w:num>
  <w:num w:numId="159" w16cid:durableId="1927768066">
    <w:abstractNumId w:val="257"/>
  </w:num>
  <w:num w:numId="160" w16cid:durableId="1663579463">
    <w:abstractNumId w:val="125"/>
  </w:num>
  <w:num w:numId="161" w16cid:durableId="493956871">
    <w:abstractNumId w:val="215"/>
  </w:num>
  <w:num w:numId="162" w16cid:durableId="1831095064">
    <w:abstractNumId w:val="96"/>
  </w:num>
  <w:num w:numId="163" w16cid:durableId="262609305">
    <w:abstractNumId w:val="141"/>
  </w:num>
  <w:num w:numId="164" w16cid:durableId="418136987">
    <w:abstractNumId w:val="196"/>
  </w:num>
  <w:num w:numId="165" w16cid:durableId="2084795376">
    <w:abstractNumId w:val="21"/>
  </w:num>
  <w:num w:numId="166" w16cid:durableId="1172720611">
    <w:abstractNumId w:val="262"/>
  </w:num>
  <w:num w:numId="167" w16cid:durableId="161549676">
    <w:abstractNumId w:val="70"/>
  </w:num>
  <w:num w:numId="168" w16cid:durableId="873661243">
    <w:abstractNumId w:val="86"/>
  </w:num>
  <w:num w:numId="169" w16cid:durableId="1486622346">
    <w:abstractNumId w:val="23"/>
  </w:num>
  <w:num w:numId="170" w16cid:durableId="1192691569">
    <w:abstractNumId w:val="80"/>
  </w:num>
  <w:num w:numId="171" w16cid:durableId="1217358719">
    <w:abstractNumId w:val="116"/>
  </w:num>
  <w:num w:numId="172" w16cid:durableId="1322735780">
    <w:abstractNumId w:val="214"/>
  </w:num>
  <w:num w:numId="173" w16cid:durableId="1165784780">
    <w:abstractNumId w:val="164"/>
  </w:num>
  <w:num w:numId="174" w16cid:durableId="1764261613">
    <w:abstractNumId w:val="167"/>
  </w:num>
  <w:num w:numId="175" w16cid:durableId="744228746">
    <w:abstractNumId w:val="232"/>
  </w:num>
  <w:num w:numId="176" w16cid:durableId="2063089486">
    <w:abstractNumId w:val="200"/>
  </w:num>
  <w:num w:numId="177" w16cid:durableId="250621143">
    <w:abstractNumId w:val="241"/>
  </w:num>
  <w:num w:numId="178" w16cid:durableId="165824751">
    <w:abstractNumId w:val="178"/>
  </w:num>
  <w:num w:numId="179" w16cid:durableId="1044136095">
    <w:abstractNumId w:val="226"/>
  </w:num>
  <w:num w:numId="180" w16cid:durableId="1785616219">
    <w:abstractNumId w:val="274"/>
  </w:num>
  <w:num w:numId="181" w16cid:durableId="1351057115">
    <w:abstractNumId w:val="253"/>
  </w:num>
  <w:num w:numId="182" w16cid:durableId="108478174">
    <w:abstractNumId w:val="79"/>
  </w:num>
  <w:num w:numId="183" w16cid:durableId="751977147">
    <w:abstractNumId w:val="177"/>
  </w:num>
  <w:num w:numId="184" w16cid:durableId="1363361907">
    <w:abstractNumId w:val="120"/>
  </w:num>
  <w:num w:numId="185" w16cid:durableId="885987007">
    <w:abstractNumId w:val="152"/>
  </w:num>
  <w:num w:numId="186" w16cid:durableId="1746679417">
    <w:abstractNumId w:val="258"/>
  </w:num>
  <w:num w:numId="187" w16cid:durableId="552347372">
    <w:abstractNumId w:val="260"/>
  </w:num>
  <w:num w:numId="188" w16cid:durableId="1317106970">
    <w:abstractNumId w:val="161"/>
  </w:num>
  <w:num w:numId="189" w16cid:durableId="1592665567">
    <w:abstractNumId w:val="53"/>
  </w:num>
  <w:num w:numId="190" w16cid:durableId="1702054506">
    <w:abstractNumId w:val="7"/>
  </w:num>
  <w:num w:numId="191" w16cid:durableId="872808634">
    <w:abstractNumId w:val="16"/>
  </w:num>
  <w:num w:numId="192" w16cid:durableId="324016036">
    <w:abstractNumId w:val="63"/>
  </w:num>
  <w:num w:numId="193" w16cid:durableId="38015405">
    <w:abstractNumId w:val="140"/>
  </w:num>
  <w:num w:numId="194" w16cid:durableId="246966413">
    <w:abstractNumId w:val="156"/>
  </w:num>
  <w:num w:numId="195" w16cid:durableId="1884948558">
    <w:abstractNumId w:val="181"/>
  </w:num>
  <w:num w:numId="196" w16cid:durableId="900753569">
    <w:abstractNumId w:val="159"/>
  </w:num>
  <w:num w:numId="197" w16cid:durableId="195196328">
    <w:abstractNumId w:val="6"/>
  </w:num>
  <w:num w:numId="198" w16cid:durableId="1579825483">
    <w:abstractNumId w:val="62"/>
  </w:num>
  <w:num w:numId="199" w16cid:durableId="540633519">
    <w:abstractNumId w:val="83"/>
  </w:num>
  <w:num w:numId="200" w16cid:durableId="115217819">
    <w:abstractNumId w:val="166"/>
  </w:num>
  <w:num w:numId="201" w16cid:durableId="555821676">
    <w:abstractNumId w:val="77"/>
  </w:num>
  <w:num w:numId="202" w16cid:durableId="64187598">
    <w:abstractNumId w:val="228"/>
  </w:num>
  <w:num w:numId="203" w16cid:durableId="2011827803">
    <w:abstractNumId w:val="267"/>
  </w:num>
  <w:num w:numId="204" w16cid:durableId="1127161776">
    <w:abstractNumId w:val="78"/>
  </w:num>
  <w:num w:numId="205" w16cid:durableId="945847428">
    <w:abstractNumId w:val="227"/>
  </w:num>
  <w:num w:numId="206" w16cid:durableId="680281659">
    <w:abstractNumId w:val="117"/>
  </w:num>
  <w:num w:numId="207" w16cid:durableId="1601136860">
    <w:abstractNumId w:val="41"/>
  </w:num>
  <w:num w:numId="208" w16cid:durableId="151991756">
    <w:abstractNumId w:val="82"/>
  </w:num>
  <w:num w:numId="209" w16cid:durableId="294877287">
    <w:abstractNumId w:val="92"/>
  </w:num>
  <w:num w:numId="210" w16cid:durableId="1853295330">
    <w:abstractNumId w:val="173"/>
  </w:num>
  <w:num w:numId="211" w16cid:durableId="1030911617">
    <w:abstractNumId w:val="134"/>
  </w:num>
  <w:num w:numId="212" w16cid:durableId="1778139448">
    <w:abstractNumId w:val="15"/>
  </w:num>
  <w:num w:numId="213" w16cid:durableId="114180523">
    <w:abstractNumId w:val="150"/>
  </w:num>
  <w:num w:numId="214" w16cid:durableId="1343891797">
    <w:abstractNumId w:val="49"/>
  </w:num>
  <w:num w:numId="215" w16cid:durableId="393091549">
    <w:abstractNumId w:val="206"/>
  </w:num>
  <w:num w:numId="216" w16cid:durableId="532764542">
    <w:abstractNumId w:val="202"/>
  </w:num>
  <w:num w:numId="217" w16cid:durableId="1029649273">
    <w:abstractNumId w:val="129"/>
  </w:num>
  <w:num w:numId="218" w16cid:durableId="870537830">
    <w:abstractNumId w:val="189"/>
  </w:num>
  <w:num w:numId="219" w16cid:durableId="1390493464">
    <w:abstractNumId w:val="99"/>
  </w:num>
  <w:num w:numId="220" w16cid:durableId="535851872">
    <w:abstractNumId w:val="263"/>
  </w:num>
  <w:num w:numId="221" w16cid:durableId="1246264396">
    <w:abstractNumId w:val="143"/>
  </w:num>
  <w:num w:numId="222" w16cid:durableId="1530992696">
    <w:abstractNumId w:val="211"/>
  </w:num>
  <w:num w:numId="223" w16cid:durableId="971448315">
    <w:abstractNumId w:val="47"/>
  </w:num>
  <w:num w:numId="224" w16cid:durableId="2025356924">
    <w:abstractNumId w:val="133"/>
  </w:num>
  <w:num w:numId="225" w16cid:durableId="1367177335">
    <w:abstractNumId w:val="160"/>
  </w:num>
  <w:num w:numId="226" w16cid:durableId="9645360">
    <w:abstractNumId w:val="136"/>
  </w:num>
  <w:num w:numId="227" w16cid:durableId="728653838">
    <w:abstractNumId w:val="123"/>
  </w:num>
  <w:num w:numId="228" w16cid:durableId="1603412165">
    <w:abstractNumId w:val="197"/>
  </w:num>
  <w:num w:numId="229" w16cid:durableId="667895">
    <w:abstractNumId w:val="126"/>
  </w:num>
  <w:num w:numId="230" w16cid:durableId="1990943175">
    <w:abstractNumId w:val="238"/>
  </w:num>
  <w:num w:numId="231" w16cid:durableId="893545441">
    <w:abstractNumId w:val="198"/>
  </w:num>
  <w:num w:numId="232" w16cid:durableId="1610550874">
    <w:abstractNumId w:val="144"/>
  </w:num>
  <w:num w:numId="233" w16cid:durableId="932859337">
    <w:abstractNumId w:val="233"/>
  </w:num>
  <w:num w:numId="234" w16cid:durableId="522136840">
    <w:abstractNumId w:val="183"/>
  </w:num>
  <w:num w:numId="235" w16cid:durableId="1372995434">
    <w:abstractNumId w:val="10"/>
  </w:num>
  <w:num w:numId="236" w16cid:durableId="1517766338">
    <w:abstractNumId w:val="157"/>
  </w:num>
  <w:num w:numId="237" w16cid:durableId="1842045895">
    <w:abstractNumId w:val="56"/>
  </w:num>
  <w:num w:numId="238" w16cid:durableId="1790196009">
    <w:abstractNumId w:val="48"/>
  </w:num>
  <w:num w:numId="239" w16cid:durableId="692263031">
    <w:abstractNumId w:val="64"/>
  </w:num>
  <w:num w:numId="240" w16cid:durableId="1304695773">
    <w:abstractNumId w:val="208"/>
  </w:num>
  <w:num w:numId="241" w16cid:durableId="1726026988">
    <w:abstractNumId w:val="132"/>
  </w:num>
  <w:num w:numId="242" w16cid:durableId="1762986970">
    <w:abstractNumId w:val="115"/>
  </w:num>
  <w:num w:numId="243" w16cid:durableId="1832139825">
    <w:abstractNumId w:val="168"/>
  </w:num>
  <w:num w:numId="244" w16cid:durableId="997341322">
    <w:abstractNumId w:val="185"/>
  </w:num>
  <w:num w:numId="245" w16cid:durableId="1634603503">
    <w:abstractNumId w:val="131"/>
  </w:num>
  <w:num w:numId="246" w16cid:durableId="757137977">
    <w:abstractNumId w:val="245"/>
  </w:num>
  <w:num w:numId="247" w16cid:durableId="2122456502">
    <w:abstractNumId w:val="18"/>
  </w:num>
  <w:num w:numId="248" w16cid:durableId="109204712">
    <w:abstractNumId w:val="65"/>
  </w:num>
  <w:num w:numId="249" w16cid:durableId="1566449374">
    <w:abstractNumId w:val="250"/>
  </w:num>
  <w:num w:numId="250" w16cid:durableId="1891917702">
    <w:abstractNumId w:val="103"/>
  </w:num>
  <w:num w:numId="251" w16cid:durableId="2110612662">
    <w:abstractNumId w:val="55"/>
  </w:num>
  <w:num w:numId="252" w16cid:durableId="1713308114">
    <w:abstractNumId w:val="57"/>
  </w:num>
  <w:num w:numId="253" w16cid:durableId="1245071549">
    <w:abstractNumId w:val="145"/>
  </w:num>
  <w:num w:numId="254" w16cid:durableId="1996061842">
    <w:abstractNumId w:val="122"/>
  </w:num>
  <w:num w:numId="255" w16cid:durableId="2052340873">
    <w:abstractNumId w:val="9"/>
  </w:num>
  <w:num w:numId="256" w16cid:durableId="510602402">
    <w:abstractNumId w:val="40"/>
  </w:num>
  <w:num w:numId="257" w16cid:durableId="725879486">
    <w:abstractNumId w:val="199"/>
  </w:num>
  <w:num w:numId="258" w16cid:durableId="314646197">
    <w:abstractNumId w:val="127"/>
  </w:num>
  <w:num w:numId="259" w16cid:durableId="1324236314">
    <w:abstractNumId w:val="110"/>
  </w:num>
  <w:num w:numId="260" w16cid:durableId="1757020658">
    <w:abstractNumId w:val="212"/>
  </w:num>
  <w:num w:numId="261" w16cid:durableId="81142936">
    <w:abstractNumId w:val="46"/>
  </w:num>
  <w:num w:numId="262" w16cid:durableId="2068186383">
    <w:abstractNumId w:val="176"/>
  </w:num>
  <w:num w:numId="263" w16cid:durableId="1862861309">
    <w:abstractNumId w:val="230"/>
  </w:num>
  <w:num w:numId="264" w16cid:durableId="2029526587">
    <w:abstractNumId w:val="236"/>
  </w:num>
  <w:num w:numId="265" w16cid:durableId="626473961">
    <w:abstractNumId w:val="11"/>
  </w:num>
  <w:num w:numId="266" w16cid:durableId="1558200648">
    <w:abstractNumId w:val="74"/>
  </w:num>
  <w:num w:numId="267" w16cid:durableId="1296451465">
    <w:abstractNumId w:val="72"/>
  </w:num>
  <w:num w:numId="268" w16cid:durableId="70782811">
    <w:abstractNumId w:val="149"/>
  </w:num>
  <w:num w:numId="269" w16cid:durableId="836649414">
    <w:abstractNumId w:val="275"/>
  </w:num>
  <w:num w:numId="270" w16cid:durableId="820997150">
    <w:abstractNumId w:val="14"/>
  </w:num>
  <w:num w:numId="271" w16cid:durableId="1513498033">
    <w:abstractNumId w:val="101"/>
  </w:num>
  <w:num w:numId="272" w16cid:durableId="1131367379">
    <w:abstractNumId w:val="59"/>
  </w:num>
  <w:num w:numId="273" w16cid:durableId="172646914">
    <w:abstractNumId w:val="108"/>
  </w:num>
  <w:num w:numId="274" w16cid:durableId="1526141112">
    <w:abstractNumId w:val="37"/>
  </w:num>
  <w:num w:numId="275" w16cid:durableId="1135098009">
    <w:abstractNumId w:val="43"/>
  </w:num>
  <w:num w:numId="276" w16cid:durableId="183909846">
    <w:abstractNumId w:val="277"/>
  </w:num>
  <w:num w:numId="277" w16cid:durableId="729153904">
    <w:abstractNumId w:val="201"/>
  </w:num>
  <w:num w:numId="278" w16cid:durableId="145434090">
    <w:abstractNumId w:val="100"/>
  </w:num>
  <w:num w:numId="279" w16cid:durableId="711198395">
    <w:abstractNumId w:val="194"/>
  </w:num>
  <w:num w:numId="280" w16cid:durableId="643630851">
    <w:abstractNumId w:val="91"/>
  </w:num>
  <w:num w:numId="281" w16cid:durableId="413207830">
    <w:abstractNumId w:val="147"/>
  </w:num>
  <w:num w:numId="282" w16cid:durableId="858003967">
    <w:abstractNumId w:val="54"/>
  </w:num>
  <w:numIdMacAtCleanup w:val="2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9CA"/>
    <w:rsid w:val="00034616"/>
    <w:rsid w:val="0004411F"/>
    <w:rsid w:val="0006063C"/>
    <w:rsid w:val="00122CE0"/>
    <w:rsid w:val="00136528"/>
    <w:rsid w:val="0015074B"/>
    <w:rsid w:val="001C3DC5"/>
    <w:rsid w:val="002458E8"/>
    <w:rsid w:val="00245F0E"/>
    <w:rsid w:val="0029639D"/>
    <w:rsid w:val="00326F90"/>
    <w:rsid w:val="00370043"/>
    <w:rsid w:val="00385484"/>
    <w:rsid w:val="00387FF4"/>
    <w:rsid w:val="003D4738"/>
    <w:rsid w:val="00532965"/>
    <w:rsid w:val="00551AEB"/>
    <w:rsid w:val="00556196"/>
    <w:rsid w:val="00557E83"/>
    <w:rsid w:val="00663B8B"/>
    <w:rsid w:val="0078127D"/>
    <w:rsid w:val="0082659E"/>
    <w:rsid w:val="008553B7"/>
    <w:rsid w:val="00874579"/>
    <w:rsid w:val="008E1302"/>
    <w:rsid w:val="00946C93"/>
    <w:rsid w:val="009741BE"/>
    <w:rsid w:val="00A9119E"/>
    <w:rsid w:val="00AA1D8D"/>
    <w:rsid w:val="00B20C80"/>
    <w:rsid w:val="00B241AF"/>
    <w:rsid w:val="00B47730"/>
    <w:rsid w:val="00B902BC"/>
    <w:rsid w:val="00B96DB6"/>
    <w:rsid w:val="00BC3FE7"/>
    <w:rsid w:val="00CB0664"/>
    <w:rsid w:val="00DE6088"/>
    <w:rsid w:val="00E04B9E"/>
    <w:rsid w:val="00EC1D5C"/>
    <w:rsid w:val="00EC658C"/>
    <w:rsid w:val="00F07668"/>
    <w:rsid w:val="00FA2C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9"/>
    <o:shapelayout v:ext="edit">
      <o:idmap v:ext="edit" data="1"/>
    </o:shapelayout>
  </w:shapeDefaults>
  <w:decimalSymbol w:val="."/>
  <w:listSeparator w:val=","/>
  <w14:docId w14:val="3978C1A3"/>
  <w14:defaultImageDpi w14:val="300"/>
  <w15:docId w15:val="{49F2ACC2-B281-48C1-A677-3859921FC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56196"/>
    <w:rPr>
      <w:color w:val="0000FF" w:themeColor="hyperlink"/>
      <w:u w:val="single"/>
    </w:rPr>
  </w:style>
  <w:style w:type="character" w:styleId="UnresolvedMention">
    <w:name w:val="Unresolved Mention"/>
    <w:basedOn w:val="DefaultParagraphFont"/>
    <w:uiPriority w:val="99"/>
    <w:semiHidden/>
    <w:unhideWhenUsed/>
    <w:rsid w:val="00556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08592">
      <w:bodyDiv w:val="1"/>
      <w:marLeft w:val="0"/>
      <w:marRight w:val="0"/>
      <w:marTop w:val="0"/>
      <w:marBottom w:val="0"/>
      <w:divBdr>
        <w:top w:val="none" w:sz="0" w:space="0" w:color="auto"/>
        <w:left w:val="none" w:sz="0" w:space="0" w:color="auto"/>
        <w:bottom w:val="none" w:sz="0" w:space="0" w:color="auto"/>
        <w:right w:val="none" w:sz="0" w:space="0" w:color="auto"/>
      </w:divBdr>
      <w:divsChild>
        <w:div w:id="971833374">
          <w:marLeft w:val="0"/>
          <w:marRight w:val="0"/>
          <w:marTop w:val="0"/>
          <w:marBottom w:val="0"/>
          <w:divBdr>
            <w:top w:val="none" w:sz="0" w:space="0" w:color="auto"/>
            <w:left w:val="none" w:sz="0" w:space="0" w:color="auto"/>
            <w:bottom w:val="none" w:sz="0" w:space="0" w:color="auto"/>
            <w:right w:val="none" w:sz="0" w:space="0" w:color="auto"/>
          </w:divBdr>
        </w:div>
      </w:divsChild>
    </w:div>
    <w:div w:id="95834985">
      <w:bodyDiv w:val="1"/>
      <w:marLeft w:val="0"/>
      <w:marRight w:val="0"/>
      <w:marTop w:val="0"/>
      <w:marBottom w:val="0"/>
      <w:divBdr>
        <w:top w:val="none" w:sz="0" w:space="0" w:color="auto"/>
        <w:left w:val="none" w:sz="0" w:space="0" w:color="auto"/>
        <w:bottom w:val="none" w:sz="0" w:space="0" w:color="auto"/>
        <w:right w:val="none" w:sz="0" w:space="0" w:color="auto"/>
      </w:divBdr>
      <w:divsChild>
        <w:div w:id="1977637704">
          <w:marLeft w:val="0"/>
          <w:marRight w:val="0"/>
          <w:marTop w:val="0"/>
          <w:marBottom w:val="0"/>
          <w:divBdr>
            <w:top w:val="none" w:sz="0" w:space="0" w:color="auto"/>
            <w:left w:val="none" w:sz="0" w:space="0" w:color="auto"/>
            <w:bottom w:val="none" w:sz="0" w:space="0" w:color="auto"/>
            <w:right w:val="none" w:sz="0" w:space="0" w:color="auto"/>
          </w:divBdr>
        </w:div>
      </w:divsChild>
    </w:div>
    <w:div w:id="183637314">
      <w:bodyDiv w:val="1"/>
      <w:marLeft w:val="0"/>
      <w:marRight w:val="0"/>
      <w:marTop w:val="0"/>
      <w:marBottom w:val="0"/>
      <w:divBdr>
        <w:top w:val="none" w:sz="0" w:space="0" w:color="auto"/>
        <w:left w:val="none" w:sz="0" w:space="0" w:color="auto"/>
        <w:bottom w:val="none" w:sz="0" w:space="0" w:color="auto"/>
        <w:right w:val="none" w:sz="0" w:space="0" w:color="auto"/>
      </w:divBdr>
      <w:divsChild>
        <w:div w:id="24016761">
          <w:marLeft w:val="0"/>
          <w:marRight w:val="0"/>
          <w:marTop w:val="0"/>
          <w:marBottom w:val="0"/>
          <w:divBdr>
            <w:top w:val="none" w:sz="0" w:space="0" w:color="auto"/>
            <w:left w:val="none" w:sz="0" w:space="0" w:color="auto"/>
            <w:bottom w:val="none" w:sz="0" w:space="0" w:color="auto"/>
            <w:right w:val="none" w:sz="0" w:space="0" w:color="auto"/>
          </w:divBdr>
        </w:div>
      </w:divsChild>
    </w:div>
    <w:div w:id="308824388">
      <w:bodyDiv w:val="1"/>
      <w:marLeft w:val="0"/>
      <w:marRight w:val="0"/>
      <w:marTop w:val="0"/>
      <w:marBottom w:val="0"/>
      <w:divBdr>
        <w:top w:val="none" w:sz="0" w:space="0" w:color="auto"/>
        <w:left w:val="none" w:sz="0" w:space="0" w:color="auto"/>
        <w:bottom w:val="none" w:sz="0" w:space="0" w:color="auto"/>
        <w:right w:val="none" w:sz="0" w:space="0" w:color="auto"/>
      </w:divBdr>
      <w:divsChild>
        <w:div w:id="221716916">
          <w:marLeft w:val="0"/>
          <w:marRight w:val="0"/>
          <w:marTop w:val="0"/>
          <w:marBottom w:val="0"/>
          <w:divBdr>
            <w:top w:val="none" w:sz="0" w:space="0" w:color="auto"/>
            <w:left w:val="none" w:sz="0" w:space="0" w:color="auto"/>
            <w:bottom w:val="none" w:sz="0" w:space="0" w:color="auto"/>
            <w:right w:val="none" w:sz="0" w:space="0" w:color="auto"/>
          </w:divBdr>
        </w:div>
      </w:divsChild>
    </w:div>
    <w:div w:id="332025267">
      <w:bodyDiv w:val="1"/>
      <w:marLeft w:val="0"/>
      <w:marRight w:val="0"/>
      <w:marTop w:val="0"/>
      <w:marBottom w:val="0"/>
      <w:divBdr>
        <w:top w:val="none" w:sz="0" w:space="0" w:color="auto"/>
        <w:left w:val="none" w:sz="0" w:space="0" w:color="auto"/>
        <w:bottom w:val="none" w:sz="0" w:space="0" w:color="auto"/>
        <w:right w:val="none" w:sz="0" w:space="0" w:color="auto"/>
      </w:divBdr>
      <w:divsChild>
        <w:div w:id="448864112">
          <w:marLeft w:val="0"/>
          <w:marRight w:val="0"/>
          <w:marTop w:val="0"/>
          <w:marBottom w:val="0"/>
          <w:divBdr>
            <w:top w:val="none" w:sz="0" w:space="0" w:color="auto"/>
            <w:left w:val="none" w:sz="0" w:space="0" w:color="auto"/>
            <w:bottom w:val="none" w:sz="0" w:space="0" w:color="auto"/>
            <w:right w:val="none" w:sz="0" w:space="0" w:color="auto"/>
          </w:divBdr>
        </w:div>
      </w:divsChild>
    </w:div>
    <w:div w:id="526067760">
      <w:bodyDiv w:val="1"/>
      <w:marLeft w:val="0"/>
      <w:marRight w:val="0"/>
      <w:marTop w:val="0"/>
      <w:marBottom w:val="0"/>
      <w:divBdr>
        <w:top w:val="none" w:sz="0" w:space="0" w:color="auto"/>
        <w:left w:val="none" w:sz="0" w:space="0" w:color="auto"/>
        <w:bottom w:val="none" w:sz="0" w:space="0" w:color="auto"/>
        <w:right w:val="none" w:sz="0" w:space="0" w:color="auto"/>
      </w:divBdr>
      <w:divsChild>
        <w:div w:id="911504633">
          <w:marLeft w:val="0"/>
          <w:marRight w:val="0"/>
          <w:marTop w:val="0"/>
          <w:marBottom w:val="0"/>
          <w:divBdr>
            <w:top w:val="none" w:sz="0" w:space="0" w:color="auto"/>
            <w:left w:val="none" w:sz="0" w:space="0" w:color="auto"/>
            <w:bottom w:val="none" w:sz="0" w:space="0" w:color="auto"/>
            <w:right w:val="none" w:sz="0" w:space="0" w:color="auto"/>
          </w:divBdr>
        </w:div>
      </w:divsChild>
    </w:div>
    <w:div w:id="694311358">
      <w:bodyDiv w:val="1"/>
      <w:marLeft w:val="0"/>
      <w:marRight w:val="0"/>
      <w:marTop w:val="0"/>
      <w:marBottom w:val="0"/>
      <w:divBdr>
        <w:top w:val="none" w:sz="0" w:space="0" w:color="auto"/>
        <w:left w:val="none" w:sz="0" w:space="0" w:color="auto"/>
        <w:bottom w:val="none" w:sz="0" w:space="0" w:color="auto"/>
        <w:right w:val="none" w:sz="0" w:space="0" w:color="auto"/>
      </w:divBdr>
      <w:divsChild>
        <w:div w:id="1256400272">
          <w:marLeft w:val="0"/>
          <w:marRight w:val="0"/>
          <w:marTop w:val="0"/>
          <w:marBottom w:val="0"/>
          <w:divBdr>
            <w:top w:val="none" w:sz="0" w:space="0" w:color="auto"/>
            <w:left w:val="none" w:sz="0" w:space="0" w:color="auto"/>
            <w:bottom w:val="none" w:sz="0" w:space="0" w:color="auto"/>
            <w:right w:val="none" w:sz="0" w:space="0" w:color="auto"/>
          </w:divBdr>
        </w:div>
      </w:divsChild>
    </w:div>
    <w:div w:id="725109821">
      <w:bodyDiv w:val="1"/>
      <w:marLeft w:val="0"/>
      <w:marRight w:val="0"/>
      <w:marTop w:val="0"/>
      <w:marBottom w:val="0"/>
      <w:divBdr>
        <w:top w:val="none" w:sz="0" w:space="0" w:color="auto"/>
        <w:left w:val="none" w:sz="0" w:space="0" w:color="auto"/>
        <w:bottom w:val="none" w:sz="0" w:space="0" w:color="auto"/>
        <w:right w:val="none" w:sz="0" w:space="0" w:color="auto"/>
      </w:divBdr>
      <w:divsChild>
        <w:div w:id="287783918">
          <w:marLeft w:val="0"/>
          <w:marRight w:val="0"/>
          <w:marTop w:val="0"/>
          <w:marBottom w:val="0"/>
          <w:divBdr>
            <w:top w:val="none" w:sz="0" w:space="0" w:color="auto"/>
            <w:left w:val="none" w:sz="0" w:space="0" w:color="auto"/>
            <w:bottom w:val="none" w:sz="0" w:space="0" w:color="auto"/>
            <w:right w:val="none" w:sz="0" w:space="0" w:color="auto"/>
          </w:divBdr>
        </w:div>
      </w:divsChild>
    </w:div>
    <w:div w:id="782774116">
      <w:bodyDiv w:val="1"/>
      <w:marLeft w:val="0"/>
      <w:marRight w:val="0"/>
      <w:marTop w:val="0"/>
      <w:marBottom w:val="0"/>
      <w:divBdr>
        <w:top w:val="none" w:sz="0" w:space="0" w:color="auto"/>
        <w:left w:val="none" w:sz="0" w:space="0" w:color="auto"/>
        <w:bottom w:val="none" w:sz="0" w:space="0" w:color="auto"/>
        <w:right w:val="none" w:sz="0" w:space="0" w:color="auto"/>
      </w:divBdr>
      <w:divsChild>
        <w:div w:id="34349753">
          <w:marLeft w:val="0"/>
          <w:marRight w:val="0"/>
          <w:marTop w:val="0"/>
          <w:marBottom w:val="0"/>
          <w:divBdr>
            <w:top w:val="none" w:sz="0" w:space="0" w:color="auto"/>
            <w:left w:val="none" w:sz="0" w:space="0" w:color="auto"/>
            <w:bottom w:val="none" w:sz="0" w:space="0" w:color="auto"/>
            <w:right w:val="none" w:sz="0" w:space="0" w:color="auto"/>
          </w:divBdr>
        </w:div>
      </w:divsChild>
    </w:div>
    <w:div w:id="802891876">
      <w:bodyDiv w:val="1"/>
      <w:marLeft w:val="0"/>
      <w:marRight w:val="0"/>
      <w:marTop w:val="0"/>
      <w:marBottom w:val="0"/>
      <w:divBdr>
        <w:top w:val="none" w:sz="0" w:space="0" w:color="auto"/>
        <w:left w:val="none" w:sz="0" w:space="0" w:color="auto"/>
        <w:bottom w:val="none" w:sz="0" w:space="0" w:color="auto"/>
        <w:right w:val="none" w:sz="0" w:space="0" w:color="auto"/>
      </w:divBdr>
      <w:divsChild>
        <w:div w:id="731388921">
          <w:marLeft w:val="0"/>
          <w:marRight w:val="0"/>
          <w:marTop w:val="0"/>
          <w:marBottom w:val="0"/>
          <w:divBdr>
            <w:top w:val="none" w:sz="0" w:space="0" w:color="auto"/>
            <w:left w:val="none" w:sz="0" w:space="0" w:color="auto"/>
            <w:bottom w:val="none" w:sz="0" w:space="0" w:color="auto"/>
            <w:right w:val="none" w:sz="0" w:space="0" w:color="auto"/>
          </w:divBdr>
        </w:div>
      </w:divsChild>
    </w:div>
    <w:div w:id="869607004">
      <w:bodyDiv w:val="1"/>
      <w:marLeft w:val="0"/>
      <w:marRight w:val="0"/>
      <w:marTop w:val="0"/>
      <w:marBottom w:val="0"/>
      <w:divBdr>
        <w:top w:val="none" w:sz="0" w:space="0" w:color="auto"/>
        <w:left w:val="none" w:sz="0" w:space="0" w:color="auto"/>
        <w:bottom w:val="none" w:sz="0" w:space="0" w:color="auto"/>
        <w:right w:val="none" w:sz="0" w:space="0" w:color="auto"/>
      </w:divBdr>
      <w:divsChild>
        <w:div w:id="1476485698">
          <w:marLeft w:val="0"/>
          <w:marRight w:val="0"/>
          <w:marTop w:val="0"/>
          <w:marBottom w:val="0"/>
          <w:divBdr>
            <w:top w:val="none" w:sz="0" w:space="0" w:color="auto"/>
            <w:left w:val="none" w:sz="0" w:space="0" w:color="auto"/>
            <w:bottom w:val="none" w:sz="0" w:space="0" w:color="auto"/>
            <w:right w:val="none" w:sz="0" w:space="0" w:color="auto"/>
          </w:divBdr>
        </w:div>
      </w:divsChild>
    </w:div>
    <w:div w:id="916550589">
      <w:bodyDiv w:val="1"/>
      <w:marLeft w:val="0"/>
      <w:marRight w:val="0"/>
      <w:marTop w:val="0"/>
      <w:marBottom w:val="0"/>
      <w:divBdr>
        <w:top w:val="none" w:sz="0" w:space="0" w:color="auto"/>
        <w:left w:val="none" w:sz="0" w:space="0" w:color="auto"/>
        <w:bottom w:val="none" w:sz="0" w:space="0" w:color="auto"/>
        <w:right w:val="none" w:sz="0" w:space="0" w:color="auto"/>
      </w:divBdr>
      <w:divsChild>
        <w:div w:id="1035542198">
          <w:marLeft w:val="0"/>
          <w:marRight w:val="0"/>
          <w:marTop w:val="0"/>
          <w:marBottom w:val="0"/>
          <w:divBdr>
            <w:top w:val="none" w:sz="0" w:space="0" w:color="auto"/>
            <w:left w:val="none" w:sz="0" w:space="0" w:color="auto"/>
            <w:bottom w:val="none" w:sz="0" w:space="0" w:color="auto"/>
            <w:right w:val="none" w:sz="0" w:space="0" w:color="auto"/>
          </w:divBdr>
        </w:div>
      </w:divsChild>
    </w:div>
    <w:div w:id="922645466">
      <w:bodyDiv w:val="1"/>
      <w:marLeft w:val="0"/>
      <w:marRight w:val="0"/>
      <w:marTop w:val="0"/>
      <w:marBottom w:val="0"/>
      <w:divBdr>
        <w:top w:val="none" w:sz="0" w:space="0" w:color="auto"/>
        <w:left w:val="none" w:sz="0" w:space="0" w:color="auto"/>
        <w:bottom w:val="none" w:sz="0" w:space="0" w:color="auto"/>
        <w:right w:val="none" w:sz="0" w:space="0" w:color="auto"/>
      </w:divBdr>
      <w:divsChild>
        <w:div w:id="1132165563">
          <w:marLeft w:val="0"/>
          <w:marRight w:val="0"/>
          <w:marTop w:val="0"/>
          <w:marBottom w:val="0"/>
          <w:divBdr>
            <w:top w:val="none" w:sz="0" w:space="0" w:color="auto"/>
            <w:left w:val="none" w:sz="0" w:space="0" w:color="auto"/>
            <w:bottom w:val="none" w:sz="0" w:space="0" w:color="auto"/>
            <w:right w:val="none" w:sz="0" w:space="0" w:color="auto"/>
          </w:divBdr>
        </w:div>
      </w:divsChild>
    </w:div>
    <w:div w:id="987900129">
      <w:bodyDiv w:val="1"/>
      <w:marLeft w:val="0"/>
      <w:marRight w:val="0"/>
      <w:marTop w:val="0"/>
      <w:marBottom w:val="0"/>
      <w:divBdr>
        <w:top w:val="none" w:sz="0" w:space="0" w:color="auto"/>
        <w:left w:val="none" w:sz="0" w:space="0" w:color="auto"/>
        <w:bottom w:val="none" w:sz="0" w:space="0" w:color="auto"/>
        <w:right w:val="none" w:sz="0" w:space="0" w:color="auto"/>
      </w:divBdr>
      <w:divsChild>
        <w:div w:id="1359161982">
          <w:marLeft w:val="0"/>
          <w:marRight w:val="0"/>
          <w:marTop w:val="0"/>
          <w:marBottom w:val="0"/>
          <w:divBdr>
            <w:top w:val="none" w:sz="0" w:space="0" w:color="auto"/>
            <w:left w:val="none" w:sz="0" w:space="0" w:color="auto"/>
            <w:bottom w:val="none" w:sz="0" w:space="0" w:color="auto"/>
            <w:right w:val="none" w:sz="0" w:space="0" w:color="auto"/>
          </w:divBdr>
        </w:div>
      </w:divsChild>
    </w:div>
    <w:div w:id="997730025">
      <w:bodyDiv w:val="1"/>
      <w:marLeft w:val="0"/>
      <w:marRight w:val="0"/>
      <w:marTop w:val="0"/>
      <w:marBottom w:val="0"/>
      <w:divBdr>
        <w:top w:val="none" w:sz="0" w:space="0" w:color="auto"/>
        <w:left w:val="none" w:sz="0" w:space="0" w:color="auto"/>
        <w:bottom w:val="none" w:sz="0" w:space="0" w:color="auto"/>
        <w:right w:val="none" w:sz="0" w:space="0" w:color="auto"/>
      </w:divBdr>
      <w:divsChild>
        <w:div w:id="2005627730">
          <w:marLeft w:val="0"/>
          <w:marRight w:val="0"/>
          <w:marTop w:val="0"/>
          <w:marBottom w:val="0"/>
          <w:divBdr>
            <w:top w:val="none" w:sz="0" w:space="0" w:color="auto"/>
            <w:left w:val="none" w:sz="0" w:space="0" w:color="auto"/>
            <w:bottom w:val="none" w:sz="0" w:space="0" w:color="auto"/>
            <w:right w:val="none" w:sz="0" w:space="0" w:color="auto"/>
          </w:divBdr>
        </w:div>
      </w:divsChild>
    </w:div>
    <w:div w:id="1013991506">
      <w:bodyDiv w:val="1"/>
      <w:marLeft w:val="0"/>
      <w:marRight w:val="0"/>
      <w:marTop w:val="0"/>
      <w:marBottom w:val="0"/>
      <w:divBdr>
        <w:top w:val="none" w:sz="0" w:space="0" w:color="auto"/>
        <w:left w:val="none" w:sz="0" w:space="0" w:color="auto"/>
        <w:bottom w:val="none" w:sz="0" w:space="0" w:color="auto"/>
        <w:right w:val="none" w:sz="0" w:space="0" w:color="auto"/>
      </w:divBdr>
      <w:divsChild>
        <w:div w:id="236477101">
          <w:marLeft w:val="0"/>
          <w:marRight w:val="0"/>
          <w:marTop w:val="0"/>
          <w:marBottom w:val="0"/>
          <w:divBdr>
            <w:top w:val="none" w:sz="0" w:space="0" w:color="auto"/>
            <w:left w:val="none" w:sz="0" w:space="0" w:color="auto"/>
            <w:bottom w:val="none" w:sz="0" w:space="0" w:color="auto"/>
            <w:right w:val="none" w:sz="0" w:space="0" w:color="auto"/>
          </w:divBdr>
        </w:div>
      </w:divsChild>
    </w:div>
    <w:div w:id="1016806453">
      <w:bodyDiv w:val="1"/>
      <w:marLeft w:val="0"/>
      <w:marRight w:val="0"/>
      <w:marTop w:val="0"/>
      <w:marBottom w:val="0"/>
      <w:divBdr>
        <w:top w:val="none" w:sz="0" w:space="0" w:color="auto"/>
        <w:left w:val="none" w:sz="0" w:space="0" w:color="auto"/>
        <w:bottom w:val="none" w:sz="0" w:space="0" w:color="auto"/>
        <w:right w:val="none" w:sz="0" w:space="0" w:color="auto"/>
      </w:divBdr>
      <w:divsChild>
        <w:div w:id="522060835">
          <w:marLeft w:val="0"/>
          <w:marRight w:val="0"/>
          <w:marTop w:val="0"/>
          <w:marBottom w:val="0"/>
          <w:divBdr>
            <w:top w:val="none" w:sz="0" w:space="0" w:color="auto"/>
            <w:left w:val="none" w:sz="0" w:space="0" w:color="auto"/>
            <w:bottom w:val="none" w:sz="0" w:space="0" w:color="auto"/>
            <w:right w:val="none" w:sz="0" w:space="0" w:color="auto"/>
          </w:divBdr>
        </w:div>
      </w:divsChild>
    </w:div>
    <w:div w:id="1140465416">
      <w:bodyDiv w:val="1"/>
      <w:marLeft w:val="0"/>
      <w:marRight w:val="0"/>
      <w:marTop w:val="0"/>
      <w:marBottom w:val="0"/>
      <w:divBdr>
        <w:top w:val="none" w:sz="0" w:space="0" w:color="auto"/>
        <w:left w:val="none" w:sz="0" w:space="0" w:color="auto"/>
        <w:bottom w:val="none" w:sz="0" w:space="0" w:color="auto"/>
        <w:right w:val="none" w:sz="0" w:space="0" w:color="auto"/>
      </w:divBdr>
      <w:divsChild>
        <w:div w:id="531113201">
          <w:marLeft w:val="0"/>
          <w:marRight w:val="0"/>
          <w:marTop w:val="0"/>
          <w:marBottom w:val="0"/>
          <w:divBdr>
            <w:top w:val="none" w:sz="0" w:space="0" w:color="auto"/>
            <w:left w:val="none" w:sz="0" w:space="0" w:color="auto"/>
            <w:bottom w:val="none" w:sz="0" w:space="0" w:color="auto"/>
            <w:right w:val="none" w:sz="0" w:space="0" w:color="auto"/>
          </w:divBdr>
        </w:div>
      </w:divsChild>
    </w:div>
    <w:div w:id="1145850200">
      <w:bodyDiv w:val="1"/>
      <w:marLeft w:val="0"/>
      <w:marRight w:val="0"/>
      <w:marTop w:val="0"/>
      <w:marBottom w:val="0"/>
      <w:divBdr>
        <w:top w:val="none" w:sz="0" w:space="0" w:color="auto"/>
        <w:left w:val="none" w:sz="0" w:space="0" w:color="auto"/>
        <w:bottom w:val="none" w:sz="0" w:space="0" w:color="auto"/>
        <w:right w:val="none" w:sz="0" w:space="0" w:color="auto"/>
      </w:divBdr>
      <w:divsChild>
        <w:div w:id="1641573806">
          <w:marLeft w:val="0"/>
          <w:marRight w:val="0"/>
          <w:marTop w:val="0"/>
          <w:marBottom w:val="0"/>
          <w:divBdr>
            <w:top w:val="none" w:sz="0" w:space="0" w:color="auto"/>
            <w:left w:val="none" w:sz="0" w:space="0" w:color="auto"/>
            <w:bottom w:val="none" w:sz="0" w:space="0" w:color="auto"/>
            <w:right w:val="none" w:sz="0" w:space="0" w:color="auto"/>
          </w:divBdr>
        </w:div>
      </w:divsChild>
    </w:div>
    <w:div w:id="1162887755">
      <w:bodyDiv w:val="1"/>
      <w:marLeft w:val="0"/>
      <w:marRight w:val="0"/>
      <w:marTop w:val="0"/>
      <w:marBottom w:val="0"/>
      <w:divBdr>
        <w:top w:val="none" w:sz="0" w:space="0" w:color="auto"/>
        <w:left w:val="none" w:sz="0" w:space="0" w:color="auto"/>
        <w:bottom w:val="none" w:sz="0" w:space="0" w:color="auto"/>
        <w:right w:val="none" w:sz="0" w:space="0" w:color="auto"/>
      </w:divBdr>
      <w:divsChild>
        <w:div w:id="408040353">
          <w:marLeft w:val="0"/>
          <w:marRight w:val="0"/>
          <w:marTop w:val="0"/>
          <w:marBottom w:val="0"/>
          <w:divBdr>
            <w:top w:val="none" w:sz="0" w:space="0" w:color="auto"/>
            <w:left w:val="none" w:sz="0" w:space="0" w:color="auto"/>
            <w:bottom w:val="none" w:sz="0" w:space="0" w:color="auto"/>
            <w:right w:val="none" w:sz="0" w:space="0" w:color="auto"/>
          </w:divBdr>
        </w:div>
      </w:divsChild>
    </w:div>
    <w:div w:id="1229801094">
      <w:bodyDiv w:val="1"/>
      <w:marLeft w:val="0"/>
      <w:marRight w:val="0"/>
      <w:marTop w:val="0"/>
      <w:marBottom w:val="0"/>
      <w:divBdr>
        <w:top w:val="none" w:sz="0" w:space="0" w:color="auto"/>
        <w:left w:val="none" w:sz="0" w:space="0" w:color="auto"/>
        <w:bottom w:val="none" w:sz="0" w:space="0" w:color="auto"/>
        <w:right w:val="none" w:sz="0" w:space="0" w:color="auto"/>
      </w:divBdr>
      <w:divsChild>
        <w:div w:id="914897149">
          <w:marLeft w:val="0"/>
          <w:marRight w:val="0"/>
          <w:marTop w:val="0"/>
          <w:marBottom w:val="0"/>
          <w:divBdr>
            <w:top w:val="none" w:sz="0" w:space="0" w:color="auto"/>
            <w:left w:val="none" w:sz="0" w:space="0" w:color="auto"/>
            <w:bottom w:val="none" w:sz="0" w:space="0" w:color="auto"/>
            <w:right w:val="none" w:sz="0" w:space="0" w:color="auto"/>
          </w:divBdr>
        </w:div>
      </w:divsChild>
    </w:div>
    <w:div w:id="1236429377">
      <w:bodyDiv w:val="1"/>
      <w:marLeft w:val="0"/>
      <w:marRight w:val="0"/>
      <w:marTop w:val="0"/>
      <w:marBottom w:val="0"/>
      <w:divBdr>
        <w:top w:val="none" w:sz="0" w:space="0" w:color="auto"/>
        <w:left w:val="none" w:sz="0" w:space="0" w:color="auto"/>
        <w:bottom w:val="none" w:sz="0" w:space="0" w:color="auto"/>
        <w:right w:val="none" w:sz="0" w:space="0" w:color="auto"/>
      </w:divBdr>
      <w:divsChild>
        <w:div w:id="1133135862">
          <w:marLeft w:val="0"/>
          <w:marRight w:val="0"/>
          <w:marTop w:val="0"/>
          <w:marBottom w:val="0"/>
          <w:divBdr>
            <w:top w:val="none" w:sz="0" w:space="0" w:color="auto"/>
            <w:left w:val="none" w:sz="0" w:space="0" w:color="auto"/>
            <w:bottom w:val="none" w:sz="0" w:space="0" w:color="auto"/>
            <w:right w:val="none" w:sz="0" w:space="0" w:color="auto"/>
          </w:divBdr>
        </w:div>
      </w:divsChild>
    </w:div>
    <w:div w:id="1238248800">
      <w:bodyDiv w:val="1"/>
      <w:marLeft w:val="0"/>
      <w:marRight w:val="0"/>
      <w:marTop w:val="0"/>
      <w:marBottom w:val="0"/>
      <w:divBdr>
        <w:top w:val="none" w:sz="0" w:space="0" w:color="auto"/>
        <w:left w:val="none" w:sz="0" w:space="0" w:color="auto"/>
        <w:bottom w:val="none" w:sz="0" w:space="0" w:color="auto"/>
        <w:right w:val="none" w:sz="0" w:space="0" w:color="auto"/>
      </w:divBdr>
      <w:divsChild>
        <w:div w:id="706027914">
          <w:marLeft w:val="0"/>
          <w:marRight w:val="0"/>
          <w:marTop w:val="0"/>
          <w:marBottom w:val="0"/>
          <w:divBdr>
            <w:top w:val="none" w:sz="0" w:space="0" w:color="auto"/>
            <w:left w:val="none" w:sz="0" w:space="0" w:color="auto"/>
            <w:bottom w:val="none" w:sz="0" w:space="0" w:color="auto"/>
            <w:right w:val="none" w:sz="0" w:space="0" w:color="auto"/>
          </w:divBdr>
        </w:div>
      </w:divsChild>
    </w:div>
    <w:div w:id="1238708034">
      <w:bodyDiv w:val="1"/>
      <w:marLeft w:val="0"/>
      <w:marRight w:val="0"/>
      <w:marTop w:val="0"/>
      <w:marBottom w:val="0"/>
      <w:divBdr>
        <w:top w:val="none" w:sz="0" w:space="0" w:color="auto"/>
        <w:left w:val="none" w:sz="0" w:space="0" w:color="auto"/>
        <w:bottom w:val="none" w:sz="0" w:space="0" w:color="auto"/>
        <w:right w:val="none" w:sz="0" w:space="0" w:color="auto"/>
      </w:divBdr>
      <w:divsChild>
        <w:div w:id="711655456">
          <w:marLeft w:val="0"/>
          <w:marRight w:val="0"/>
          <w:marTop w:val="0"/>
          <w:marBottom w:val="0"/>
          <w:divBdr>
            <w:top w:val="none" w:sz="0" w:space="0" w:color="auto"/>
            <w:left w:val="none" w:sz="0" w:space="0" w:color="auto"/>
            <w:bottom w:val="none" w:sz="0" w:space="0" w:color="auto"/>
            <w:right w:val="none" w:sz="0" w:space="0" w:color="auto"/>
          </w:divBdr>
        </w:div>
      </w:divsChild>
    </w:div>
    <w:div w:id="1271234325">
      <w:bodyDiv w:val="1"/>
      <w:marLeft w:val="0"/>
      <w:marRight w:val="0"/>
      <w:marTop w:val="0"/>
      <w:marBottom w:val="0"/>
      <w:divBdr>
        <w:top w:val="none" w:sz="0" w:space="0" w:color="auto"/>
        <w:left w:val="none" w:sz="0" w:space="0" w:color="auto"/>
        <w:bottom w:val="none" w:sz="0" w:space="0" w:color="auto"/>
        <w:right w:val="none" w:sz="0" w:space="0" w:color="auto"/>
      </w:divBdr>
      <w:divsChild>
        <w:div w:id="1209609011">
          <w:marLeft w:val="0"/>
          <w:marRight w:val="0"/>
          <w:marTop w:val="0"/>
          <w:marBottom w:val="0"/>
          <w:divBdr>
            <w:top w:val="none" w:sz="0" w:space="0" w:color="auto"/>
            <w:left w:val="none" w:sz="0" w:space="0" w:color="auto"/>
            <w:bottom w:val="none" w:sz="0" w:space="0" w:color="auto"/>
            <w:right w:val="none" w:sz="0" w:space="0" w:color="auto"/>
          </w:divBdr>
        </w:div>
      </w:divsChild>
    </w:div>
    <w:div w:id="1317605989">
      <w:bodyDiv w:val="1"/>
      <w:marLeft w:val="0"/>
      <w:marRight w:val="0"/>
      <w:marTop w:val="0"/>
      <w:marBottom w:val="0"/>
      <w:divBdr>
        <w:top w:val="none" w:sz="0" w:space="0" w:color="auto"/>
        <w:left w:val="none" w:sz="0" w:space="0" w:color="auto"/>
        <w:bottom w:val="none" w:sz="0" w:space="0" w:color="auto"/>
        <w:right w:val="none" w:sz="0" w:space="0" w:color="auto"/>
      </w:divBdr>
      <w:divsChild>
        <w:div w:id="1959529652">
          <w:marLeft w:val="0"/>
          <w:marRight w:val="0"/>
          <w:marTop w:val="0"/>
          <w:marBottom w:val="0"/>
          <w:divBdr>
            <w:top w:val="none" w:sz="0" w:space="0" w:color="auto"/>
            <w:left w:val="none" w:sz="0" w:space="0" w:color="auto"/>
            <w:bottom w:val="none" w:sz="0" w:space="0" w:color="auto"/>
            <w:right w:val="none" w:sz="0" w:space="0" w:color="auto"/>
          </w:divBdr>
        </w:div>
      </w:divsChild>
    </w:div>
    <w:div w:id="1320386527">
      <w:bodyDiv w:val="1"/>
      <w:marLeft w:val="0"/>
      <w:marRight w:val="0"/>
      <w:marTop w:val="0"/>
      <w:marBottom w:val="0"/>
      <w:divBdr>
        <w:top w:val="none" w:sz="0" w:space="0" w:color="auto"/>
        <w:left w:val="none" w:sz="0" w:space="0" w:color="auto"/>
        <w:bottom w:val="none" w:sz="0" w:space="0" w:color="auto"/>
        <w:right w:val="none" w:sz="0" w:space="0" w:color="auto"/>
      </w:divBdr>
      <w:divsChild>
        <w:div w:id="1582371526">
          <w:marLeft w:val="0"/>
          <w:marRight w:val="0"/>
          <w:marTop w:val="0"/>
          <w:marBottom w:val="0"/>
          <w:divBdr>
            <w:top w:val="none" w:sz="0" w:space="0" w:color="auto"/>
            <w:left w:val="none" w:sz="0" w:space="0" w:color="auto"/>
            <w:bottom w:val="none" w:sz="0" w:space="0" w:color="auto"/>
            <w:right w:val="none" w:sz="0" w:space="0" w:color="auto"/>
          </w:divBdr>
        </w:div>
      </w:divsChild>
    </w:div>
    <w:div w:id="1332949413">
      <w:bodyDiv w:val="1"/>
      <w:marLeft w:val="0"/>
      <w:marRight w:val="0"/>
      <w:marTop w:val="0"/>
      <w:marBottom w:val="0"/>
      <w:divBdr>
        <w:top w:val="none" w:sz="0" w:space="0" w:color="auto"/>
        <w:left w:val="none" w:sz="0" w:space="0" w:color="auto"/>
        <w:bottom w:val="none" w:sz="0" w:space="0" w:color="auto"/>
        <w:right w:val="none" w:sz="0" w:space="0" w:color="auto"/>
      </w:divBdr>
      <w:divsChild>
        <w:div w:id="1370688508">
          <w:marLeft w:val="0"/>
          <w:marRight w:val="0"/>
          <w:marTop w:val="0"/>
          <w:marBottom w:val="0"/>
          <w:divBdr>
            <w:top w:val="none" w:sz="0" w:space="0" w:color="auto"/>
            <w:left w:val="none" w:sz="0" w:space="0" w:color="auto"/>
            <w:bottom w:val="none" w:sz="0" w:space="0" w:color="auto"/>
            <w:right w:val="none" w:sz="0" w:space="0" w:color="auto"/>
          </w:divBdr>
        </w:div>
      </w:divsChild>
    </w:div>
    <w:div w:id="1478456553">
      <w:bodyDiv w:val="1"/>
      <w:marLeft w:val="0"/>
      <w:marRight w:val="0"/>
      <w:marTop w:val="0"/>
      <w:marBottom w:val="0"/>
      <w:divBdr>
        <w:top w:val="none" w:sz="0" w:space="0" w:color="auto"/>
        <w:left w:val="none" w:sz="0" w:space="0" w:color="auto"/>
        <w:bottom w:val="none" w:sz="0" w:space="0" w:color="auto"/>
        <w:right w:val="none" w:sz="0" w:space="0" w:color="auto"/>
      </w:divBdr>
      <w:divsChild>
        <w:div w:id="1242374792">
          <w:marLeft w:val="0"/>
          <w:marRight w:val="0"/>
          <w:marTop w:val="0"/>
          <w:marBottom w:val="0"/>
          <w:divBdr>
            <w:top w:val="none" w:sz="0" w:space="0" w:color="auto"/>
            <w:left w:val="none" w:sz="0" w:space="0" w:color="auto"/>
            <w:bottom w:val="none" w:sz="0" w:space="0" w:color="auto"/>
            <w:right w:val="none" w:sz="0" w:space="0" w:color="auto"/>
          </w:divBdr>
        </w:div>
      </w:divsChild>
    </w:div>
    <w:div w:id="1553081377">
      <w:bodyDiv w:val="1"/>
      <w:marLeft w:val="0"/>
      <w:marRight w:val="0"/>
      <w:marTop w:val="0"/>
      <w:marBottom w:val="0"/>
      <w:divBdr>
        <w:top w:val="none" w:sz="0" w:space="0" w:color="auto"/>
        <w:left w:val="none" w:sz="0" w:space="0" w:color="auto"/>
        <w:bottom w:val="none" w:sz="0" w:space="0" w:color="auto"/>
        <w:right w:val="none" w:sz="0" w:space="0" w:color="auto"/>
      </w:divBdr>
      <w:divsChild>
        <w:div w:id="1974091920">
          <w:marLeft w:val="0"/>
          <w:marRight w:val="0"/>
          <w:marTop w:val="0"/>
          <w:marBottom w:val="0"/>
          <w:divBdr>
            <w:top w:val="none" w:sz="0" w:space="0" w:color="auto"/>
            <w:left w:val="none" w:sz="0" w:space="0" w:color="auto"/>
            <w:bottom w:val="none" w:sz="0" w:space="0" w:color="auto"/>
            <w:right w:val="none" w:sz="0" w:space="0" w:color="auto"/>
          </w:divBdr>
        </w:div>
      </w:divsChild>
    </w:div>
    <w:div w:id="1595747715">
      <w:bodyDiv w:val="1"/>
      <w:marLeft w:val="0"/>
      <w:marRight w:val="0"/>
      <w:marTop w:val="0"/>
      <w:marBottom w:val="0"/>
      <w:divBdr>
        <w:top w:val="none" w:sz="0" w:space="0" w:color="auto"/>
        <w:left w:val="none" w:sz="0" w:space="0" w:color="auto"/>
        <w:bottom w:val="none" w:sz="0" w:space="0" w:color="auto"/>
        <w:right w:val="none" w:sz="0" w:space="0" w:color="auto"/>
      </w:divBdr>
      <w:divsChild>
        <w:div w:id="1540701808">
          <w:marLeft w:val="0"/>
          <w:marRight w:val="0"/>
          <w:marTop w:val="0"/>
          <w:marBottom w:val="0"/>
          <w:divBdr>
            <w:top w:val="none" w:sz="0" w:space="0" w:color="auto"/>
            <w:left w:val="none" w:sz="0" w:space="0" w:color="auto"/>
            <w:bottom w:val="none" w:sz="0" w:space="0" w:color="auto"/>
            <w:right w:val="none" w:sz="0" w:space="0" w:color="auto"/>
          </w:divBdr>
        </w:div>
      </w:divsChild>
    </w:div>
    <w:div w:id="1635139105">
      <w:bodyDiv w:val="1"/>
      <w:marLeft w:val="0"/>
      <w:marRight w:val="0"/>
      <w:marTop w:val="0"/>
      <w:marBottom w:val="0"/>
      <w:divBdr>
        <w:top w:val="none" w:sz="0" w:space="0" w:color="auto"/>
        <w:left w:val="none" w:sz="0" w:space="0" w:color="auto"/>
        <w:bottom w:val="none" w:sz="0" w:space="0" w:color="auto"/>
        <w:right w:val="none" w:sz="0" w:space="0" w:color="auto"/>
      </w:divBdr>
      <w:divsChild>
        <w:div w:id="433019899">
          <w:marLeft w:val="0"/>
          <w:marRight w:val="0"/>
          <w:marTop w:val="0"/>
          <w:marBottom w:val="0"/>
          <w:divBdr>
            <w:top w:val="none" w:sz="0" w:space="0" w:color="auto"/>
            <w:left w:val="none" w:sz="0" w:space="0" w:color="auto"/>
            <w:bottom w:val="none" w:sz="0" w:space="0" w:color="auto"/>
            <w:right w:val="none" w:sz="0" w:space="0" w:color="auto"/>
          </w:divBdr>
        </w:div>
      </w:divsChild>
    </w:div>
    <w:div w:id="1718118257">
      <w:bodyDiv w:val="1"/>
      <w:marLeft w:val="0"/>
      <w:marRight w:val="0"/>
      <w:marTop w:val="0"/>
      <w:marBottom w:val="0"/>
      <w:divBdr>
        <w:top w:val="none" w:sz="0" w:space="0" w:color="auto"/>
        <w:left w:val="none" w:sz="0" w:space="0" w:color="auto"/>
        <w:bottom w:val="none" w:sz="0" w:space="0" w:color="auto"/>
        <w:right w:val="none" w:sz="0" w:space="0" w:color="auto"/>
      </w:divBdr>
      <w:divsChild>
        <w:div w:id="1696270686">
          <w:marLeft w:val="0"/>
          <w:marRight w:val="0"/>
          <w:marTop w:val="0"/>
          <w:marBottom w:val="0"/>
          <w:divBdr>
            <w:top w:val="none" w:sz="0" w:space="0" w:color="auto"/>
            <w:left w:val="none" w:sz="0" w:space="0" w:color="auto"/>
            <w:bottom w:val="none" w:sz="0" w:space="0" w:color="auto"/>
            <w:right w:val="none" w:sz="0" w:space="0" w:color="auto"/>
          </w:divBdr>
        </w:div>
      </w:divsChild>
    </w:div>
    <w:div w:id="1729302049">
      <w:bodyDiv w:val="1"/>
      <w:marLeft w:val="0"/>
      <w:marRight w:val="0"/>
      <w:marTop w:val="0"/>
      <w:marBottom w:val="0"/>
      <w:divBdr>
        <w:top w:val="none" w:sz="0" w:space="0" w:color="auto"/>
        <w:left w:val="none" w:sz="0" w:space="0" w:color="auto"/>
        <w:bottom w:val="none" w:sz="0" w:space="0" w:color="auto"/>
        <w:right w:val="none" w:sz="0" w:space="0" w:color="auto"/>
      </w:divBdr>
      <w:divsChild>
        <w:div w:id="364864128">
          <w:marLeft w:val="0"/>
          <w:marRight w:val="0"/>
          <w:marTop w:val="0"/>
          <w:marBottom w:val="0"/>
          <w:divBdr>
            <w:top w:val="none" w:sz="0" w:space="0" w:color="auto"/>
            <w:left w:val="none" w:sz="0" w:space="0" w:color="auto"/>
            <w:bottom w:val="none" w:sz="0" w:space="0" w:color="auto"/>
            <w:right w:val="none" w:sz="0" w:space="0" w:color="auto"/>
          </w:divBdr>
        </w:div>
      </w:divsChild>
    </w:div>
    <w:div w:id="1737240484">
      <w:bodyDiv w:val="1"/>
      <w:marLeft w:val="0"/>
      <w:marRight w:val="0"/>
      <w:marTop w:val="0"/>
      <w:marBottom w:val="0"/>
      <w:divBdr>
        <w:top w:val="none" w:sz="0" w:space="0" w:color="auto"/>
        <w:left w:val="none" w:sz="0" w:space="0" w:color="auto"/>
        <w:bottom w:val="none" w:sz="0" w:space="0" w:color="auto"/>
        <w:right w:val="none" w:sz="0" w:space="0" w:color="auto"/>
      </w:divBdr>
      <w:divsChild>
        <w:div w:id="216017358">
          <w:marLeft w:val="0"/>
          <w:marRight w:val="0"/>
          <w:marTop w:val="0"/>
          <w:marBottom w:val="0"/>
          <w:divBdr>
            <w:top w:val="none" w:sz="0" w:space="0" w:color="auto"/>
            <w:left w:val="none" w:sz="0" w:space="0" w:color="auto"/>
            <w:bottom w:val="none" w:sz="0" w:space="0" w:color="auto"/>
            <w:right w:val="none" w:sz="0" w:space="0" w:color="auto"/>
          </w:divBdr>
        </w:div>
      </w:divsChild>
    </w:div>
    <w:div w:id="1811171862">
      <w:bodyDiv w:val="1"/>
      <w:marLeft w:val="0"/>
      <w:marRight w:val="0"/>
      <w:marTop w:val="0"/>
      <w:marBottom w:val="0"/>
      <w:divBdr>
        <w:top w:val="none" w:sz="0" w:space="0" w:color="auto"/>
        <w:left w:val="none" w:sz="0" w:space="0" w:color="auto"/>
        <w:bottom w:val="none" w:sz="0" w:space="0" w:color="auto"/>
        <w:right w:val="none" w:sz="0" w:space="0" w:color="auto"/>
      </w:divBdr>
      <w:divsChild>
        <w:div w:id="378939684">
          <w:marLeft w:val="0"/>
          <w:marRight w:val="0"/>
          <w:marTop w:val="0"/>
          <w:marBottom w:val="0"/>
          <w:divBdr>
            <w:top w:val="none" w:sz="0" w:space="0" w:color="auto"/>
            <w:left w:val="none" w:sz="0" w:space="0" w:color="auto"/>
            <w:bottom w:val="none" w:sz="0" w:space="0" w:color="auto"/>
            <w:right w:val="none" w:sz="0" w:space="0" w:color="auto"/>
          </w:divBdr>
        </w:div>
      </w:divsChild>
    </w:div>
    <w:div w:id="1910655430">
      <w:bodyDiv w:val="1"/>
      <w:marLeft w:val="0"/>
      <w:marRight w:val="0"/>
      <w:marTop w:val="0"/>
      <w:marBottom w:val="0"/>
      <w:divBdr>
        <w:top w:val="none" w:sz="0" w:space="0" w:color="auto"/>
        <w:left w:val="none" w:sz="0" w:space="0" w:color="auto"/>
        <w:bottom w:val="none" w:sz="0" w:space="0" w:color="auto"/>
        <w:right w:val="none" w:sz="0" w:space="0" w:color="auto"/>
      </w:divBdr>
      <w:divsChild>
        <w:div w:id="1944410291">
          <w:marLeft w:val="0"/>
          <w:marRight w:val="0"/>
          <w:marTop w:val="0"/>
          <w:marBottom w:val="0"/>
          <w:divBdr>
            <w:top w:val="none" w:sz="0" w:space="0" w:color="auto"/>
            <w:left w:val="none" w:sz="0" w:space="0" w:color="auto"/>
            <w:bottom w:val="none" w:sz="0" w:space="0" w:color="auto"/>
            <w:right w:val="none" w:sz="0" w:space="0" w:color="auto"/>
          </w:divBdr>
        </w:div>
      </w:divsChild>
    </w:div>
    <w:div w:id="1939099034">
      <w:bodyDiv w:val="1"/>
      <w:marLeft w:val="0"/>
      <w:marRight w:val="0"/>
      <w:marTop w:val="0"/>
      <w:marBottom w:val="0"/>
      <w:divBdr>
        <w:top w:val="none" w:sz="0" w:space="0" w:color="auto"/>
        <w:left w:val="none" w:sz="0" w:space="0" w:color="auto"/>
        <w:bottom w:val="none" w:sz="0" w:space="0" w:color="auto"/>
        <w:right w:val="none" w:sz="0" w:space="0" w:color="auto"/>
      </w:divBdr>
      <w:divsChild>
        <w:div w:id="139540967">
          <w:marLeft w:val="0"/>
          <w:marRight w:val="0"/>
          <w:marTop w:val="0"/>
          <w:marBottom w:val="0"/>
          <w:divBdr>
            <w:top w:val="none" w:sz="0" w:space="0" w:color="auto"/>
            <w:left w:val="none" w:sz="0" w:space="0" w:color="auto"/>
            <w:bottom w:val="none" w:sz="0" w:space="0" w:color="auto"/>
            <w:right w:val="none" w:sz="0" w:space="0" w:color="auto"/>
          </w:divBdr>
        </w:div>
      </w:divsChild>
    </w:div>
    <w:div w:id="1995837966">
      <w:bodyDiv w:val="1"/>
      <w:marLeft w:val="0"/>
      <w:marRight w:val="0"/>
      <w:marTop w:val="0"/>
      <w:marBottom w:val="0"/>
      <w:divBdr>
        <w:top w:val="none" w:sz="0" w:space="0" w:color="auto"/>
        <w:left w:val="none" w:sz="0" w:space="0" w:color="auto"/>
        <w:bottom w:val="none" w:sz="0" w:space="0" w:color="auto"/>
        <w:right w:val="none" w:sz="0" w:space="0" w:color="auto"/>
      </w:divBdr>
      <w:divsChild>
        <w:div w:id="2017029844">
          <w:marLeft w:val="0"/>
          <w:marRight w:val="0"/>
          <w:marTop w:val="0"/>
          <w:marBottom w:val="0"/>
          <w:divBdr>
            <w:top w:val="none" w:sz="0" w:space="0" w:color="auto"/>
            <w:left w:val="none" w:sz="0" w:space="0" w:color="auto"/>
            <w:bottom w:val="none" w:sz="0" w:space="0" w:color="auto"/>
            <w:right w:val="none" w:sz="0" w:space="0" w:color="auto"/>
          </w:divBdr>
        </w:div>
      </w:divsChild>
    </w:div>
    <w:div w:id="2005818581">
      <w:bodyDiv w:val="1"/>
      <w:marLeft w:val="0"/>
      <w:marRight w:val="0"/>
      <w:marTop w:val="0"/>
      <w:marBottom w:val="0"/>
      <w:divBdr>
        <w:top w:val="none" w:sz="0" w:space="0" w:color="auto"/>
        <w:left w:val="none" w:sz="0" w:space="0" w:color="auto"/>
        <w:bottom w:val="none" w:sz="0" w:space="0" w:color="auto"/>
        <w:right w:val="none" w:sz="0" w:space="0" w:color="auto"/>
      </w:divBdr>
      <w:divsChild>
        <w:div w:id="86580733">
          <w:marLeft w:val="0"/>
          <w:marRight w:val="0"/>
          <w:marTop w:val="0"/>
          <w:marBottom w:val="0"/>
          <w:divBdr>
            <w:top w:val="none" w:sz="0" w:space="0" w:color="auto"/>
            <w:left w:val="none" w:sz="0" w:space="0" w:color="auto"/>
            <w:bottom w:val="none" w:sz="0" w:space="0" w:color="auto"/>
            <w:right w:val="none" w:sz="0" w:space="0" w:color="auto"/>
          </w:divBdr>
        </w:div>
      </w:divsChild>
    </w:div>
    <w:div w:id="2058042408">
      <w:bodyDiv w:val="1"/>
      <w:marLeft w:val="0"/>
      <w:marRight w:val="0"/>
      <w:marTop w:val="0"/>
      <w:marBottom w:val="0"/>
      <w:divBdr>
        <w:top w:val="none" w:sz="0" w:space="0" w:color="auto"/>
        <w:left w:val="none" w:sz="0" w:space="0" w:color="auto"/>
        <w:bottom w:val="none" w:sz="0" w:space="0" w:color="auto"/>
        <w:right w:val="none" w:sz="0" w:space="0" w:color="auto"/>
      </w:divBdr>
      <w:divsChild>
        <w:div w:id="915549080">
          <w:marLeft w:val="0"/>
          <w:marRight w:val="0"/>
          <w:marTop w:val="0"/>
          <w:marBottom w:val="0"/>
          <w:divBdr>
            <w:top w:val="none" w:sz="0" w:space="0" w:color="auto"/>
            <w:left w:val="none" w:sz="0" w:space="0" w:color="auto"/>
            <w:bottom w:val="none" w:sz="0" w:space="0" w:color="auto"/>
            <w:right w:val="none" w:sz="0" w:space="0" w:color="auto"/>
          </w:divBdr>
        </w:div>
      </w:divsChild>
    </w:div>
    <w:div w:id="2067489603">
      <w:bodyDiv w:val="1"/>
      <w:marLeft w:val="0"/>
      <w:marRight w:val="0"/>
      <w:marTop w:val="0"/>
      <w:marBottom w:val="0"/>
      <w:divBdr>
        <w:top w:val="none" w:sz="0" w:space="0" w:color="auto"/>
        <w:left w:val="none" w:sz="0" w:space="0" w:color="auto"/>
        <w:bottom w:val="none" w:sz="0" w:space="0" w:color="auto"/>
        <w:right w:val="none" w:sz="0" w:space="0" w:color="auto"/>
      </w:divBdr>
      <w:divsChild>
        <w:div w:id="1115638395">
          <w:marLeft w:val="0"/>
          <w:marRight w:val="0"/>
          <w:marTop w:val="0"/>
          <w:marBottom w:val="0"/>
          <w:divBdr>
            <w:top w:val="none" w:sz="0" w:space="0" w:color="auto"/>
            <w:left w:val="none" w:sz="0" w:space="0" w:color="auto"/>
            <w:bottom w:val="none" w:sz="0" w:space="0" w:color="auto"/>
            <w:right w:val="none" w:sz="0" w:space="0" w:color="auto"/>
          </w:divBdr>
        </w:div>
      </w:divsChild>
    </w:div>
    <w:div w:id="2101636949">
      <w:bodyDiv w:val="1"/>
      <w:marLeft w:val="0"/>
      <w:marRight w:val="0"/>
      <w:marTop w:val="0"/>
      <w:marBottom w:val="0"/>
      <w:divBdr>
        <w:top w:val="none" w:sz="0" w:space="0" w:color="auto"/>
        <w:left w:val="none" w:sz="0" w:space="0" w:color="auto"/>
        <w:bottom w:val="none" w:sz="0" w:space="0" w:color="auto"/>
        <w:right w:val="none" w:sz="0" w:space="0" w:color="auto"/>
      </w:divBdr>
      <w:divsChild>
        <w:div w:id="28469991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renticeships@kirkleescollege.ac.uk" TargetMode="External"/><Relationship Id="rId13" Type="http://schemas.openxmlformats.org/officeDocument/2006/relationships/hyperlink" Target="https://kirkleescollege.ac.uk/open-day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irkleescollege.ac.uk/student-support/inclusive-learn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irkleescollege.ac.uk/schools/taster-day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tuRec@kirkleescollege.ac.uk" TargetMode="External"/><Relationship Id="rId4" Type="http://schemas.openxmlformats.org/officeDocument/2006/relationships/settings" Target="settings.xml"/><Relationship Id="rId9" Type="http://schemas.openxmlformats.org/officeDocument/2006/relationships/hyperlink" Target="https://youtube.com/playlist?list=PLFG-YuFswh6YD2IcWIYunaqRsn4fqQX5A&amp;si=6arHEeDs3zHIO_n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74</Pages>
  <Words>13250</Words>
  <Characters>75528</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 Duckworth</dc:creator>
  <cp:keywords/>
  <dc:description>generated by python-docx</dc:description>
  <cp:lastModifiedBy>Joshua Dyson</cp:lastModifiedBy>
  <cp:revision>13</cp:revision>
  <dcterms:created xsi:type="dcterms:W3CDTF">2026-09-23T12:57:00Z</dcterms:created>
  <dcterms:modified xsi:type="dcterms:W3CDTF">2026-09-25T10:52:00Z</dcterms:modified>
  <cp:category/>
</cp:coreProperties>
</file>